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628" w:rsidRDefault="00AF0574">
      <w:pPr>
        <w:jc w:val="center"/>
      </w:pPr>
      <w:r>
        <w:rPr>
          <w:b/>
          <w:sz w:val="30"/>
        </w:rPr>
        <w:t>T.C.</w:t>
      </w:r>
    </w:p>
    <w:p w:rsidR="00D24628" w:rsidRDefault="00301D81" w:rsidP="00301D81">
      <w:r>
        <w:rPr>
          <w:b/>
          <w:sz w:val="30"/>
        </w:rPr>
        <w:t xml:space="preserve">                                              </w:t>
      </w:r>
      <w:r w:rsidR="00D63555">
        <w:rPr>
          <w:b/>
          <w:sz w:val="30"/>
        </w:rPr>
        <w:t>...................</w:t>
      </w:r>
      <w:r>
        <w:rPr>
          <w:b/>
          <w:sz w:val="30"/>
        </w:rPr>
        <w:t xml:space="preserve"> </w:t>
      </w:r>
      <w:r w:rsidR="00AF0574">
        <w:rPr>
          <w:b/>
          <w:sz w:val="30"/>
        </w:rPr>
        <w:t>VALİLİĞİ</w:t>
      </w:r>
    </w:p>
    <w:p w:rsidR="00D24628" w:rsidRDefault="00AF0574">
      <w:pPr>
        <w:jc w:val="center"/>
      </w:pPr>
      <w:r>
        <w:rPr>
          <w:b/>
          <w:sz w:val="30"/>
        </w:rPr>
        <w:t>İL MİLLÎ EĞİTİM MÜDÜRLÜĞÜ</w:t>
      </w:r>
    </w:p>
    <w:p w:rsidR="00D24628" w:rsidRDefault="00645DB3">
      <w:pPr>
        <w:jc w:val="center"/>
      </w:pPr>
      <w:r>
        <w:rPr>
          <w:b/>
          <w:sz w:val="30"/>
        </w:rPr>
        <w:t xml:space="preserve">…………………  İLKOKULU </w:t>
      </w:r>
      <w:r w:rsidR="00AF0574">
        <w:rPr>
          <w:b/>
          <w:sz w:val="30"/>
        </w:rPr>
        <w:t>MÜDÜRLÜĞÜ</w:t>
      </w:r>
    </w:p>
    <w:p w:rsidR="00D24628" w:rsidRDefault="00D24628"/>
    <w:p w:rsidR="00D24628" w:rsidRDefault="00AF0574">
      <w:pPr>
        <w:jc w:val="center"/>
      </w:pPr>
      <w:r>
        <w:rPr>
          <w:b/>
          <w:sz w:val="30"/>
        </w:rPr>
        <w:t>2026-2027 EĞİTİM ÖĞRETİM YILI</w:t>
      </w:r>
    </w:p>
    <w:p w:rsidR="00D24628" w:rsidRDefault="00AF0574">
      <w:pPr>
        <w:jc w:val="center"/>
      </w:pPr>
      <w:r>
        <w:rPr>
          <w:b/>
          <w:sz w:val="30"/>
        </w:rPr>
        <w:t>OKUL TEMELLİ SOSYAL ETKİNLİKLER</w:t>
      </w:r>
    </w:p>
    <w:p w:rsidR="00D24628" w:rsidRDefault="00AF0574">
      <w:pPr>
        <w:jc w:val="center"/>
      </w:pPr>
      <w:r>
        <w:rPr>
          <w:b/>
          <w:sz w:val="30"/>
        </w:rPr>
        <w:t>EYLEM PLANI</w:t>
      </w:r>
    </w:p>
    <w:p w:rsidR="00D24628" w:rsidRDefault="00AF0574">
      <w:pPr>
        <w:jc w:val="center"/>
      </w:pPr>
      <w:r>
        <w:rPr>
          <w:b/>
          <w:sz w:val="22"/>
        </w:rPr>
        <w:t>Plan Tarihi: 17/09/2026</w:t>
      </w:r>
    </w:p>
    <w:p w:rsidR="00D24628" w:rsidRDefault="00AF0574">
      <w:r>
        <w:t>Bu plan, Türkiye Yüzyılı Maarif Modeli Okul Temelli Sosyal Etkinlikler Eylem Planı Kılavuzu doğrultusunda; ilkokul öğrencilerinin ilgi, yetenek, ihtiyaç, gelişim ve hazır bulunuşluk düzeyleri ile okulumuzun mevcut imkânları dikkate alınarak hazırlanmıştır.</w:t>
      </w:r>
    </w:p>
    <w:p w:rsidR="00D24628" w:rsidRDefault="00AF0574">
      <w:pPr>
        <w:pStyle w:val="Balk1"/>
      </w:pPr>
      <w:r>
        <w:t>1. PLANIN AMACI</w:t>
      </w:r>
    </w:p>
    <w:p w:rsidR="00D24628" w:rsidRDefault="00AF0574">
      <w:r>
        <w:t>Öğrencilerin bütüncül gelişimini desteklemek; millî, manevi ve kültürel değerleri tanımalarını, temel yaşam becerileri kazanmalarını, sosyal sorumluluk bilinci geliştirmelerini, sanat, spor, bilim ve doğa-çevre-toplum alanlarında yaş ve gelişim düzeylerine uygun etkinliklere aktif katılım göstermelerini sağlamak; sosyal etkinlikleri eğitim öğretim yılı boyunca planlı, kapsayıcı, koordineli ve sürdürülebilir biçimde yürütmektir.</w:t>
      </w:r>
    </w:p>
    <w:p w:rsidR="00D24628" w:rsidRDefault="00AF0574">
      <w:pPr>
        <w:pStyle w:val="Balk1"/>
      </w:pPr>
      <w:r>
        <w:t>2. PLANIN DAYANAĞI VE KAPSAMI</w:t>
      </w:r>
    </w:p>
    <w:p w:rsidR="00D24628" w:rsidRDefault="00AF0574">
      <w:pPr>
        <w:pStyle w:val="ListeMaddemi"/>
      </w:pPr>
      <w:r>
        <w:t>Türkiye Yüzyılı Maarif Modeli Okul Temelli Sosyal Etkinlikler Eylem Planı Kılavuzu.</w:t>
      </w:r>
    </w:p>
    <w:p w:rsidR="00D24628" w:rsidRDefault="00AF0574">
      <w:pPr>
        <w:pStyle w:val="ListeMaddemi"/>
      </w:pPr>
      <w:r>
        <w:t>Okulun öğrenci özellikleri, ihtiyaçları, fiziki imkânları ve eğitim öğretim yılı çalışma takvimi.</w:t>
      </w:r>
    </w:p>
    <w:p w:rsidR="00D24628" w:rsidRDefault="00AF0574">
      <w:pPr>
        <w:pStyle w:val="ListeMaddemi"/>
      </w:pPr>
      <w:r>
        <w:t>Kültür Dünyamız, Sanat, Spor, Bilim ve Doğa-Çevre-Toplum temaları ile bu temalara ait alt hedefler.</w:t>
      </w:r>
    </w:p>
    <w:p w:rsidR="00D24628" w:rsidRDefault="00AF0574">
      <w:pPr>
        <w:pStyle w:val="ListeMaddemi"/>
      </w:pPr>
      <w:r>
        <w:t>İl/ilçe düzeyinde belirlenen sosyal etkinlikler ve okulun ihtiyaç analizi sonuçları.</w:t>
      </w:r>
    </w:p>
    <w:p w:rsidR="00D24628" w:rsidRDefault="00AF0574">
      <w:pPr>
        <w:pStyle w:val="Balk1"/>
      </w:pPr>
      <w:r>
        <w:t>3. SOSYAL ETKİNLİKLER KURULU</w:t>
      </w:r>
    </w:p>
    <w:p w:rsidR="00D24628" w:rsidRDefault="00AF0574">
      <w:r>
        <w:t>Sosyal Etkinlikler Kurulu; okul müdürünün veya görevlendireceği müdür yardımcısının başkanlığında sosyal etkinliklerin planlanması, uygulanması, izlenmesi ve değerlendirilmesini koordine eder.</w:t>
      </w:r>
    </w:p>
    <w:tbl>
      <w:tblPr>
        <w:tblStyle w:val="TabloKlavuzu"/>
        <w:tblW w:w="0" w:type="auto"/>
        <w:jc w:val="center"/>
        <w:tblLook w:val="04A0" w:firstRow="1" w:lastRow="0" w:firstColumn="1" w:lastColumn="0" w:noHBand="0" w:noVBand="1"/>
      </w:tblPr>
      <w:tblGrid>
        <w:gridCol w:w="3233"/>
        <w:gridCol w:w="3256"/>
        <w:gridCol w:w="3247"/>
      </w:tblGrid>
      <w:tr w:rsidR="00D24628" w:rsidTr="00AA71C2">
        <w:trPr>
          <w:jc w:val="center"/>
        </w:trPr>
        <w:tc>
          <w:tcPr>
            <w:tcW w:w="3233" w:type="dxa"/>
            <w:shd w:val="clear" w:color="auto" w:fill="D9EAF7"/>
            <w:vAlign w:val="center"/>
          </w:tcPr>
          <w:p w:rsidR="00D24628" w:rsidRDefault="00AF0574">
            <w:pPr>
              <w:jc w:val="center"/>
            </w:pPr>
            <w:r>
              <w:rPr>
                <w:b/>
                <w:sz w:val="17"/>
              </w:rPr>
              <w:t>Görevi</w:t>
            </w:r>
          </w:p>
        </w:tc>
        <w:tc>
          <w:tcPr>
            <w:tcW w:w="3256" w:type="dxa"/>
            <w:shd w:val="clear" w:color="auto" w:fill="D9EAF7"/>
            <w:vAlign w:val="center"/>
          </w:tcPr>
          <w:p w:rsidR="00D24628" w:rsidRDefault="00AF0574">
            <w:pPr>
              <w:jc w:val="center"/>
            </w:pPr>
            <w:r>
              <w:rPr>
                <w:b/>
                <w:sz w:val="17"/>
              </w:rPr>
              <w:t>Adı Soyadı</w:t>
            </w:r>
          </w:p>
        </w:tc>
        <w:tc>
          <w:tcPr>
            <w:tcW w:w="3247" w:type="dxa"/>
            <w:shd w:val="clear" w:color="auto" w:fill="D9EAF7"/>
            <w:vAlign w:val="center"/>
          </w:tcPr>
          <w:p w:rsidR="00D24628" w:rsidRDefault="00AF0574">
            <w:pPr>
              <w:jc w:val="center"/>
            </w:pPr>
            <w:r>
              <w:rPr>
                <w:b/>
                <w:sz w:val="17"/>
              </w:rPr>
              <w:t>Açıklama</w:t>
            </w:r>
          </w:p>
        </w:tc>
      </w:tr>
      <w:tr w:rsidR="00D24628" w:rsidTr="00AA71C2">
        <w:trPr>
          <w:jc w:val="center"/>
        </w:trPr>
        <w:tc>
          <w:tcPr>
            <w:tcW w:w="3233" w:type="dxa"/>
            <w:vAlign w:val="center"/>
          </w:tcPr>
          <w:p w:rsidR="00D24628" w:rsidRDefault="00AF0574">
            <w:pPr>
              <w:jc w:val="center"/>
            </w:pPr>
            <w:r>
              <w:rPr>
                <w:sz w:val="17"/>
              </w:rPr>
              <w:t>Başkan</w:t>
            </w:r>
          </w:p>
        </w:tc>
        <w:tc>
          <w:tcPr>
            <w:tcW w:w="3256" w:type="dxa"/>
            <w:vAlign w:val="center"/>
          </w:tcPr>
          <w:p w:rsidR="00D24628" w:rsidRDefault="00AA71C2" w:rsidP="00AA71C2">
            <w:pPr>
              <w:jc w:val="center"/>
            </w:pPr>
            <w:r>
              <w:t>Okul Adı……</w:t>
            </w:r>
          </w:p>
        </w:tc>
        <w:tc>
          <w:tcPr>
            <w:tcW w:w="3247" w:type="dxa"/>
            <w:vAlign w:val="center"/>
          </w:tcPr>
          <w:p w:rsidR="00D24628" w:rsidRDefault="00D24628">
            <w:pPr>
              <w:jc w:val="center"/>
            </w:pPr>
          </w:p>
        </w:tc>
      </w:tr>
      <w:tr w:rsidR="00AA71C2" w:rsidTr="00AA71C2">
        <w:trPr>
          <w:jc w:val="center"/>
        </w:trPr>
        <w:tc>
          <w:tcPr>
            <w:tcW w:w="3233" w:type="dxa"/>
            <w:vAlign w:val="center"/>
          </w:tcPr>
          <w:p w:rsidR="00AA71C2" w:rsidRDefault="00AA71C2" w:rsidP="00AA71C2">
            <w:pPr>
              <w:jc w:val="center"/>
            </w:pPr>
            <w:r>
              <w:rPr>
                <w:sz w:val="17"/>
              </w:rPr>
              <w:t>Öğretmen Üyesi</w:t>
            </w:r>
          </w:p>
        </w:tc>
        <w:tc>
          <w:tcPr>
            <w:tcW w:w="3256" w:type="dxa"/>
          </w:tcPr>
          <w:p w:rsidR="00AA71C2" w:rsidRDefault="00AA71C2" w:rsidP="00AA71C2">
            <w:pPr>
              <w:jc w:val="center"/>
            </w:pPr>
            <w:r w:rsidRPr="00A62795">
              <w:t>Okul Adı……</w:t>
            </w:r>
          </w:p>
        </w:tc>
        <w:tc>
          <w:tcPr>
            <w:tcW w:w="3247" w:type="dxa"/>
          </w:tcPr>
          <w:p w:rsidR="00AA71C2" w:rsidRPr="00FB09D0" w:rsidRDefault="00AA71C2" w:rsidP="00AA71C2">
            <w:pPr>
              <w:jc w:val="center"/>
              <w:rPr>
                <w:sz w:val="17"/>
                <w:szCs w:val="17"/>
              </w:rPr>
            </w:pPr>
          </w:p>
        </w:tc>
      </w:tr>
      <w:tr w:rsidR="00AA71C2" w:rsidTr="00AA71C2">
        <w:trPr>
          <w:jc w:val="center"/>
        </w:trPr>
        <w:tc>
          <w:tcPr>
            <w:tcW w:w="3233" w:type="dxa"/>
            <w:vAlign w:val="center"/>
          </w:tcPr>
          <w:p w:rsidR="00AA71C2" w:rsidRDefault="00AA71C2" w:rsidP="00AA71C2">
            <w:pPr>
              <w:jc w:val="center"/>
            </w:pPr>
            <w:r>
              <w:rPr>
                <w:sz w:val="17"/>
              </w:rPr>
              <w:t>Öğretmen Üyesi</w:t>
            </w:r>
          </w:p>
        </w:tc>
        <w:tc>
          <w:tcPr>
            <w:tcW w:w="3256" w:type="dxa"/>
          </w:tcPr>
          <w:p w:rsidR="00AA71C2" w:rsidRDefault="00AA71C2" w:rsidP="00AA71C2">
            <w:pPr>
              <w:jc w:val="center"/>
            </w:pPr>
            <w:r w:rsidRPr="00A62795">
              <w:t>Okul Adı……</w:t>
            </w:r>
          </w:p>
        </w:tc>
        <w:tc>
          <w:tcPr>
            <w:tcW w:w="3247" w:type="dxa"/>
          </w:tcPr>
          <w:p w:rsidR="00AA71C2" w:rsidRPr="00FB09D0" w:rsidRDefault="00AA71C2" w:rsidP="00AA71C2">
            <w:pPr>
              <w:jc w:val="center"/>
              <w:rPr>
                <w:sz w:val="17"/>
                <w:szCs w:val="17"/>
              </w:rPr>
            </w:pPr>
          </w:p>
        </w:tc>
      </w:tr>
      <w:tr w:rsidR="00AA71C2" w:rsidTr="00AA71C2">
        <w:trPr>
          <w:jc w:val="center"/>
        </w:trPr>
        <w:tc>
          <w:tcPr>
            <w:tcW w:w="3233" w:type="dxa"/>
            <w:vAlign w:val="center"/>
          </w:tcPr>
          <w:p w:rsidR="00AA71C2" w:rsidRDefault="00AA71C2" w:rsidP="00AA71C2">
            <w:pPr>
              <w:jc w:val="center"/>
            </w:pPr>
            <w:r>
              <w:rPr>
                <w:sz w:val="17"/>
              </w:rPr>
              <w:t>Öğretmen Üyesi</w:t>
            </w:r>
          </w:p>
        </w:tc>
        <w:tc>
          <w:tcPr>
            <w:tcW w:w="3256" w:type="dxa"/>
          </w:tcPr>
          <w:p w:rsidR="00AA71C2" w:rsidRDefault="00AA71C2" w:rsidP="00AA71C2">
            <w:pPr>
              <w:jc w:val="center"/>
            </w:pPr>
            <w:r w:rsidRPr="00A62795">
              <w:t>Okul Adı……</w:t>
            </w:r>
          </w:p>
        </w:tc>
        <w:tc>
          <w:tcPr>
            <w:tcW w:w="3247" w:type="dxa"/>
          </w:tcPr>
          <w:p w:rsidR="00AA71C2" w:rsidRPr="00FB09D0" w:rsidRDefault="00AA71C2" w:rsidP="00AA71C2">
            <w:pPr>
              <w:jc w:val="center"/>
              <w:rPr>
                <w:sz w:val="17"/>
                <w:szCs w:val="17"/>
              </w:rPr>
            </w:pPr>
          </w:p>
        </w:tc>
      </w:tr>
      <w:tr w:rsidR="00AA71C2" w:rsidTr="00AA71C2">
        <w:trPr>
          <w:jc w:val="center"/>
        </w:trPr>
        <w:tc>
          <w:tcPr>
            <w:tcW w:w="3233" w:type="dxa"/>
            <w:vAlign w:val="center"/>
          </w:tcPr>
          <w:p w:rsidR="00AA71C2" w:rsidRDefault="00AA71C2" w:rsidP="00AA71C2">
            <w:pPr>
              <w:jc w:val="center"/>
            </w:pPr>
            <w:r>
              <w:rPr>
                <w:sz w:val="17"/>
              </w:rPr>
              <w:t>Öğrenci Temsilcisi</w:t>
            </w:r>
          </w:p>
        </w:tc>
        <w:tc>
          <w:tcPr>
            <w:tcW w:w="3256" w:type="dxa"/>
          </w:tcPr>
          <w:p w:rsidR="00AA71C2" w:rsidRDefault="00AA71C2" w:rsidP="00AA71C2">
            <w:pPr>
              <w:jc w:val="center"/>
            </w:pPr>
            <w:r w:rsidRPr="00A62795">
              <w:t>Okul Adı……</w:t>
            </w:r>
          </w:p>
        </w:tc>
        <w:tc>
          <w:tcPr>
            <w:tcW w:w="3247" w:type="dxa"/>
          </w:tcPr>
          <w:p w:rsidR="00AA71C2" w:rsidRPr="00FB09D0" w:rsidRDefault="00AA71C2" w:rsidP="00AA71C2">
            <w:pPr>
              <w:jc w:val="center"/>
              <w:rPr>
                <w:sz w:val="17"/>
                <w:szCs w:val="17"/>
              </w:rPr>
            </w:pPr>
          </w:p>
        </w:tc>
      </w:tr>
      <w:tr w:rsidR="00AA71C2" w:rsidTr="00AA71C2">
        <w:trPr>
          <w:jc w:val="center"/>
        </w:trPr>
        <w:tc>
          <w:tcPr>
            <w:tcW w:w="3233" w:type="dxa"/>
            <w:vAlign w:val="center"/>
          </w:tcPr>
          <w:p w:rsidR="00AA71C2" w:rsidRDefault="00AA71C2" w:rsidP="00AA71C2">
            <w:pPr>
              <w:jc w:val="center"/>
            </w:pPr>
            <w:r>
              <w:rPr>
                <w:sz w:val="17"/>
              </w:rPr>
              <w:t>Öğrenci Temsilcisi</w:t>
            </w:r>
          </w:p>
        </w:tc>
        <w:tc>
          <w:tcPr>
            <w:tcW w:w="3256" w:type="dxa"/>
          </w:tcPr>
          <w:p w:rsidR="00AA71C2" w:rsidRDefault="00AA71C2" w:rsidP="00AA71C2">
            <w:pPr>
              <w:jc w:val="center"/>
            </w:pPr>
            <w:r w:rsidRPr="00A62795">
              <w:t>Okul Adı……</w:t>
            </w:r>
          </w:p>
        </w:tc>
        <w:tc>
          <w:tcPr>
            <w:tcW w:w="3247" w:type="dxa"/>
          </w:tcPr>
          <w:p w:rsidR="00AA71C2" w:rsidRPr="00FB09D0" w:rsidRDefault="00AA71C2" w:rsidP="00AA71C2">
            <w:pPr>
              <w:jc w:val="center"/>
              <w:rPr>
                <w:sz w:val="17"/>
                <w:szCs w:val="17"/>
              </w:rPr>
            </w:pPr>
          </w:p>
        </w:tc>
      </w:tr>
      <w:tr w:rsidR="00D24628" w:rsidTr="00AA71C2">
        <w:trPr>
          <w:jc w:val="center"/>
        </w:trPr>
        <w:tc>
          <w:tcPr>
            <w:tcW w:w="3233" w:type="dxa"/>
            <w:vAlign w:val="center"/>
          </w:tcPr>
          <w:p w:rsidR="00D24628" w:rsidRDefault="00AF0574">
            <w:pPr>
              <w:jc w:val="center"/>
            </w:pPr>
            <w:r>
              <w:rPr>
                <w:sz w:val="17"/>
              </w:rPr>
              <w:lastRenderedPageBreak/>
              <w:t>Veli Temsilcisi</w:t>
            </w:r>
          </w:p>
        </w:tc>
        <w:tc>
          <w:tcPr>
            <w:tcW w:w="3256" w:type="dxa"/>
            <w:vAlign w:val="center"/>
          </w:tcPr>
          <w:p w:rsidR="00D24628" w:rsidRDefault="00D63555">
            <w:pPr>
              <w:jc w:val="center"/>
            </w:pPr>
            <w:r>
              <w:rPr>
                <w:sz w:val="17"/>
              </w:rPr>
              <w:t>..........</w:t>
            </w:r>
            <w:bookmarkStart w:id="0" w:name="_GoBack"/>
            <w:bookmarkEnd w:id="0"/>
            <w:r w:rsidR="00AF0574">
              <w:rPr>
                <w:sz w:val="17"/>
              </w:rPr>
              <w:t>t İlkokulu………</w:t>
            </w:r>
          </w:p>
        </w:tc>
        <w:tc>
          <w:tcPr>
            <w:tcW w:w="3247" w:type="dxa"/>
            <w:vAlign w:val="center"/>
          </w:tcPr>
          <w:p w:rsidR="00D24628" w:rsidRDefault="00AF0574">
            <w:pPr>
              <w:jc w:val="center"/>
            </w:pPr>
            <w:r>
              <w:rPr>
                <w:sz w:val="17"/>
              </w:rPr>
              <w:t>Okul-aile birliğince belirlenen veli</w:t>
            </w:r>
          </w:p>
        </w:tc>
      </w:tr>
    </w:tbl>
    <w:p w:rsidR="00D24628" w:rsidRDefault="00AF0574">
      <w:pPr>
        <w:pStyle w:val="Balk1"/>
      </w:pPr>
      <w:r>
        <w:t>4. 2026-2027 YILI ÖNCELİKLİ TEMALAR VE HEDEFLER</w:t>
      </w:r>
    </w:p>
    <w:tbl>
      <w:tblPr>
        <w:tblStyle w:val="TabloKlavuzu"/>
        <w:tblW w:w="0" w:type="auto"/>
        <w:jc w:val="center"/>
        <w:tblLook w:val="04A0" w:firstRow="1" w:lastRow="0" w:firstColumn="1" w:lastColumn="0" w:noHBand="0" w:noVBand="1"/>
      </w:tblPr>
      <w:tblGrid>
        <w:gridCol w:w="3230"/>
        <w:gridCol w:w="3253"/>
        <w:gridCol w:w="3253"/>
      </w:tblGrid>
      <w:tr w:rsidR="00D24628">
        <w:trPr>
          <w:jc w:val="center"/>
        </w:trPr>
        <w:tc>
          <w:tcPr>
            <w:tcW w:w="3400" w:type="dxa"/>
            <w:shd w:val="clear" w:color="auto" w:fill="D9EAF7"/>
            <w:vAlign w:val="center"/>
          </w:tcPr>
          <w:p w:rsidR="00D24628" w:rsidRDefault="00AF0574">
            <w:pPr>
              <w:jc w:val="center"/>
            </w:pPr>
            <w:r>
              <w:rPr>
                <w:b/>
                <w:sz w:val="16"/>
              </w:rPr>
              <w:t>Tema</w:t>
            </w:r>
          </w:p>
        </w:tc>
        <w:tc>
          <w:tcPr>
            <w:tcW w:w="3400" w:type="dxa"/>
            <w:shd w:val="clear" w:color="auto" w:fill="D9EAF7"/>
            <w:vAlign w:val="center"/>
          </w:tcPr>
          <w:p w:rsidR="00D24628" w:rsidRDefault="00AF0574">
            <w:pPr>
              <w:jc w:val="center"/>
            </w:pPr>
            <w:r>
              <w:rPr>
                <w:b/>
                <w:sz w:val="16"/>
              </w:rPr>
              <w:t>Öncelikli hedef</w:t>
            </w:r>
          </w:p>
        </w:tc>
        <w:tc>
          <w:tcPr>
            <w:tcW w:w="3400" w:type="dxa"/>
            <w:shd w:val="clear" w:color="auto" w:fill="D9EAF7"/>
            <w:vAlign w:val="center"/>
          </w:tcPr>
          <w:p w:rsidR="00D24628" w:rsidRDefault="00AF0574">
            <w:pPr>
              <w:jc w:val="center"/>
            </w:pPr>
            <w:r>
              <w:rPr>
                <w:b/>
                <w:sz w:val="16"/>
              </w:rPr>
              <w:t>İzleme göstergesi</w:t>
            </w:r>
          </w:p>
        </w:tc>
      </w:tr>
      <w:tr w:rsidR="00D24628">
        <w:trPr>
          <w:jc w:val="center"/>
        </w:trPr>
        <w:tc>
          <w:tcPr>
            <w:tcW w:w="3400" w:type="dxa"/>
            <w:vAlign w:val="center"/>
          </w:tcPr>
          <w:p w:rsidR="00D24628" w:rsidRDefault="00AF0574">
            <w:pPr>
              <w:jc w:val="center"/>
            </w:pPr>
            <w:r>
              <w:rPr>
                <w:sz w:val="16"/>
              </w:rPr>
              <w:t>Kültür Dünyamız</w:t>
            </w:r>
          </w:p>
        </w:tc>
        <w:tc>
          <w:tcPr>
            <w:tcW w:w="3400" w:type="dxa"/>
            <w:vAlign w:val="center"/>
          </w:tcPr>
          <w:p w:rsidR="00D24628" w:rsidRDefault="00AF0574">
            <w:pPr>
              <w:jc w:val="center"/>
            </w:pPr>
            <w:r>
              <w:rPr>
                <w:sz w:val="16"/>
              </w:rPr>
              <w:t>Öğrencilerin millî, manevi ve evrensel kültür değerlerini, somut ve somut olmayan kültürel mirası tanımaları; yaş ve gelişim düzeylerine uygun özgün ürünler ortaya koymaları.</w:t>
            </w:r>
          </w:p>
        </w:tc>
        <w:tc>
          <w:tcPr>
            <w:tcW w:w="3400" w:type="dxa"/>
            <w:vAlign w:val="center"/>
          </w:tcPr>
          <w:p w:rsidR="00D24628" w:rsidRDefault="00AF0574">
            <w:pPr>
              <w:jc w:val="center"/>
            </w:pPr>
            <w:r>
              <w:rPr>
                <w:sz w:val="16"/>
              </w:rPr>
              <w:t>Katılan öğrenci oranı / gerçekleştirilen etkinlik sayısı / ortaya konulan ürünler</w:t>
            </w:r>
          </w:p>
        </w:tc>
      </w:tr>
      <w:tr w:rsidR="00D24628">
        <w:trPr>
          <w:jc w:val="center"/>
        </w:trPr>
        <w:tc>
          <w:tcPr>
            <w:tcW w:w="3400" w:type="dxa"/>
            <w:vAlign w:val="center"/>
          </w:tcPr>
          <w:p w:rsidR="00D24628" w:rsidRDefault="00AF0574">
            <w:pPr>
              <w:jc w:val="center"/>
            </w:pPr>
            <w:r>
              <w:rPr>
                <w:sz w:val="16"/>
              </w:rPr>
              <w:t>Sanat</w:t>
            </w:r>
          </w:p>
        </w:tc>
        <w:tc>
          <w:tcPr>
            <w:tcW w:w="3400" w:type="dxa"/>
            <w:vAlign w:val="center"/>
          </w:tcPr>
          <w:p w:rsidR="00D24628" w:rsidRDefault="00AF0574">
            <w:pPr>
              <w:jc w:val="center"/>
            </w:pPr>
            <w:r>
              <w:rPr>
                <w:sz w:val="16"/>
              </w:rPr>
              <w:t>Öğrencilerin resim, müzik, drama, gelenekli sanatlar ve diğer sanat alanlarında kendilerini ifade etmeleri ve sanatsal üretim yapmaları.</w:t>
            </w:r>
          </w:p>
        </w:tc>
        <w:tc>
          <w:tcPr>
            <w:tcW w:w="3400" w:type="dxa"/>
            <w:vAlign w:val="center"/>
          </w:tcPr>
          <w:p w:rsidR="00D24628" w:rsidRDefault="00AF0574">
            <w:pPr>
              <w:jc w:val="center"/>
            </w:pPr>
            <w:r>
              <w:rPr>
                <w:sz w:val="16"/>
              </w:rPr>
              <w:t>Katılan öğrenci oranı / gerçekleştirilen etkinlik sayısı / sergilenen ürünler</w:t>
            </w:r>
          </w:p>
        </w:tc>
      </w:tr>
      <w:tr w:rsidR="00D24628">
        <w:trPr>
          <w:jc w:val="center"/>
        </w:trPr>
        <w:tc>
          <w:tcPr>
            <w:tcW w:w="3400" w:type="dxa"/>
            <w:vAlign w:val="center"/>
          </w:tcPr>
          <w:p w:rsidR="00D24628" w:rsidRDefault="00AF0574">
            <w:pPr>
              <w:jc w:val="center"/>
            </w:pPr>
            <w:r>
              <w:rPr>
                <w:sz w:val="16"/>
              </w:rPr>
              <w:t>Spor</w:t>
            </w:r>
          </w:p>
        </w:tc>
        <w:tc>
          <w:tcPr>
            <w:tcW w:w="3400" w:type="dxa"/>
            <w:vAlign w:val="center"/>
          </w:tcPr>
          <w:p w:rsidR="00D24628" w:rsidRDefault="00AF0574">
            <w:pPr>
              <w:jc w:val="center"/>
            </w:pPr>
            <w:r>
              <w:rPr>
                <w:sz w:val="16"/>
              </w:rPr>
              <w:t>Düzenli fiziksel aktivite, hareketli yaşam, sağlıklı yaşam alışkanlıkları, çocuk oyunları ve adil oyun anlayışının geliştirilmesi.</w:t>
            </w:r>
          </w:p>
        </w:tc>
        <w:tc>
          <w:tcPr>
            <w:tcW w:w="3400" w:type="dxa"/>
            <w:vAlign w:val="center"/>
          </w:tcPr>
          <w:p w:rsidR="00D24628" w:rsidRDefault="00AF0574">
            <w:pPr>
              <w:jc w:val="center"/>
            </w:pPr>
            <w:r>
              <w:rPr>
                <w:sz w:val="16"/>
              </w:rPr>
              <w:t>Katılan öğrenci oranı / gerçekleştirilen etkinlik sayısı</w:t>
            </w:r>
          </w:p>
        </w:tc>
      </w:tr>
      <w:tr w:rsidR="00D24628">
        <w:trPr>
          <w:jc w:val="center"/>
        </w:trPr>
        <w:tc>
          <w:tcPr>
            <w:tcW w:w="3400" w:type="dxa"/>
            <w:vAlign w:val="center"/>
          </w:tcPr>
          <w:p w:rsidR="00D24628" w:rsidRDefault="00AF0574">
            <w:pPr>
              <w:jc w:val="center"/>
            </w:pPr>
            <w:r>
              <w:rPr>
                <w:sz w:val="16"/>
              </w:rPr>
              <w:t>Bilim</w:t>
            </w:r>
          </w:p>
        </w:tc>
        <w:tc>
          <w:tcPr>
            <w:tcW w:w="3400" w:type="dxa"/>
            <w:vAlign w:val="center"/>
          </w:tcPr>
          <w:p w:rsidR="00D24628" w:rsidRDefault="00AF0574">
            <w:pPr>
              <w:jc w:val="center"/>
            </w:pPr>
            <w:r>
              <w:rPr>
                <w:sz w:val="16"/>
              </w:rPr>
              <w:t>Merak, araştırma-sorgulama, problem çözme, akıl yürütme, dijital okuryazarlık ve yaş düzeyine uygun yenilikçi ürün geliştirme becerilerinin desteklenmesi.</w:t>
            </w:r>
          </w:p>
        </w:tc>
        <w:tc>
          <w:tcPr>
            <w:tcW w:w="3400" w:type="dxa"/>
            <w:vAlign w:val="center"/>
          </w:tcPr>
          <w:p w:rsidR="00D24628" w:rsidRDefault="00AF0574">
            <w:pPr>
              <w:jc w:val="center"/>
            </w:pPr>
            <w:r>
              <w:rPr>
                <w:sz w:val="16"/>
              </w:rPr>
              <w:t>Katılan öğrenci oranı / gerçekleştirilen etkinlik sayısı / ürünler</w:t>
            </w:r>
          </w:p>
        </w:tc>
      </w:tr>
      <w:tr w:rsidR="00D24628">
        <w:trPr>
          <w:jc w:val="center"/>
        </w:trPr>
        <w:tc>
          <w:tcPr>
            <w:tcW w:w="3400" w:type="dxa"/>
            <w:vAlign w:val="center"/>
          </w:tcPr>
          <w:p w:rsidR="00D24628" w:rsidRDefault="00AF0574">
            <w:pPr>
              <w:jc w:val="center"/>
            </w:pPr>
            <w:r>
              <w:rPr>
                <w:sz w:val="16"/>
              </w:rPr>
              <w:t>Doğa-Çevre-Toplum</w:t>
            </w:r>
          </w:p>
        </w:tc>
        <w:tc>
          <w:tcPr>
            <w:tcW w:w="3400" w:type="dxa"/>
            <w:vAlign w:val="center"/>
          </w:tcPr>
          <w:p w:rsidR="00D24628" w:rsidRDefault="00AF0574">
            <w:pPr>
              <w:jc w:val="center"/>
            </w:pPr>
            <w:r>
              <w:rPr>
                <w:sz w:val="16"/>
              </w:rPr>
              <w:t>Doğa sevgisi, çevre duyarlılığı, geri dönüşüm, enerji tasarrufu, güvenli davranışlar, ilk yardım farkındalığı, afet bilinci ve sosyal sorumluluk becerilerinin geliştirilmesi.</w:t>
            </w:r>
          </w:p>
        </w:tc>
        <w:tc>
          <w:tcPr>
            <w:tcW w:w="3400" w:type="dxa"/>
            <w:vAlign w:val="center"/>
          </w:tcPr>
          <w:p w:rsidR="00D24628" w:rsidRDefault="00AF0574">
            <w:pPr>
              <w:jc w:val="center"/>
            </w:pPr>
            <w:r>
              <w:rPr>
                <w:sz w:val="16"/>
              </w:rPr>
              <w:t>Katılan öğrenci oranı / gerçekleştirilen etkinlik sayısı / uygulama ve ürünler</w:t>
            </w:r>
          </w:p>
        </w:tc>
      </w:tr>
    </w:tbl>
    <w:p w:rsidR="00D24628" w:rsidRDefault="00AF0574">
      <w:pPr>
        <w:pStyle w:val="Balk1"/>
      </w:pPr>
      <w:r>
        <w:t>5. YILLIK OKUL TEMELLİ SOSYAL ETKİNLİKLER EYLEM PLANI</w:t>
      </w:r>
    </w:p>
    <w:p w:rsidR="00D24628" w:rsidRDefault="00AF0574">
      <w:r>
        <w:t>Etkinlikler ilkokul öğrencilerinin yaş ve gelişim özelliklerine uygun, mümkün olduğunca oyun, uygulama, gözlem, ürün oluşturma ve aile katılımını içeren yöntemlerle yürütülecektir.</w:t>
      </w:r>
    </w:p>
    <w:tbl>
      <w:tblPr>
        <w:tblStyle w:val="TabloKlavuzu"/>
        <w:tblW w:w="0" w:type="auto"/>
        <w:jc w:val="center"/>
        <w:tblLook w:val="04A0" w:firstRow="1" w:lastRow="0" w:firstColumn="1" w:lastColumn="0" w:noHBand="0" w:noVBand="1"/>
      </w:tblPr>
      <w:tblGrid>
        <w:gridCol w:w="1582"/>
        <w:gridCol w:w="1957"/>
        <w:gridCol w:w="1284"/>
        <w:gridCol w:w="1663"/>
        <w:gridCol w:w="1635"/>
        <w:gridCol w:w="1615"/>
      </w:tblGrid>
      <w:tr w:rsidR="00D24628" w:rsidTr="00B66450">
        <w:trPr>
          <w:jc w:val="center"/>
        </w:trPr>
        <w:tc>
          <w:tcPr>
            <w:tcW w:w="1582" w:type="dxa"/>
            <w:shd w:val="clear" w:color="auto" w:fill="D9EAF7"/>
            <w:vAlign w:val="center"/>
          </w:tcPr>
          <w:p w:rsidR="00D24628" w:rsidRDefault="00AF0574">
            <w:pPr>
              <w:jc w:val="center"/>
            </w:pPr>
            <w:r>
              <w:rPr>
                <w:b/>
                <w:sz w:val="15"/>
              </w:rPr>
              <w:t>Ay</w:t>
            </w:r>
          </w:p>
        </w:tc>
        <w:tc>
          <w:tcPr>
            <w:tcW w:w="1957" w:type="dxa"/>
            <w:shd w:val="clear" w:color="auto" w:fill="D9EAF7"/>
            <w:vAlign w:val="center"/>
          </w:tcPr>
          <w:p w:rsidR="00D24628" w:rsidRDefault="00AF0574">
            <w:pPr>
              <w:jc w:val="center"/>
            </w:pPr>
            <w:r>
              <w:rPr>
                <w:b/>
                <w:sz w:val="15"/>
              </w:rPr>
              <w:t>Tema</w:t>
            </w:r>
          </w:p>
        </w:tc>
        <w:tc>
          <w:tcPr>
            <w:tcW w:w="1284" w:type="dxa"/>
            <w:shd w:val="clear" w:color="auto" w:fill="D9EAF7"/>
            <w:vAlign w:val="center"/>
          </w:tcPr>
          <w:p w:rsidR="00D24628" w:rsidRDefault="00AF0574">
            <w:pPr>
              <w:jc w:val="center"/>
            </w:pPr>
            <w:r>
              <w:rPr>
                <w:b/>
                <w:sz w:val="15"/>
              </w:rPr>
              <w:t>Alt Hedef</w:t>
            </w:r>
          </w:p>
        </w:tc>
        <w:tc>
          <w:tcPr>
            <w:tcW w:w="1663" w:type="dxa"/>
            <w:shd w:val="clear" w:color="auto" w:fill="D9EAF7"/>
            <w:vAlign w:val="center"/>
          </w:tcPr>
          <w:p w:rsidR="00D24628" w:rsidRDefault="00AF0574">
            <w:pPr>
              <w:jc w:val="center"/>
            </w:pPr>
            <w:r>
              <w:rPr>
                <w:b/>
                <w:sz w:val="15"/>
              </w:rPr>
              <w:t>Etkinlik</w:t>
            </w:r>
          </w:p>
        </w:tc>
        <w:tc>
          <w:tcPr>
            <w:tcW w:w="1635" w:type="dxa"/>
            <w:shd w:val="clear" w:color="auto" w:fill="D9EAF7"/>
            <w:vAlign w:val="center"/>
          </w:tcPr>
          <w:p w:rsidR="00D24628" w:rsidRDefault="00AF0574">
            <w:pPr>
              <w:jc w:val="center"/>
            </w:pPr>
            <w:r>
              <w:rPr>
                <w:b/>
                <w:sz w:val="15"/>
              </w:rPr>
              <w:t>Etkinlik Planlayıcıları</w:t>
            </w:r>
          </w:p>
        </w:tc>
        <w:tc>
          <w:tcPr>
            <w:tcW w:w="1615" w:type="dxa"/>
            <w:shd w:val="clear" w:color="auto" w:fill="D9EAF7"/>
            <w:vAlign w:val="center"/>
          </w:tcPr>
          <w:p w:rsidR="00D24628" w:rsidRDefault="00AF0574">
            <w:pPr>
              <w:jc w:val="center"/>
            </w:pPr>
            <w:r>
              <w:rPr>
                <w:b/>
                <w:sz w:val="15"/>
              </w:rPr>
              <w:t>İzleme Göstergesi</w:t>
            </w:r>
          </w:p>
        </w:tc>
      </w:tr>
      <w:tr w:rsidR="00FF0399" w:rsidTr="00B66450">
        <w:trPr>
          <w:jc w:val="center"/>
        </w:trPr>
        <w:tc>
          <w:tcPr>
            <w:tcW w:w="1582" w:type="dxa"/>
            <w:vAlign w:val="center"/>
          </w:tcPr>
          <w:p w:rsidR="00FF0399" w:rsidRDefault="00FF0399" w:rsidP="00FF0399">
            <w:pPr>
              <w:jc w:val="center"/>
            </w:pPr>
            <w:r>
              <w:rPr>
                <w:sz w:val="15"/>
              </w:rPr>
              <w:t>Eylül</w:t>
            </w:r>
          </w:p>
        </w:tc>
        <w:tc>
          <w:tcPr>
            <w:tcW w:w="1957" w:type="dxa"/>
            <w:vAlign w:val="center"/>
          </w:tcPr>
          <w:p w:rsidR="00FF0399" w:rsidRDefault="00FF0399" w:rsidP="00FF0399">
            <w:pPr>
              <w:jc w:val="center"/>
            </w:pPr>
            <w:r>
              <w:rPr>
                <w:sz w:val="15"/>
              </w:rPr>
              <w:t>Kültür Dünyamız</w:t>
            </w:r>
          </w:p>
        </w:tc>
        <w:tc>
          <w:tcPr>
            <w:tcW w:w="1284" w:type="dxa"/>
          </w:tcPr>
          <w:p w:rsidR="00FF0399" w:rsidRDefault="00FF0399" w:rsidP="00FF0399"/>
          <w:p w:rsidR="00FF0399" w:rsidRDefault="00FF0399" w:rsidP="00FF0399"/>
          <w:p w:rsidR="00FF0399" w:rsidRDefault="00FF0399" w:rsidP="00FF0399"/>
          <w:p w:rsidR="00FF0399" w:rsidRPr="00D54043" w:rsidRDefault="00FF0399" w:rsidP="00FF0399">
            <w:pPr>
              <w:rPr>
                <w:sz w:val="16"/>
                <w:szCs w:val="16"/>
              </w:rPr>
            </w:pPr>
            <w:r>
              <w:t xml:space="preserve">        </w:t>
            </w:r>
            <w:r w:rsidRPr="00D54043">
              <w:rPr>
                <w:sz w:val="16"/>
                <w:szCs w:val="16"/>
              </w:rPr>
              <w:t>KD.1</w:t>
            </w:r>
          </w:p>
        </w:tc>
        <w:tc>
          <w:tcPr>
            <w:tcW w:w="1663" w:type="dxa"/>
            <w:vAlign w:val="center"/>
          </w:tcPr>
          <w:p w:rsidR="00FF0399" w:rsidRDefault="00FF0399" w:rsidP="00FF0399">
            <w:pPr>
              <w:jc w:val="center"/>
            </w:pPr>
            <w:r>
              <w:rPr>
                <w:sz w:val="15"/>
              </w:rPr>
              <w:t>1. sınıf öğrencilerinin okulu, sınıfını ve arkadaşlarını tanıması; aile katılımı; güvenli okul kuralları; oyun temelli tanışma etkinlikleri (uyum haftası)</w:t>
            </w:r>
          </w:p>
        </w:tc>
        <w:tc>
          <w:tcPr>
            <w:tcW w:w="1635" w:type="dxa"/>
          </w:tcPr>
          <w:p w:rsidR="00E436AC" w:rsidRDefault="00E436AC" w:rsidP="00FF0399">
            <w:pPr>
              <w:rPr>
                <w:sz w:val="15"/>
              </w:rPr>
            </w:pPr>
          </w:p>
          <w:p w:rsidR="00E436AC" w:rsidRDefault="00E436AC" w:rsidP="00FF0399">
            <w:pPr>
              <w:rPr>
                <w:sz w:val="15"/>
              </w:rPr>
            </w:pPr>
          </w:p>
          <w:p w:rsidR="00E436AC" w:rsidRDefault="00E436AC" w:rsidP="00FF0399">
            <w:pPr>
              <w:rPr>
                <w:sz w:val="15"/>
              </w:rPr>
            </w:pPr>
          </w:p>
          <w:p w:rsidR="00FF0399" w:rsidRDefault="00E01265" w:rsidP="00FF0399">
            <w:r>
              <w:rPr>
                <w:sz w:val="15"/>
              </w:rPr>
              <w:t>Sosyal Etkinlikler Kurulu /</w:t>
            </w:r>
            <w:r w:rsidR="00FF0399">
              <w:rPr>
                <w:sz w:val="15"/>
              </w:rPr>
              <w:t>Sınıf öğretmenleri  1. sınıflar / Rehberlik</w:t>
            </w:r>
          </w:p>
        </w:tc>
        <w:tc>
          <w:tcPr>
            <w:tcW w:w="1615" w:type="dxa"/>
          </w:tcPr>
          <w:p w:rsidR="00FF0399" w:rsidRDefault="00FF0399" w:rsidP="00FF0399"/>
          <w:p w:rsidR="00FF0399" w:rsidRDefault="00FF0399" w:rsidP="00FF0399"/>
          <w:p w:rsidR="00FF0399" w:rsidRDefault="00FF0399" w:rsidP="00FF0399"/>
          <w:p w:rsidR="00FF0399" w:rsidRDefault="00FF0399" w:rsidP="00FF0399">
            <w:r>
              <w:t xml:space="preserve">     K</w:t>
            </w:r>
            <w:r w:rsidRPr="00D54043">
              <w:rPr>
                <w:sz w:val="16"/>
                <w:szCs w:val="16"/>
              </w:rPr>
              <w:t>atılım</w:t>
            </w:r>
          </w:p>
        </w:tc>
      </w:tr>
      <w:tr w:rsidR="00FF0399" w:rsidTr="00B66450">
        <w:trPr>
          <w:jc w:val="center"/>
        </w:trPr>
        <w:tc>
          <w:tcPr>
            <w:tcW w:w="1582" w:type="dxa"/>
            <w:vAlign w:val="center"/>
          </w:tcPr>
          <w:p w:rsidR="00FF0399" w:rsidRDefault="00FF0399" w:rsidP="00FF0399">
            <w:pPr>
              <w:jc w:val="center"/>
              <w:rPr>
                <w:sz w:val="15"/>
              </w:rPr>
            </w:pPr>
            <w:r>
              <w:rPr>
                <w:sz w:val="15"/>
              </w:rPr>
              <w:t>Eylül</w:t>
            </w:r>
          </w:p>
        </w:tc>
        <w:tc>
          <w:tcPr>
            <w:tcW w:w="1957" w:type="dxa"/>
            <w:vAlign w:val="center"/>
          </w:tcPr>
          <w:p w:rsidR="00FF0399" w:rsidRDefault="00FF0399" w:rsidP="00FF0399">
            <w:pPr>
              <w:jc w:val="center"/>
            </w:pPr>
            <w:r>
              <w:rPr>
                <w:sz w:val="15"/>
              </w:rPr>
              <w:t>Kültür Dünyamız</w:t>
            </w:r>
          </w:p>
        </w:tc>
        <w:tc>
          <w:tcPr>
            <w:tcW w:w="1284" w:type="dxa"/>
            <w:vAlign w:val="center"/>
          </w:tcPr>
          <w:p w:rsidR="00FF0399" w:rsidRDefault="00FF0399" w:rsidP="00FF0399">
            <w:pPr>
              <w:jc w:val="center"/>
            </w:pPr>
            <w:r>
              <w:rPr>
                <w:sz w:val="15"/>
              </w:rPr>
              <w:t>KD.1</w:t>
            </w:r>
          </w:p>
        </w:tc>
        <w:tc>
          <w:tcPr>
            <w:tcW w:w="1663" w:type="dxa"/>
            <w:vAlign w:val="center"/>
          </w:tcPr>
          <w:p w:rsidR="00FF0399" w:rsidRDefault="00B66450" w:rsidP="00FF0399">
            <w:pPr>
              <w:jc w:val="center"/>
            </w:pPr>
            <w:r>
              <w:rPr>
                <w:sz w:val="15"/>
              </w:rPr>
              <w:t xml:space="preserve">İlköğretim Haftası  </w:t>
            </w:r>
            <w:r w:rsidR="00FF0399">
              <w:rPr>
                <w:sz w:val="15"/>
              </w:rPr>
              <w:t>.</w:t>
            </w:r>
            <w:r>
              <w:rPr>
                <w:sz w:val="15"/>
              </w:rPr>
              <w:t xml:space="preserve"> simleri, şiirleri ve okul  içi sunumlar</w:t>
            </w:r>
          </w:p>
        </w:tc>
        <w:tc>
          <w:tcPr>
            <w:tcW w:w="1635" w:type="dxa"/>
            <w:vAlign w:val="center"/>
          </w:tcPr>
          <w:p w:rsidR="00FF0399" w:rsidRDefault="00E01265" w:rsidP="00E02F7C">
            <w:pPr>
              <w:jc w:val="center"/>
              <w:rPr>
                <w:sz w:val="15"/>
              </w:rPr>
            </w:pPr>
            <w:r>
              <w:rPr>
                <w:sz w:val="15"/>
              </w:rPr>
              <w:t>Sosyal Etkinlikler Kurulu /</w:t>
            </w:r>
            <w:r w:rsidR="00D32799">
              <w:rPr>
                <w:sz w:val="15"/>
              </w:rPr>
              <w:t>Tarih ve Kültürel Miras</w:t>
            </w:r>
            <w:r w:rsidR="00E02F7C">
              <w:rPr>
                <w:sz w:val="15"/>
              </w:rPr>
              <w:t xml:space="preserve"> Kulübü</w:t>
            </w:r>
            <w:r w:rsidR="00D32799">
              <w:rPr>
                <w:sz w:val="15"/>
              </w:rPr>
              <w:t>,Yaşam Becerileri Kulübü,Tarih ve Kültürel Miras Kulübü,,Yaşam Becerileri Kulübü</w:t>
            </w:r>
          </w:p>
          <w:p w:rsidR="00B66450" w:rsidRPr="00B66450" w:rsidRDefault="00B66450" w:rsidP="00E02F7C">
            <w:pPr>
              <w:jc w:val="center"/>
              <w:rPr>
                <w:b/>
              </w:rPr>
            </w:pPr>
            <w:r w:rsidRPr="00B66450">
              <w:rPr>
                <w:b/>
                <w:sz w:val="15"/>
              </w:rPr>
              <w:t>OKUL İÇİ</w:t>
            </w:r>
          </w:p>
        </w:tc>
        <w:tc>
          <w:tcPr>
            <w:tcW w:w="1615" w:type="dxa"/>
            <w:vAlign w:val="center"/>
          </w:tcPr>
          <w:p w:rsidR="00FF0399" w:rsidRDefault="00FF0399" w:rsidP="00FF0399">
            <w:pPr>
              <w:jc w:val="center"/>
            </w:pPr>
            <w:r>
              <w:rPr>
                <w:sz w:val="15"/>
              </w:rPr>
              <w:t>Katılım / ürün</w:t>
            </w:r>
          </w:p>
        </w:tc>
      </w:tr>
      <w:tr w:rsidR="00D32799" w:rsidTr="00B66450">
        <w:trPr>
          <w:jc w:val="center"/>
        </w:trPr>
        <w:tc>
          <w:tcPr>
            <w:tcW w:w="1582" w:type="dxa"/>
            <w:vAlign w:val="center"/>
          </w:tcPr>
          <w:p w:rsidR="00D32799" w:rsidRDefault="00D32799" w:rsidP="00D32799">
            <w:r>
              <w:rPr>
                <w:sz w:val="15"/>
              </w:rPr>
              <w:t xml:space="preserve">       </w:t>
            </w:r>
            <w:r w:rsidR="00BC7FF3">
              <w:rPr>
                <w:sz w:val="15"/>
              </w:rPr>
              <w:t xml:space="preserve"> </w:t>
            </w:r>
            <w:r>
              <w:rPr>
                <w:sz w:val="15"/>
              </w:rPr>
              <w:t xml:space="preserve">    Eylül</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KD1</w:t>
            </w:r>
          </w:p>
        </w:tc>
        <w:tc>
          <w:tcPr>
            <w:tcW w:w="1663" w:type="dxa"/>
            <w:vAlign w:val="center"/>
          </w:tcPr>
          <w:p w:rsidR="00D32799" w:rsidRDefault="00D32799" w:rsidP="00D32799">
            <w:pPr>
              <w:jc w:val="center"/>
            </w:pPr>
            <w:r>
              <w:rPr>
                <w:sz w:val="15"/>
              </w:rPr>
              <w:t>15 Temmuz Demokrasi ve Milli Birlik Günü temalı öğrenci resimleri, şiirleri ve okul  içi sunumlar.</w:t>
            </w:r>
          </w:p>
        </w:tc>
        <w:tc>
          <w:tcPr>
            <w:tcW w:w="1635" w:type="dxa"/>
            <w:vAlign w:val="center"/>
          </w:tcPr>
          <w:p w:rsidR="00D32799" w:rsidRDefault="00D32799" w:rsidP="00D32799">
            <w:pPr>
              <w:jc w:val="center"/>
              <w:rPr>
                <w:sz w:val="15"/>
              </w:rPr>
            </w:pPr>
            <w:r>
              <w:rPr>
                <w:sz w:val="15"/>
              </w:rPr>
              <w:t>Sosyal Etkinlikler Kurulu /Afet Farkındalığı Kulübü</w:t>
            </w:r>
          </w:p>
          <w:p w:rsidR="00D32799" w:rsidRPr="00B66450" w:rsidRDefault="00D32799" w:rsidP="00D32799">
            <w:pPr>
              <w:jc w:val="center"/>
              <w:rPr>
                <w:b/>
              </w:rPr>
            </w:pPr>
            <w:r w:rsidRPr="00B66450">
              <w:rPr>
                <w:b/>
                <w:sz w:val="15"/>
              </w:rPr>
              <w:t>OKUL İÇİ</w:t>
            </w:r>
          </w:p>
        </w:tc>
        <w:tc>
          <w:tcPr>
            <w:tcW w:w="1615" w:type="dxa"/>
            <w:vAlign w:val="center"/>
          </w:tcPr>
          <w:p w:rsidR="00D32799" w:rsidRDefault="00D32799" w:rsidP="00D32799">
            <w:pPr>
              <w:jc w:val="center"/>
            </w:pPr>
            <w:r>
              <w:rPr>
                <w:sz w:val="15"/>
              </w:rPr>
              <w:t>Katılım / ürün</w:t>
            </w:r>
          </w:p>
        </w:tc>
      </w:tr>
      <w:tr w:rsidR="00D32799" w:rsidTr="00B66450">
        <w:trPr>
          <w:jc w:val="center"/>
        </w:trPr>
        <w:tc>
          <w:tcPr>
            <w:tcW w:w="1582" w:type="dxa"/>
            <w:vAlign w:val="center"/>
          </w:tcPr>
          <w:p w:rsidR="00D32799" w:rsidRDefault="00D32799" w:rsidP="00BC7FF3">
            <w:pPr>
              <w:rPr>
                <w:sz w:val="15"/>
              </w:rPr>
            </w:pPr>
            <w:r>
              <w:rPr>
                <w:sz w:val="15"/>
              </w:rPr>
              <w:t xml:space="preserve">       </w:t>
            </w:r>
            <w:r w:rsidR="00BC7FF3">
              <w:rPr>
                <w:sz w:val="15"/>
              </w:rPr>
              <w:t xml:space="preserve">    </w:t>
            </w:r>
            <w:r>
              <w:rPr>
                <w:sz w:val="15"/>
              </w:rPr>
              <w:t xml:space="preserve"> </w:t>
            </w:r>
            <w:r w:rsidR="00BC7FF3">
              <w:rPr>
                <w:sz w:val="15"/>
              </w:rPr>
              <w:t>Ekim</w:t>
            </w:r>
          </w:p>
        </w:tc>
        <w:tc>
          <w:tcPr>
            <w:tcW w:w="1957" w:type="dxa"/>
            <w:vAlign w:val="center"/>
          </w:tcPr>
          <w:p w:rsidR="00D32799" w:rsidRPr="00F35DFD" w:rsidRDefault="00D32799" w:rsidP="00D32799">
            <w:pPr>
              <w:jc w:val="center"/>
              <w:rPr>
                <w:sz w:val="16"/>
                <w:szCs w:val="16"/>
              </w:rPr>
            </w:pPr>
            <w:r w:rsidRPr="00F35DFD">
              <w:rPr>
                <w:sz w:val="16"/>
                <w:szCs w:val="16"/>
              </w:rPr>
              <w:t>Doğa-Çevre-Toplum</w:t>
            </w:r>
          </w:p>
        </w:tc>
        <w:tc>
          <w:tcPr>
            <w:tcW w:w="1284" w:type="dxa"/>
            <w:vAlign w:val="center"/>
          </w:tcPr>
          <w:p w:rsidR="00D32799" w:rsidRDefault="00D32799" w:rsidP="00D32799">
            <w:pPr>
              <w:jc w:val="center"/>
              <w:rPr>
                <w:sz w:val="15"/>
              </w:rPr>
            </w:pPr>
          </w:p>
          <w:p w:rsidR="00D32799" w:rsidRDefault="00D32799" w:rsidP="00D32799">
            <w:pPr>
              <w:jc w:val="center"/>
              <w:rPr>
                <w:sz w:val="15"/>
              </w:rPr>
            </w:pPr>
          </w:p>
          <w:p w:rsidR="00D32799" w:rsidRDefault="00D32799" w:rsidP="00D32799">
            <w:pPr>
              <w:jc w:val="center"/>
              <w:rPr>
                <w:sz w:val="15"/>
              </w:rPr>
            </w:pPr>
            <w:r>
              <w:rPr>
                <w:sz w:val="16"/>
                <w:szCs w:val="16"/>
              </w:rPr>
              <w:t>DÇT1</w:t>
            </w:r>
          </w:p>
          <w:p w:rsidR="00D32799" w:rsidRDefault="00D32799" w:rsidP="00D32799">
            <w:pPr>
              <w:jc w:val="center"/>
              <w:rPr>
                <w:sz w:val="15"/>
              </w:rPr>
            </w:pPr>
          </w:p>
        </w:tc>
        <w:tc>
          <w:tcPr>
            <w:tcW w:w="1663" w:type="dxa"/>
            <w:vAlign w:val="center"/>
          </w:tcPr>
          <w:p w:rsidR="00D32799" w:rsidRDefault="00D32799" w:rsidP="00D32799">
            <w:pPr>
              <w:jc w:val="center"/>
              <w:rPr>
                <w:sz w:val="15"/>
              </w:rPr>
            </w:pPr>
            <w:r>
              <w:rPr>
                <w:sz w:val="15"/>
              </w:rPr>
              <w:t>Hayvanları Koruma Günü Etkinlikleri</w:t>
            </w:r>
          </w:p>
        </w:tc>
        <w:tc>
          <w:tcPr>
            <w:tcW w:w="1635" w:type="dxa"/>
            <w:vAlign w:val="center"/>
          </w:tcPr>
          <w:p w:rsidR="00D32799" w:rsidRDefault="00D32799" w:rsidP="00D32799">
            <w:pPr>
              <w:jc w:val="center"/>
              <w:rPr>
                <w:sz w:val="15"/>
              </w:rPr>
            </w:pPr>
            <w:r>
              <w:rPr>
                <w:sz w:val="15"/>
              </w:rPr>
              <w:t>Sosyal Etkinlikler Kurulu /</w:t>
            </w:r>
            <w:r w:rsidR="001728E6">
              <w:rPr>
                <w:sz w:val="15"/>
              </w:rPr>
              <w:t>Enerji verimliliği Kulübü/ Akıl ve Zeka Oyunları</w:t>
            </w:r>
          </w:p>
        </w:tc>
        <w:tc>
          <w:tcPr>
            <w:tcW w:w="1615" w:type="dxa"/>
            <w:vAlign w:val="center"/>
          </w:tcPr>
          <w:p w:rsidR="00D32799" w:rsidRDefault="001728E6" w:rsidP="00D32799">
            <w:pPr>
              <w:jc w:val="center"/>
              <w:rPr>
                <w:sz w:val="15"/>
              </w:rPr>
            </w:pPr>
            <w:r>
              <w:rPr>
                <w:sz w:val="15"/>
              </w:rPr>
              <w:t>Katılım</w:t>
            </w:r>
          </w:p>
        </w:tc>
      </w:tr>
      <w:tr w:rsidR="00D32799" w:rsidTr="00B66450">
        <w:trPr>
          <w:trHeight w:val="699"/>
          <w:jc w:val="center"/>
        </w:trPr>
        <w:tc>
          <w:tcPr>
            <w:tcW w:w="1582" w:type="dxa"/>
            <w:vAlign w:val="center"/>
          </w:tcPr>
          <w:p w:rsidR="00D32799" w:rsidRDefault="00D32799" w:rsidP="00D32799">
            <w:pPr>
              <w:jc w:val="center"/>
            </w:pPr>
            <w:r>
              <w:rPr>
                <w:sz w:val="15"/>
              </w:rPr>
              <w:t>Ekim</w:t>
            </w:r>
          </w:p>
        </w:tc>
        <w:tc>
          <w:tcPr>
            <w:tcW w:w="1957" w:type="dxa"/>
            <w:vAlign w:val="center"/>
          </w:tcPr>
          <w:p w:rsidR="00D32799" w:rsidRPr="00F35DFD" w:rsidRDefault="00D32799" w:rsidP="00D32799">
            <w:pPr>
              <w:jc w:val="center"/>
              <w:rPr>
                <w:sz w:val="16"/>
                <w:szCs w:val="16"/>
              </w:rPr>
            </w:pPr>
            <w:r w:rsidRPr="00F35DFD">
              <w:rPr>
                <w:sz w:val="16"/>
                <w:szCs w:val="16"/>
              </w:rPr>
              <w:t>Doğa-Çevre-Toplum</w:t>
            </w:r>
          </w:p>
        </w:tc>
        <w:tc>
          <w:tcPr>
            <w:tcW w:w="1284" w:type="dxa"/>
            <w:vAlign w:val="center"/>
          </w:tcPr>
          <w:p w:rsidR="00D32799" w:rsidRPr="00F35DFD" w:rsidRDefault="00D32799" w:rsidP="00D32799">
            <w:pPr>
              <w:jc w:val="center"/>
              <w:rPr>
                <w:sz w:val="16"/>
                <w:szCs w:val="16"/>
              </w:rPr>
            </w:pPr>
            <w:r w:rsidRPr="00F35DFD">
              <w:rPr>
                <w:sz w:val="16"/>
                <w:szCs w:val="16"/>
              </w:rPr>
              <w:t>DÇT5</w:t>
            </w:r>
          </w:p>
        </w:tc>
        <w:tc>
          <w:tcPr>
            <w:tcW w:w="1663" w:type="dxa"/>
            <w:vAlign w:val="center"/>
          </w:tcPr>
          <w:p w:rsidR="00D32799" w:rsidRPr="00F35DFD" w:rsidRDefault="00D32799" w:rsidP="00D32799">
            <w:pPr>
              <w:jc w:val="center"/>
              <w:rPr>
                <w:sz w:val="16"/>
                <w:szCs w:val="16"/>
              </w:rPr>
            </w:pPr>
            <w:r w:rsidRPr="00F35DFD">
              <w:rPr>
                <w:sz w:val="16"/>
                <w:szCs w:val="16"/>
              </w:rPr>
              <w:t>Risk azaltma ve çalışmaları ile afet anında bilgi ve habere aerişebilme imkanlarının artırılması</w:t>
            </w:r>
          </w:p>
        </w:tc>
        <w:tc>
          <w:tcPr>
            <w:tcW w:w="1635" w:type="dxa"/>
            <w:vAlign w:val="center"/>
          </w:tcPr>
          <w:p w:rsidR="00D32799" w:rsidRDefault="001728E6" w:rsidP="00D32799">
            <w:pPr>
              <w:jc w:val="center"/>
              <w:rPr>
                <w:sz w:val="15"/>
              </w:rPr>
            </w:pPr>
            <w:r>
              <w:rPr>
                <w:sz w:val="15"/>
              </w:rPr>
              <w:t>Sosyal Etkinlikler Kurulu /Gezi ve Turizm Kulübü</w:t>
            </w:r>
          </w:p>
          <w:p w:rsidR="00D32799" w:rsidRPr="00B66450" w:rsidRDefault="00D32799" w:rsidP="00D32799">
            <w:pPr>
              <w:jc w:val="center"/>
              <w:rPr>
                <w:b/>
                <w:sz w:val="15"/>
                <w:szCs w:val="15"/>
              </w:rPr>
            </w:pPr>
            <w:r w:rsidRPr="00B66450">
              <w:rPr>
                <w:b/>
                <w:sz w:val="15"/>
              </w:rPr>
              <w:t>OKUL İÇİ</w:t>
            </w:r>
          </w:p>
        </w:tc>
        <w:tc>
          <w:tcPr>
            <w:tcW w:w="1615" w:type="dxa"/>
            <w:vAlign w:val="center"/>
          </w:tcPr>
          <w:p w:rsidR="00D32799" w:rsidRDefault="00D32799" w:rsidP="00D32799">
            <w:pPr>
              <w:jc w:val="center"/>
            </w:pPr>
            <w:r>
              <w:rPr>
                <w:sz w:val="15"/>
              </w:rPr>
              <w:t>Katılım / ürün</w:t>
            </w:r>
          </w:p>
        </w:tc>
      </w:tr>
      <w:tr w:rsidR="00D32799" w:rsidTr="00B66450">
        <w:trPr>
          <w:trHeight w:val="699"/>
          <w:jc w:val="center"/>
        </w:trPr>
        <w:tc>
          <w:tcPr>
            <w:tcW w:w="1582" w:type="dxa"/>
            <w:vAlign w:val="center"/>
          </w:tcPr>
          <w:p w:rsidR="00D32799" w:rsidRDefault="00D32799" w:rsidP="00D32799">
            <w:pPr>
              <w:jc w:val="center"/>
            </w:pPr>
            <w:r>
              <w:rPr>
                <w:sz w:val="15"/>
              </w:rPr>
              <w:lastRenderedPageBreak/>
              <w:t>Ekim</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KD.5</w:t>
            </w:r>
          </w:p>
        </w:tc>
        <w:tc>
          <w:tcPr>
            <w:tcW w:w="1663" w:type="dxa"/>
            <w:vAlign w:val="center"/>
          </w:tcPr>
          <w:p w:rsidR="00D32799" w:rsidRDefault="00D32799" w:rsidP="00D32799">
            <w:pPr>
              <w:jc w:val="center"/>
            </w:pPr>
            <w:r>
              <w:rPr>
                <w:sz w:val="15"/>
              </w:rPr>
              <w:t>29 Ekim Cumhuriyet Bayramı temalı öğrenci resimleri, şiirleri ve okul  içi sunumlar.</w:t>
            </w:r>
          </w:p>
        </w:tc>
        <w:tc>
          <w:tcPr>
            <w:tcW w:w="1635" w:type="dxa"/>
            <w:vAlign w:val="center"/>
          </w:tcPr>
          <w:p w:rsidR="00D32799" w:rsidRDefault="00D32799" w:rsidP="00D32799">
            <w:pPr>
              <w:jc w:val="center"/>
              <w:rPr>
                <w:sz w:val="15"/>
                <w:szCs w:val="15"/>
              </w:rPr>
            </w:pPr>
            <w:r>
              <w:rPr>
                <w:sz w:val="15"/>
              </w:rPr>
              <w:t>Sosyal Etkinlikler Kurulu /</w:t>
            </w:r>
            <w:r w:rsidR="009856B1">
              <w:rPr>
                <w:sz w:val="15"/>
                <w:szCs w:val="15"/>
              </w:rPr>
              <w:t>Gezi ve Turizm Kulübü /</w:t>
            </w:r>
            <w:r>
              <w:rPr>
                <w:sz w:val="15"/>
                <w:szCs w:val="15"/>
              </w:rPr>
              <w:t xml:space="preserve">Enerji Verimlik Kulübü,Tabiat ve </w:t>
            </w:r>
          </w:p>
          <w:p w:rsidR="00D32799" w:rsidRDefault="00D32799" w:rsidP="00D32799">
            <w:pPr>
              <w:jc w:val="center"/>
              <w:rPr>
                <w:sz w:val="15"/>
                <w:szCs w:val="15"/>
              </w:rPr>
            </w:pPr>
            <w:r>
              <w:rPr>
                <w:sz w:val="15"/>
                <w:szCs w:val="15"/>
              </w:rPr>
              <w:t>Yaşanabilir çevre , Siberay kulübü</w:t>
            </w:r>
          </w:p>
          <w:p w:rsidR="00D32799" w:rsidRPr="00B66450" w:rsidRDefault="00D32799" w:rsidP="00D32799">
            <w:pPr>
              <w:jc w:val="center"/>
              <w:rPr>
                <w:b/>
                <w:sz w:val="15"/>
                <w:szCs w:val="15"/>
              </w:rPr>
            </w:pPr>
            <w:r w:rsidRPr="00B66450">
              <w:rPr>
                <w:b/>
                <w:sz w:val="15"/>
                <w:szCs w:val="15"/>
              </w:rPr>
              <w:t>OKUL İÇİ</w:t>
            </w:r>
          </w:p>
        </w:tc>
        <w:tc>
          <w:tcPr>
            <w:tcW w:w="1615" w:type="dxa"/>
            <w:vAlign w:val="center"/>
          </w:tcPr>
          <w:p w:rsidR="00D32799" w:rsidRDefault="00D32799" w:rsidP="00D32799">
            <w:pPr>
              <w:jc w:val="center"/>
            </w:pPr>
            <w:r>
              <w:rPr>
                <w:sz w:val="15"/>
              </w:rPr>
              <w:t>Katılım / ürün</w:t>
            </w:r>
          </w:p>
        </w:tc>
      </w:tr>
      <w:tr w:rsidR="00D32799" w:rsidTr="00B66450">
        <w:trPr>
          <w:jc w:val="center"/>
        </w:trPr>
        <w:tc>
          <w:tcPr>
            <w:tcW w:w="1582" w:type="dxa"/>
            <w:vAlign w:val="center"/>
          </w:tcPr>
          <w:p w:rsidR="00D32799" w:rsidRPr="00D32C1B" w:rsidRDefault="00D32799" w:rsidP="00D32799">
            <w:pPr>
              <w:jc w:val="center"/>
              <w:rPr>
                <w:sz w:val="16"/>
                <w:szCs w:val="16"/>
              </w:rPr>
            </w:pPr>
            <w:r w:rsidRPr="00D32C1B">
              <w:rPr>
                <w:sz w:val="16"/>
                <w:szCs w:val="16"/>
              </w:rPr>
              <w:t>Ekim</w:t>
            </w:r>
          </w:p>
        </w:tc>
        <w:tc>
          <w:tcPr>
            <w:tcW w:w="1957" w:type="dxa"/>
            <w:vAlign w:val="center"/>
          </w:tcPr>
          <w:p w:rsidR="00D32799" w:rsidRDefault="00D32799" w:rsidP="00D32799"/>
          <w:p w:rsidR="00D32799" w:rsidRPr="00D32C1B" w:rsidRDefault="00D32799" w:rsidP="00D32799">
            <w:pPr>
              <w:jc w:val="center"/>
              <w:rPr>
                <w:sz w:val="16"/>
                <w:szCs w:val="16"/>
              </w:rPr>
            </w:pPr>
            <w:r w:rsidRPr="00D32C1B">
              <w:rPr>
                <w:sz w:val="16"/>
                <w:szCs w:val="16"/>
              </w:rPr>
              <w:t>Doğa-Çevre-Toplum</w:t>
            </w:r>
          </w:p>
          <w:p w:rsidR="00D32799" w:rsidRPr="00D32C1B" w:rsidRDefault="00D32799" w:rsidP="00D32799">
            <w:pPr>
              <w:jc w:val="center"/>
              <w:rPr>
                <w:sz w:val="16"/>
                <w:szCs w:val="16"/>
              </w:rPr>
            </w:pPr>
          </w:p>
          <w:p w:rsidR="00D32799" w:rsidRDefault="00D32799" w:rsidP="00D32799">
            <w:pPr>
              <w:jc w:val="center"/>
            </w:pPr>
          </w:p>
          <w:p w:rsidR="00D32799" w:rsidRDefault="00D32799" w:rsidP="00D32799">
            <w:pPr>
              <w:jc w:val="center"/>
            </w:pPr>
          </w:p>
        </w:tc>
        <w:tc>
          <w:tcPr>
            <w:tcW w:w="1284" w:type="dxa"/>
            <w:vAlign w:val="center"/>
          </w:tcPr>
          <w:p w:rsidR="00D32799" w:rsidRPr="00D32C1B" w:rsidRDefault="00D32799" w:rsidP="00D32799">
            <w:pPr>
              <w:jc w:val="center"/>
              <w:rPr>
                <w:sz w:val="16"/>
                <w:szCs w:val="16"/>
              </w:rPr>
            </w:pPr>
            <w:r w:rsidRPr="00D32C1B">
              <w:rPr>
                <w:sz w:val="16"/>
                <w:szCs w:val="16"/>
              </w:rPr>
              <w:t>DÇT4</w:t>
            </w:r>
          </w:p>
        </w:tc>
        <w:tc>
          <w:tcPr>
            <w:tcW w:w="1663" w:type="dxa"/>
            <w:vAlign w:val="center"/>
          </w:tcPr>
          <w:p w:rsidR="00D32799" w:rsidRDefault="00D32799" w:rsidP="00D32799">
            <w:pPr>
              <w:jc w:val="center"/>
            </w:pPr>
            <w:r>
              <w:rPr>
                <w:sz w:val="15"/>
              </w:rPr>
              <w:t>Kızılay Haftası temalı öğrenci resimleri, şiirleri ve okul  içi sunumlar.</w:t>
            </w:r>
          </w:p>
        </w:tc>
        <w:tc>
          <w:tcPr>
            <w:tcW w:w="1635" w:type="dxa"/>
            <w:vAlign w:val="center"/>
          </w:tcPr>
          <w:p w:rsidR="00D32799" w:rsidRDefault="00D32799" w:rsidP="00D32799">
            <w:pPr>
              <w:jc w:val="center"/>
              <w:rPr>
                <w:sz w:val="15"/>
              </w:rPr>
            </w:pPr>
            <w:r>
              <w:rPr>
                <w:sz w:val="15"/>
              </w:rPr>
              <w:t>Sosyal Etkinlikler Kurulu /</w:t>
            </w:r>
            <w:r w:rsidR="009856B1">
              <w:rPr>
                <w:sz w:val="15"/>
              </w:rPr>
              <w:t xml:space="preserve">Afet Farkındalığı Kulübü / Siberay Kulübü/ </w:t>
            </w:r>
          </w:p>
          <w:p w:rsidR="00D32799" w:rsidRDefault="00D32799" w:rsidP="00D32799">
            <w:r>
              <w:rPr>
                <w:b/>
                <w:sz w:val="15"/>
              </w:rPr>
              <w:t xml:space="preserve">          </w:t>
            </w:r>
            <w:r w:rsidRPr="00B66450">
              <w:rPr>
                <w:b/>
                <w:sz w:val="15"/>
              </w:rPr>
              <w:t>OKUL İÇİ</w:t>
            </w:r>
          </w:p>
        </w:tc>
        <w:tc>
          <w:tcPr>
            <w:tcW w:w="1615" w:type="dxa"/>
            <w:vAlign w:val="center"/>
          </w:tcPr>
          <w:p w:rsidR="00D32799" w:rsidRDefault="00D32799" w:rsidP="00D32799">
            <w:pPr>
              <w:jc w:val="center"/>
            </w:pPr>
            <w:r>
              <w:rPr>
                <w:sz w:val="15"/>
              </w:rPr>
              <w:t>Katılım / ürün</w:t>
            </w:r>
          </w:p>
        </w:tc>
      </w:tr>
      <w:tr w:rsidR="00D32799" w:rsidTr="00B66450">
        <w:trPr>
          <w:jc w:val="center"/>
        </w:trPr>
        <w:tc>
          <w:tcPr>
            <w:tcW w:w="1582" w:type="dxa"/>
            <w:vAlign w:val="center"/>
          </w:tcPr>
          <w:p w:rsidR="00D32799" w:rsidRDefault="00D32799" w:rsidP="00D32799">
            <w:pPr>
              <w:jc w:val="center"/>
              <w:rPr>
                <w:sz w:val="15"/>
              </w:rPr>
            </w:pPr>
            <w:r>
              <w:rPr>
                <w:sz w:val="15"/>
              </w:rPr>
              <w:t>Kasım</w:t>
            </w:r>
          </w:p>
          <w:p w:rsidR="00D32799" w:rsidRDefault="00D32799" w:rsidP="00D32799">
            <w:pPr>
              <w:jc w:val="center"/>
            </w:pP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KD.3</w:t>
            </w:r>
          </w:p>
        </w:tc>
        <w:tc>
          <w:tcPr>
            <w:tcW w:w="1663" w:type="dxa"/>
            <w:vAlign w:val="center"/>
          </w:tcPr>
          <w:p w:rsidR="00D32799" w:rsidRDefault="00D32799" w:rsidP="00D32799">
            <w:pPr>
              <w:jc w:val="center"/>
            </w:pPr>
            <w:r>
              <w:rPr>
                <w:sz w:val="15"/>
              </w:rPr>
              <w:t>10 Kasım Atatürk'ü Anma ve tarihî miras farkındalık etkinliği: şiir, resim, kısa sunum ve sınıf çalışmaları.</w:t>
            </w:r>
          </w:p>
        </w:tc>
        <w:tc>
          <w:tcPr>
            <w:tcW w:w="1635" w:type="dxa"/>
            <w:vAlign w:val="center"/>
          </w:tcPr>
          <w:p w:rsidR="00D32799" w:rsidRDefault="00D32799" w:rsidP="00D32799">
            <w:r>
              <w:rPr>
                <w:sz w:val="15"/>
              </w:rPr>
              <w:t>Sosyal Etkinlikler Kurulu /Tarih ve Kültürel Miras Kulübü</w:t>
            </w:r>
            <w:r w:rsidR="009856B1">
              <w:rPr>
                <w:sz w:val="15"/>
              </w:rPr>
              <w:t>/ Müzik Kulübü</w:t>
            </w:r>
          </w:p>
        </w:tc>
        <w:tc>
          <w:tcPr>
            <w:tcW w:w="1615" w:type="dxa"/>
            <w:vAlign w:val="center"/>
          </w:tcPr>
          <w:p w:rsidR="00D32799" w:rsidRDefault="00D32799" w:rsidP="00D32799">
            <w:pPr>
              <w:jc w:val="center"/>
            </w:pPr>
            <w:r>
              <w:rPr>
                <w:sz w:val="15"/>
              </w:rPr>
              <w:t>Katılım / ürün</w:t>
            </w:r>
          </w:p>
        </w:tc>
      </w:tr>
      <w:tr w:rsidR="00D32799" w:rsidTr="00B66450">
        <w:trPr>
          <w:jc w:val="center"/>
        </w:trPr>
        <w:tc>
          <w:tcPr>
            <w:tcW w:w="1582" w:type="dxa"/>
            <w:vAlign w:val="center"/>
          </w:tcPr>
          <w:p w:rsidR="00D32799" w:rsidRDefault="00D32799" w:rsidP="00D32799">
            <w:r>
              <w:rPr>
                <w:sz w:val="15"/>
              </w:rPr>
              <w:t xml:space="preserve">            Kasim</w:t>
            </w:r>
          </w:p>
        </w:tc>
        <w:tc>
          <w:tcPr>
            <w:tcW w:w="1957" w:type="dxa"/>
            <w:vAlign w:val="center"/>
          </w:tcPr>
          <w:p w:rsidR="00D32799" w:rsidRDefault="00D32799" w:rsidP="00D32799">
            <w:pPr>
              <w:jc w:val="center"/>
            </w:pPr>
            <w:r>
              <w:rPr>
                <w:sz w:val="15"/>
              </w:rPr>
              <w:t>Spor</w:t>
            </w:r>
          </w:p>
        </w:tc>
        <w:tc>
          <w:tcPr>
            <w:tcW w:w="1284" w:type="dxa"/>
            <w:vAlign w:val="center"/>
          </w:tcPr>
          <w:p w:rsidR="00D32799" w:rsidRDefault="00D32799" w:rsidP="00D32799">
            <w:pPr>
              <w:jc w:val="center"/>
            </w:pPr>
            <w:r>
              <w:rPr>
                <w:sz w:val="15"/>
              </w:rPr>
              <w:t>SP.1</w:t>
            </w:r>
          </w:p>
        </w:tc>
        <w:tc>
          <w:tcPr>
            <w:tcW w:w="1663" w:type="dxa"/>
            <w:vAlign w:val="center"/>
          </w:tcPr>
          <w:p w:rsidR="00D32799" w:rsidRDefault="00D32799" w:rsidP="00D32799">
            <w:pPr>
              <w:jc w:val="center"/>
            </w:pPr>
            <w:r>
              <w:rPr>
                <w:sz w:val="15"/>
              </w:rPr>
              <w:t>Dünya. Diyabet Günü ile ilgilifarkındalık oluşturma</w:t>
            </w:r>
          </w:p>
        </w:tc>
        <w:tc>
          <w:tcPr>
            <w:tcW w:w="1635" w:type="dxa"/>
            <w:vAlign w:val="center"/>
          </w:tcPr>
          <w:p w:rsidR="00D32799" w:rsidRDefault="00D32799" w:rsidP="00D32799">
            <w:pPr>
              <w:jc w:val="center"/>
            </w:pPr>
            <w:r>
              <w:rPr>
                <w:sz w:val="15"/>
              </w:rPr>
              <w:t>Sos</w:t>
            </w:r>
            <w:r w:rsidR="009856B1">
              <w:rPr>
                <w:sz w:val="15"/>
              </w:rPr>
              <w:t>yal Etkinlikler Kurulu /Kızılay Kulübü/ Yaşam beceriler Kulübü</w:t>
            </w:r>
          </w:p>
        </w:tc>
        <w:tc>
          <w:tcPr>
            <w:tcW w:w="1615" w:type="dxa"/>
            <w:vAlign w:val="center"/>
          </w:tcPr>
          <w:p w:rsidR="00D32799" w:rsidRDefault="00D32799" w:rsidP="00D32799">
            <w:pPr>
              <w:jc w:val="center"/>
            </w:pPr>
            <w:r>
              <w:rPr>
                <w:sz w:val="15"/>
              </w:rPr>
              <w:t>Katılım / gözlem</w:t>
            </w:r>
          </w:p>
        </w:tc>
      </w:tr>
      <w:tr w:rsidR="007C3A0B" w:rsidTr="007C3A0B">
        <w:trPr>
          <w:trHeight w:val="523"/>
          <w:jc w:val="center"/>
        </w:trPr>
        <w:tc>
          <w:tcPr>
            <w:tcW w:w="1582" w:type="dxa"/>
            <w:vAlign w:val="center"/>
          </w:tcPr>
          <w:p w:rsidR="007C3A0B" w:rsidRDefault="007C3A0B" w:rsidP="00D32799">
            <w:pPr>
              <w:rPr>
                <w:sz w:val="15"/>
              </w:rPr>
            </w:pPr>
            <w:r>
              <w:rPr>
                <w:sz w:val="15"/>
              </w:rPr>
              <w:t xml:space="preserve">            kasım</w:t>
            </w:r>
          </w:p>
        </w:tc>
        <w:tc>
          <w:tcPr>
            <w:tcW w:w="1957" w:type="dxa"/>
            <w:vAlign w:val="center"/>
          </w:tcPr>
          <w:p w:rsidR="007C3A0B" w:rsidRDefault="007C3A0B" w:rsidP="00D32799">
            <w:pPr>
              <w:jc w:val="center"/>
              <w:rPr>
                <w:sz w:val="15"/>
              </w:rPr>
            </w:pPr>
            <w:r>
              <w:rPr>
                <w:sz w:val="15"/>
              </w:rPr>
              <w:t>Kültür Dünyamı</w:t>
            </w:r>
          </w:p>
        </w:tc>
        <w:tc>
          <w:tcPr>
            <w:tcW w:w="1284" w:type="dxa"/>
            <w:vAlign w:val="center"/>
          </w:tcPr>
          <w:p w:rsidR="007C3A0B" w:rsidRDefault="007C3A0B" w:rsidP="00D32799">
            <w:pPr>
              <w:jc w:val="center"/>
              <w:rPr>
                <w:sz w:val="15"/>
              </w:rPr>
            </w:pPr>
            <w:r>
              <w:rPr>
                <w:sz w:val="15"/>
              </w:rPr>
              <w:t>KD.1</w:t>
            </w:r>
          </w:p>
        </w:tc>
        <w:tc>
          <w:tcPr>
            <w:tcW w:w="1663" w:type="dxa"/>
            <w:vAlign w:val="center"/>
          </w:tcPr>
          <w:p w:rsidR="007C3A0B" w:rsidRDefault="007C3A0B" w:rsidP="00D32799">
            <w:pPr>
              <w:jc w:val="center"/>
              <w:rPr>
                <w:sz w:val="15"/>
              </w:rPr>
            </w:pPr>
            <w:r>
              <w:rPr>
                <w:sz w:val="15"/>
              </w:rPr>
              <w:t>Dünya Çocuk hakları Günü Etkinlikleri</w:t>
            </w:r>
          </w:p>
        </w:tc>
        <w:tc>
          <w:tcPr>
            <w:tcW w:w="1635" w:type="dxa"/>
            <w:vAlign w:val="center"/>
          </w:tcPr>
          <w:p w:rsidR="007C3A0B" w:rsidRDefault="007C3A0B" w:rsidP="00D32799">
            <w:pPr>
              <w:jc w:val="center"/>
              <w:rPr>
                <w:sz w:val="15"/>
              </w:rPr>
            </w:pPr>
            <w:r>
              <w:rPr>
                <w:sz w:val="15"/>
              </w:rPr>
              <w:t>Sosyal Etkinlikler Kurulu/ Tarih ve Kültürel Miras Kulübü/ Yaşam beceriler Kulübü</w:t>
            </w:r>
          </w:p>
        </w:tc>
        <w:tc>
          <w:tcPr>
            <w:tcW w:w="1615" w:type="dxa"/>
            <w:vAlign w:val="center"/>
          </w:tcPr>
          <w:p w:rsidR="007C3A0B" w:rsidRDefault="00867C25" w:rsidP="00D32799">
            <w:pPr>
              <w:jc w:val="center"/>
              <w:rPr>
                <w:sz w:val="15"/>
              </w:rPr>
            </w:pPr>
            <w:r>
              <w:rPr>
                <w:sz w:val="15"/>
              </w:rPr>
              <w:t>Katılım / ürün</w:t>
            </w:r>
          </w:p>
        </w:tc>
      </w:tr>
      <w:tr w:rsidR="00D32799" w:rsidTr="00B66450">
        <w:trPr>
          <w:jc w:val="center"/>
        </w:trPr>
        <w:tc>
          <w:tcPr>
            <w:tcW w:w="1582" w:type="dxa"/>
            <w:vAlign w:val="center"/>
          </w:tcPr>
          <w:p w:rsidR="00D32799" w:rsidRDefault="00D32799" w:rsidP="00D32799">
            <w:r>
              <w:rPr>
                <w:sz w:val="15"/>
              </w:rPr>
              <w:t xml:space="preserve">            Kasim</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KD.1</w:t>
            </w:r>
          </w:p>
        </w:tc>
        <w:tc>
          <w:tcPr>
            <w:tcW w:w="1663" w:type="dxa"/>
            <w:vAlign w:val="center"/>
          </w:tcPr>
          <w:p w:rsidR="00D32799" w:rsidRDefault="00D32799" w:rsidP="00D32799">
            <w:pPr>
              <w:jc w:val="center"/>
            </w:pPr>
            <w:r>
              <w:rPr>
                <w:sz w:val="15"/>
              </w:rPr>
              <w:t>Öğretmenler Günü Etkinlikleri</w:t>
            </w:r>
          </w:p>
        </w:tc>
        <w:tc>
          <w:tcPr>
            <w:tcW w:w="1635" w:type="dxa"/>
            <w:vAlign w:val="center"/>
          </w:tcPr>
          <w:p w:rsidR="00D32799" w:rsidRDefault="00D32799" w:rsidP="00D32799">
            <w:pPr>
              <w:jc w:val="center"/>
            </w:pPr>
            <w:r>
              <w:rPr>
                <w:sz w:val="15"/>
              </w:rPr>
              <w:t>Sosyal Etkinlikler Kurulu /E-twining Kulübü</w:t>
            </w:r>
          </w:p>
        </w:tc>
        <w:tc>
          <w:tcPr>
            <w:tcW w:w="1615" w:type="dxa"/>
            <w:vAlign w:val="center"/>
          </w:tcPr>
          <w:p w:rsidR="00D32799" w:rsidRDefault="00D32799" w:rsidP="00D32799">
            <w:pPr>
              <w:jc w:val="center"/>
            </w:pPr>
            <w:r>
              <w:rPr>
                <w:sz w:val="15"/>
              </w:rPr>
              <w:t xml:space="preserve">Katılım </w:t>
            </w:r>
          </w:p>
        </w:tc>
      </w:tr>
      <w:tr w:rsidR="00D32799" w:rsidTr="00B66450">
        <w:trPr>
          <w:jc w:val="center"/>
        </w:trPr>
        <w:tc>
          <w:tcPr>
            <w:tcW w:w="1582" w:type="dxa"/>
            <w:vAlign w:val="center"/>
          </w:tcPr>
          <w:p w:rsidR="00D32799" w:rsidRDefault="00BC7FF3" w:rsidP="00D32799">
            <w:pPr>
              <w:jc w:val="center"/>
              <w:rPr>
                <w:sz w:val="15"/>
              </w:rPr>
            </w:pPr>
            <w:r>
              <w:rPr>
                <w:sz w:val="15"/>
              </w:rPr>
              <w:t>Aralık</w:t>
            </w:r>
          </w:p>
        </w:tc>
        <w:tc>
          <w:tcPr>
            <w:tcW w:w="1957" w:type="dxa"/>
            <w:vAlign w:val="center"/>
          </w:tcPr>
          <w:p w:rsidR="00D32799" w:rsidRDefault="00D32799" w:rsidP="00D32799">
            <w:pPr>
              <w:jc w:val="center"/>
              <w:rPr>
                <w:sz w:val="15"/>
              </w:rPr>
            </w:pPr>
            <w:r w:rsidRPr="000652CA">
              <w:rPr>
                <w:sz w:val="16"/>
                <w:szCs w:val="16"/>
              </w:rPr>
              <w:t>Doğa-Çevre-Toplum</w:t>
            </w:r>
          </w:p>
        </w:tc>
        <w:tc>
          <w:tcPr>
            <w:tcW w:w="1284" w:type="dxa"/>
            <w:vAlign w:val="center"/>
          </w:tcPr>
          <w:p w:rsidR="00D32799" w:rsidRDefault="00D32799" w:rsidP="00D32799">
            <w:pPr>
              <w:jc w:val="center"/>
              <w:rPr>
                <w:sz w:val="15"/>
              </w:rPr>
            </w:pPr>
            <w:r>
              <w:rPr>
                <w:sz w:val="15"/>
              </w:rPr>
              <w:t>DÇT.6</w:t>
            </w:r>
          </w:p>
        </w:tc>
        <w:tc>
          <w:tcPr>
            <w:tcW w:w="1663" w:type="dxa"/>
            <w:vAlign w:val="center"/>
          </w:tcPr>
          <w:p w:rsidR="00D32799" w:rsidRDefault="00D32799" w:rsidP="00D32799">
            <w:pPr>
              <w:jc w:val="center"/>
              <w:rPr>
                <w:sz w:val="15"/>
              </w:rPr>
            </w:pPr>
            <w:r>
              <w:rPr>
                <w:sz w:val="15"/>
              </w:rPr>
              <w:t>Dünya Engelliler Günü</w:t>
            </w:r>
          </w:p>
        </w:tc>
        <w:tc>
          <w:tcPr>
            <w:tcW w:w="1635" w:type="dxa"/>
            <w:vAlign w:val="center"/>
          </w:tcPr>
          <w:p w:rsidR="00D32799" w:rsidRDefault="00D32799" w:rsidP="00D32799">
            <w:pPr>
              <w:jc w:val="center"/>
              <w:rPr>
                <w:sz w:val="15"/>
              </w:rPr>
            </w:pPr>
          </w:p>
          <w:p w:rsidR="00D32799" w:rsidRDefault="00D32799" w:rsidP="00D32799">
            <w:pPr>
              <w:jc w:val="center"/>
              <w:rPr>
                <w:sz w:val="15"/>
              </w:rPr>
            </w:pPr>
          </w:p>
          <w:p w:rsidR="00D32799" w:rsidRDefault="00D32799" w:rsidP="00D32799">
            <w:pPr>
              <w:jc w:val="center"/>
              <w:rPr>
                <w:sz w:val="15"/>
              </w:rPr>
            </w:pPr>
            <w:r>
              <w:rPr>
                <w:sz w:val="15"/>
              </w:rPr>
              <w:t xml:space="preserve">Sosyal Etkinlikler Kurulu /Beyazay Kulübü </w:t>
            </w:r>
          </w:p>
        </w:tc>
        <w:tc>
          <w:tcPr>
            <w:tcW w:w="1615" w:type="dxa"/>
            <w:vAlign w:val="center"/>
          </w:tcPr>
          <w:p w:rsidR="00D32799" w:rsidRDefault="00D32799" w:rsidP="00D32799">
            <w:pPr>
              <w:jc w:val="center"/>
              <w:rPr>
                <w:sz w:val="15"/>
              </w:rPr>
            </w:pPr>
            <w:r>
              <w:rPr>
                <w:sz w:val="15"/>
              </w:rPr>
              <w:t>Katılım / ürün</w:t>
            </w:r>
          </w:p>
        </w:tc>
      </w:tr>
      <w:tr w:rsidR="00D32799" w:rsidTr="00B66450">
        <w:trPr>
          <w:jc w:val="center"/>
        </w:trPr>
        <w:tc>
          <w:tcPr>
            <w:tcW w:w="1582" w:type="dxa"/>
            <w:vAlign w:val="center"/>
          </w:tcPr>
          <w:p w:rsidR="00D32799" w:rsidRDefault="00D32799" w:rsidP="00D32799">
            <w:pPr>
              <w:jc w:val="center"/>
            </w:pPr>
            <w:r>
              <w:rPr>
                <w:sz w:val="15"/>
              </w:rPr>
              <w:t>Aralık</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KD.1</w:t>
            </w:r>
          </w:p>
        </w:tc>
        <w:tc>
          <w:tcPr>
            <w:tcW w:w="1663" w:type="dxa"/>
            <w:vAlign w:val="center"/>
          </w:tcPr>
          <w:p w:rsidR="00D32799" w:rsidRDefault="00D32799" w:rsidP="00D32799">
            <w:pPr>
              <w:jc w:val="center"/>
            </w:pPr>
            <w:r>
              <w:rPr>
                <w:sz w:val="15"/>
              </w:rPr>
              <w:t>İnsan Hakları ve Demkrasi Haftsı Etkinlikleri.</w:t>
            </w:r>
          </w:p>
        </w:tc>
        <w:tc>
          <w:tcPr>
            <w:tcW w:w="1635" w:type="dxa"/>
            <w:vAlign w:val="center"/>
          </w:tcPr>
          <w:p w:rsidR="00867C25" w:rsidRPr="00867C25" w:rsidRDefault="00D32799" w:rsidP="00867C25">
            <w:pPr>
              <w:jc w:val="center"/>
              <w:rPr>
                <w:sz w:val="15"/>
              </w:rPr>
            </w:pPr>
            <w:r>
              <w:rPr>
                <w:sz w:val="15"/>
              </w:rPr>
              <w:t xml:space="preserve">Sosyal Etkinlikler Kurulu /Yaşam Becerileri </w:t>
            </w:r>
            <w:r w:rsidR="00867C25">
              <w:rPr>
                <w:sz w:val="15"/>
              </w:rPr>
              <w:t>kulübü/ Tarih ve Kültürel Miras Kulübü</w:t>
            </w:r>
          </w:p>
        </w:tc>
        <w:tc>
          <w:tcPr>
            <w:tcW w:w="1615" w:type="dxa"/>
            <w:vAlign w:val="center"/>
          </w:tcPr>
          <w:p w:rsidR="00D32799" w:rsidRDefault="00D32799" w:rsidP="00D32799">
            <w:pPr>
              <w:jc w:val="center"/>
            </w:pPr>
            <w:r>
              <w:rPr>
                <w:sz w:val="15"/>
              </w:rPr>
              <w:t>Katılım / ürün</w:t>
            </w:r>
          </w:p>
        </w:tc>
      </w:tr>
      <w:tr w:rsidR="00D32799" w:rsidTr="00B66450">
        <w:trPr>
          <w:jc w:val="center"/>
        </w:trPr>
        <w:tc>
          <w:tcPr>
            <w:tcW w:w="1582" w:type="dxa"/>
            <w:vAlign w:val="center"/>
          </w:tcPr>
          <w:p w:rsidR="00D32799" w:rsidRDefault="00D32799" w:rsidP="00D32799">
            <w:pPr>
              <w:jc w:val="center"/>
            </w:pPr>
            <w:r>
              <w:rPr>
                <w:sz w:val="15"/>
              </w:rPr>
              <w:t>Aralık</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KD.2</w:t>
            </w:r>
          </w:p>
        </w:tc>
        <w:tc>
          <w:tcPr>
            <w:tcW w:w="1663" w:type="dxa"/>
            <w:vAlign w:val="center"/>
          </w:tcPr>
          <w:p w:rsidR="00D32799" w:rsidRDefault="00D32799" w:rsidP="00D32799">
            <w:pPr>
              <w:jc w:val="center"/>
            </w:pPr>
            <w:r>
              <w:rPr>
                <w:sz w:val="15"/>
              </w:rPr>
              <w:t>Tutum Yatırım ve Türk Malları Haftası Etkinlikleri</w:t>
            </w:r>
          </w:p>
        </w:tc>
        <w:tc>
          <w:tcPr>
            <w:tcW w:w="1635" w:type="dxa"/>
            <w:vAlign w:val="center"/>
          </w:tcPr>
          <w:p w:rsidR="00867C25" w:rsidRDefault="00D32799" w:rsidP="00867C25">
            <w:pPr>
              <w:jc w:val="center"/>
              <w:rPr>
                <w:sz w:val="15"/>
                <w:szCs w:val="15"/>
              </w:rPr>
            </w:pPr>
            <w:r>
              <w:rPr>
                <w:sz w:val="15"/>
              </w:rPr>
              <w:t>Sosyal Etkinlikler Kurulu /</w:t>
            </w:r>
            <w:r w:rsidR="00867C25">
              <w:rPr>
                <w:sz w:val="15"/>
              </w:rPr>
              <w:t xml:space="preserve">/Yaşam Becerileri kulübü/ </w:t>
            </w:r>
            <w:r w:rsidR="00867C25">
              <w:rPr>
                <w:sz w:val="15"/>
                <w:szCs w:val="15"/>
              </w:rPr>
              <w:t xml:space="preserve">Tabiat ve </w:t>
            </w:r>
          </w:p>
          <w:p w:rsidR="00D32799" w:rsidRDefault="00867C25" w:rsidP="00867C25">
            <w:pPr>
              <w:jc w:val="center"/>
            </w:pPr>
            <w:r>
              <w:rPr>
                <w:sz w:val="15"/>
                <w:szCs w:val="15"/>
              </w:rPr>
              <w:t>Yaşanabilir çevre külübü</w:t>
            </w:r>
          </w:p>
        </w:tc>
        <w:tc>
          <w:tcPr>
            <w:tcW w:w="1615" w:type="dxa"/>
            <w:vAlign w:val="center"/>
          </w:tcPr>
          <w:p w:rsidR="00D32799" w:rsidRDefault="00D32799" w:rsidP="00D32799">
            <w:pPr>
              <w:jc w:val="center"/>
            </w:pPr>
            <w:r>
              <w:rPr>
                <w:sz w:val="15"/>
              </w:rPr>
              <w:t>Katılım / sunum</w:t>
            </w:r>
          </w:p>
        </w:tc>
      </w:tr>
      <w:tr w:rsidR="00D32799" w:rsidTr="00B66450">
        <w:trPr>
          <w:jc w:val="center"/>
        </w:trPr>
        <w:tc>
          <w:tcPr>
            <w:tcW w:w="1582" w:type="dxa"/>
            <w:vAlign w:val="center"/>
          </w:tcPr>
          <w:p w:rsidR="00D32799" w:rsidRDefault="00D32799" w:rsidP="00D32799">
            <w:pPr>
              <w:jc w:val="center"/>
            </w:pPr>
            <w:r>
              <w:rPr>
                <w:sz w:val="15"/>
              </w:rPr>
              <w:t>Ocak</w:t>
            </w:r>
          </w:p>
        </w:tc>
        <w:tc>
          <w:tcPr>
            <w:tcW w:w="1957" w:type="dxa"/>
            <w:vAlign w:val="center"/>
          </w:tcPr>
          <w:p w:rsidR="00D32799" w:rsidRDefault="00D32799" w:rsidP="00D32799">
            <w:pPr>
              <w:jc w:val="center"/>
            </w:pPr>
            <w:r w:rsidRPr="000652CA">
              <w:rPr>
                <w:sz w:val="15"/>
              </w:rPr>
              <w:t>Doğa-Çevre-Toplum</w:t>
            </w:r>
          </w:p>
        </w:tc>
        <w:tc>
          <w:tcPr>
            <w:tcW w:w="1284" w:type="dxa"/>
            <w:vAlign w:val="center"/>
          </w:tcPr>
          <w:p w:rsidR="00D32799" w:rsidRDefault="00D32799" w:rsidP="00D32799">
            <w:r>
              <w:rPr>
                <w:sz w:val="15"/>
              </w:rPr>
              <w:t xml:space="preserve">       DÇT.3</w:t>
            </w:r>
          </w:p>
        </w:tc>
        <w:tc>
          <w:tcPr>
            <w:tcW w:w="1663" w:type="dxa"/>
            <w:vAlign w:val="center"/>
          </w:tcPr>
          <w:p w:rsidR="00D32799" w:rsidRDefault="00D32799" w:rsidP="00D32799">
            <w:pPr>
              <w:jc w:val="center"/>
            </w:pPr>
            <w:r>
              <w:rPr>
                <w:sz w:val="15"/>
              </w:rPr>
              <w:t>Enerji Tasarrufu Haftası Etkinlikleri.</w:t>
            </w:r>
          </w:p>
        </w:tc>
        <w:tc>
          <w:tcPr>
            <w:tcW w:w="1635" w:type="dxa"/>
            <w:vAlign w:val="center"/>
          </w:tcPr>
          <w:p w:rsidR="00D32799" w:rsidRDefault="00D32799" w:rsidP="00D32799">
            <w:pPr>
              <w:jc w:val="center"/>
              <w:rPr>
                <w:sz w:val="15"/>
              </w:rPr>
            </w:pPr>
            <w:r>
              <w:rPr>
                <w:sz w:val="15"/>
              </w:rPr>
              <w:t>Sosyal Etkinlikler Kurulu /Enerji</w:t>
            </w:r>
            <w:r w:rsidR="00867C25">
              <w:rPr>
                <w:sz w:val="15"/>
              </w:rPr>
              <w:t xml:space="preserve"> verimliliği</w:t>
            </w:r>
            <w:r>
              <w:rPr>
                <w:sz w:val="15"/>
              </w:rPr>
              <w:t xml:space="preserve"> Kulübü</w:t>
            </w:r>
            <w:r w:rsidR="00867C25">
              <w:rPr>
                <w:sz w:val="15"/>
              </w:rPr>
              <w:t xml:space="preserve">/ E-twining Kulübü </w:t>
            </w:r>
          </w:p>
          <w:p w:rsidR="00867C25" w:rsidRDefault="00867C25" w:rsidP="00D32799">
            <w:pPr>
              <w:jc w:val="center"/>
            </w:pPr>
          </w:p>
        </w:tc>
        <w:tc>
          <w:tcPr>
            <w:tcW w:w="1615" w:type="dxa"/>
            <w:vAlign w:val="center"/>
          </w:tcPr>
          <w:p w:rsidR="00D32799" w:rsidRDefault="00D32799" w:rsidP="00D32799">
            <w:pPr>
              <w:jc w:val="center"/>
            </w:pPr>
            <w:r>
              <w:rPr>
                <w:sz w:val="15"/>
              </w:rPr>
              <w:t>Katılım</w:t>
            </w:r>
          </w:p>
        </w:tc>
      </w:tr>
      <w:tr w:rsidR="00D32799" w:rsidTr="00B66450">
        <w:trPr>
          <w:jc w:val="center"/>
        </w:trPr>
        <w:tc>
          <w:tcPr>
            <w:tcW w:w="1582" w:type="dxa"/>
            <w:vAlign w:val="center"/>
          </w:tcPr>
          <w:p w:rsidR="00D32799" w:rsidRDefault="00D32799" w:rsidP="00D32799">
            <w:pPr>
              <w:jc w:val="center"/>
            </w:pPr>
            <w:r>
              <w:rPr>
                <w:sz w:val="15"/>
              </w:rPr>
              <w:t>Mart</w:t>
            </w:r>
          </w:p>
        </w:tc>
        <w:tc>
          <w:tcPr>
            <w:tcW w:w="1957" w:type="dxa"/>
            <w:vAlign w:val="center"/>
          </w:tcPr>
          <w:p w:rsidR="00D32799" w:rsidRDefault="00D32799" w:rsidP="00D32799">
            <w:pPr>
              <w:jc w:val="center"/>
            </w:pPr>
            <w:r w:rsidRPr="000652CA">
              <w:rPr>
                <w:sz w:val="15"/>
              </w:rPr>
              <w:t>Doğa-Çevre-Toplum</w:t>
            </w:r>
          </w:p>
        </w:tc>
        <w:tc>
          <w:tcPr>
            <w:tcW w:w="1284" w:type="dxa"/>
            <w:vAlign w:val="center"/>
          </w:tcPr>
          <w:p w:rsidR="00D32799" w:rsidRDefault="00D32799" w:rsidP="00D32799">
            <w:pPr>
              <w:jc w:val="center"/>
            </w:pPr>
            <w:r>
              <w:rPr>
                <w:sz w:val="15"/>
              </w:rPr>
              <w:t>DÇT.6</w:t>
            </w:r>
          </w:p>
        </w:tc>
        <w:tc>
          <w:tcPr>
            <w:tcW w:w="1663" w:type="dxa"/>
            <w:vAlign w:val="center"/>
          </w:tcPr>
          <w:p w:rsidR="00D32799" w:rsidRDefault="00D32799" w:rsidP="00D32799">
            <w:pPr>
              <w:jc w:val="center"/>
            </w:pPr>
            <w:r>
              <w:rPr>
                <w:sz w:val="15"/>
              </w:rPr>
              <w:t>Yeşilay Haftası Etkinlikleri</w:t>
            </w:r>
          </w:p>
        </w:tc>
        <w:tc>
          <w:tcPr>
            <w:tcW w:w="1635" w:type="dxa"/>
            <w:vAlign w:val="center"/>
          </w:tcPr>
          <w:p w:rsidR="00D32799" w:rsidRDefault="00D32799" w:rsidP="00D32799">
            <w:pPr>
              <w:jc w:val="center"/>
            </w:pPr>
            <w:r>
              <w:rPr>
                <w:sz w:val="15"/>
              </w:rPr>
              <w:t>Sosyal Etkinlikler Kurulu /Yeşilay Kulübü</w:t>
            </w:r>
            <w:r w:rsidR="00867C25">
              <w:rPr>
                <w:sz w:val="15"/>
              </w:rPr>
              <w:t>/ Sağlık Yaşam Ve Fizksel Aktivite Kulübü</w:t>
            </w:r>
          </w:p>
        </w:tc>
        <w:tc>
          <w:tcPr>
            <w:tcW w:w="1615" w:type="dxa"/>
            <w:vAlign w:val="center"/>
          </w:tcPr>
          <w:p w:rsidR="00D32799" w:rsidRDefault="00D32799" w:rsidP="00D32799">
            <w:pPr>
              <w:jc w:val="center"/>
            </w:pPr>
            <w:r>
              <w:rPr>
                <w:sz w:val="15"/>
              </w:rPr>
              <w:t>Katılım / ürün</w:t>
            </w:r>
          </w:p>
        </w:tc>
      </w:tr>
      <w:tr w:rsidR="00D32799" w:rsidTr="00B66450">
        <w:trPr>
          <w:jc w:val="center"/>
        </w:trPr>
        <w:tc>
          <w:tcPr>
            <w:tcW w:w="1582" w:type="dxa"/>
            <w:vAlign w:val="center"/>
          </w:tcPr>
          <w:p w:rsidR="00D32799" w:rsidRPr="009957C8" w:rsidRDefault="00D32799" w:rsidP="00D32799">
            <w:pPr>
              <w:jc w:val="center"/>
              <w:rPr>
                <w:sz w:val="16"/>
                <w:szCs w:val="16"/>
              </w:rPr>
            </w:pPr>
            <w:r w:rsidRPr="009957C8">
              <w:rPr>
                <w:sz w:val="16"/>
                <w:szCs w:val="16"/>
              </w:rPr>
              <w:t>Mart</w:t>
            </w:r>
          </w:p>
        </w:tc>
        <w:tc>
          <w:tcPr>
            <w:tcW w:w="1957" w:type="dxa"/>
            <w:vAlign w:val="center"/>
          </w:tcPr>
          <w:p w:rsidR="00D32799" w:rsidRPr="009957C8" w:rsidRDefault="00D32799" w:rsidP="00D32799">
            <w:pPr>
              <w:jc w:val="center"/>
              <w:rPr>
                <w:sz w:val="16"/>
                <w:szCs w:val="16"/>
              </w:rPr>
            </w:pPr>
            <w:r w:rsidRPr="009957C8">
              <w:rPr>
                <w:sz w:val="16"/>
                <w:szCs w:val="16"/>
              </w:rPr>
              <w:t>Bilim</w:t>
            </w:r>
          </w:p>
        </w:tc>
        <w:tc>
          <w:tcPr>
            <w:tcW w:w="1284" w:type="dxa"/>
            <w:vAlign w:val="center"/>
          </w:tcPr>
          <w:p w:rsidR="00D32799" w:rsidRDefault="00D32799" w:rsidP="00D32799">
            <w:pPr>
              <w:jc w:val="center"/>
            </w:pPr>
          </w:p>
          <w:p w:rsidR="00D32799" w:rsidRDefault="00D32799" w:rsidP="00D32799">
            <w:pPr>
              <w:jc w:val="center"/>
            </w:pPr>
          </w:p>
          <w:p w:rsidR="00D32799" w:rsidRPr="009957C8" w:rsidRDefault="00D32799" w:rsidP="00D32799">
            <w:pPr>
              <w:jc w:val="center"/>
              <w:rPr>
                <w:sz w:val="16"/>
                <w:szCs w:val="16"/>
              </w:rPr>
            </w:pPr>
            <w:r w:rsidRPr="009957C8">
              <w:rPr>
                <w:sz w:val="16"/>
                <w:szCs w:val="16"/>
              </w:rPr>
              <w:t>B.2</w:t>
            </w:r>
          </w:p>
          <w:p w:rsidR="00D32799" w:rsidRDefault="00D32799" w:rsidP="00D32799">
            <w:pPr>
              <w:jc w:val="center"/>
            </w:pPr>
          </w:p>
        </w:tc>
        <w:tc>
          <w:tcPr>
            <w:tcW w:w="1663" w:type="dxa"/>
            <w:vAlign w:val="center"/>
          </w:tcPr>
          <w:p w:rsidR="00D32799" w:rsidRDefault="00D32799" w:rsidP="00D32799">
            <w:pPr>
              <w:jc w:val="center"/>
            </w:pPr>
            <w:r>
              <w:rPr>
                <w:sz w:val="15"/>
              </w:rPr>
              <w:t>Bilim ve Teknoloji  Haftası Etkinlikleri</w:t>
            </w:r>
          </w:p>
        </w:tc>
        <w:tc>
          <w:tcPr>
            <w:tcW w:w="1635" w:type="dxa"/>
            <w:vAlign w:val="center"/>
          </w:tcPr>
          <w:p w:rsidR="00D32799" w:rsidRPr="00DD3BA0" w:rsidRDefault="00D32799" w:rsidP="00D32799">
            <w:pPr>
              <w:jc w:val="center"/>
              <w:rPr>
                <w:b/>
              </w:rPr>
            </w:pPr>
            <w:r>
              <w:rPr>
                <w:sz w:val="15"/>
              </w:rPr>
              <w:t>Sosyal Etkinlikler Kurulu /Yapay Zeka  Kulübü</w:t>
            </w:r>
            <w:r w:rsidR="00867C25">
              <w:rPr>
                <w:sz w:val="15"/>
              </w:rPr>
              <w:t>/ Akıl ve Zeka Oyunları Kulübü</w:t>
            </w:r>
          </w:p>
        </w:tc>
        <w:tc>
          <w:tcPr>
            <w:tcW w:w="1615" w:type="dxa"/>
            <w:vAlign w:val="center"/>
          </w:tcPr>
          <w:p w:rsidR="00D32799" w:rsidRDefault="00D32799" w:rsidP="00D32799">
            <w:pPr>
              <w:jc w:val="center"/>
            </w:pPr>
            <w:r>
              <w:rPr>
                <w:sz w:val="15"/>
              </w:rPr>
              <w:t>Katılım / gözlem</w:t>
            </w:r>
          </w:p>
        </w:tc>
      </w:tr>
      <w:tr w:rsidR="00D32799" w:rsidTr="00B66450">
        <w:trPr>
          <w:jc w:val="center"/>
        </w:trPr>
        <w:tc>
          <w:tcPr>
            <w:tcW w:w="1582" w:type="dxa"/>
            <w:vAlign w:val="center"/>
          </w:tcPr>
          <w:p w:rsidR="00D32799" w:rsidRDefault="00D32799" w:rsidP="00D32799">
            <w:pPr>
              <w:jc w:val="center"/>
              <w:rPr>
                <w:sz w:val="15"/>
              </w:rPr>
            </w:pPr>
            <w:r>
              <w:rPr>
                <w:sz w:val="15"/>
              </w:rPr>
              <w:t>Mart</w:t>
            </w:r>
          </w:p>
        </w:tc>
        <w:tc>
          <w:tcPr>
            <w:tcW w:w="1957" w:type="dxa"/>
            <w:vAlign w:val="center"/>
          </w:tcPr>
          <w:p w:rsidR="00D32799" w:rsidRDefault="00D32799" w:rsidP="00153624">
            <w:pPr>
              <w:rPr>
                <w:sz w:val="15"/>
              </w:rPr>
            </w:pPr>
          </w:p>
          <w:p w:rsidR="00D32799" w:rsidRDefault="006C510D" w:rsidP="006C510D">
            <w:pPr>
              <w:jc w:val="center"/>
              <w:rPr>
                <w:sz w:val="15"/>
              </w:rPr>
            </w:pPr>
            <w:r>
              <w:rPr>
                <w:sz w:val="15"/>
              </w:rPr>
              <w:t>Kültürel Dünyamız</w:t>
            </w:r>
          </w:p>
        </w:tc>
        <w:tc>
          <w:tcPr>
            <w:tcW w:w="1284" w:type="dxa"/>
            <w:vAlign w:val="center"/>
          </w:tcPr>
          <w:p w:rsidR="00D32799" w:rsidRPr="00753122" w:rsidRDefault="00753122" w:rsidP="00D32799">
            <w:pPr>
              <w:jc w:val="center"/>
              <w:rPr>
                <w:color w:val="FF0000"/>
                <w:sz w:val="15"/>
              </w:rPr>
            </w:pPr>
            <w:r w:rsidRPr="00901346">
              <w:rPr>
                <w:color w:val="000000" w:themeColor="text1"/>
                <w:sz w:val="15"/>
              </w:rPr>
              <w:t>KD.1</w:t>
            </w:r>
          </w:p>
        </w:tc>
        <w:tc>
          <w:tcPr>
            <w:tcW w:w="1663" w:type="dxa"/>
            <w:vAlign w:val="center"/>
          </w:tcPr>
          <w:p w:rsidR="00D32799" w:rsidRDefault="006C510D" w:rsidP="006C510D">
            <w:pPr>
              <w:jc w:val="center"/>
              <w:rPr>
                <w:sz w:val="15"/>
              </w:rPr>
            </w:pPr>
            <w:r>
              <w:rPr>
                <w:sz w:val="15"/>
              </w:rPr>
              <w:t>İstiklal Marşı’nın kabulu ve Mehmet Akif Ersoy’ u Anma Günü</w:t>
            </w:r>
          </w:p>
        </w:tc>
        <w:tc>
          <w:tcPr>
            <w:tcW w:w="1635" w:type="dxa"/>
            <w:vAlign w:val="center"/>
          </w:tcPr>
          <w:p w:rsidR="00D32799" w:rsidRDefault="00D32799" w:rsidP="006C510D">
            <w:pPr>
              <w:jc w:val="center"/>
              <w:rPr>
                <w:sz w:val="15"/>
              </w:rPr>
            </w:pPr>
            <w:r>
              <w:rPr>
                <w:sz w:val="15"/>
              </w:rPr>
              <w:t xml:space="preserve">Sosyal Etkinlikler Kurulu </w:t>
            </w:r>
            <w:r w:rsidR="006C510D">
              <w:rPr>
                <w:sz w:val="15"/>
              </w:rPr>
              <w:t>/ Yapay Zeka Kulübü/ Tarih ve Kültürel Miras Kulübü</w:t>
            </w:r>
          </w:p>
        </w:tc>
        <w:tc>
          <w:tcPr>
            <w:tcW w:w="1615" w:type="dxa"/>
            <w:vAlign w:val="center"/>
          </w:tcPr>
          <w:p w:rsidR="00D32799" w:rsidRDefault="00D32799" w:rsidP="00D32799">
            <w:pPr>
              <w:jc w:val="center"/>
              <w:rPr>
                <w:sz w:val="15"/>
              </w:rPr>
            </w:pPr>
            <w:r>
              <w:rPr>
                <w:sz w:val="15"/>
              </w:rPr>
              <w:t>Katılım / gözlem</w:t>
            </w:r>
          </w:p>
        </w:tc>
      </w:tr>
      <w:tr w:rsidR="00753122" w:rsidTr="00753122">
        <w:trPr>
          <w:trHeight w:val="663"/>
          <w:jc w:val="center"/>
        </w:trPr>
        <w:tc>
          <w:tcPr>
            <w:tcW w:w="1582" w:type="dxa"/>
            <w:vAlign w:val="center"/>
          </w:tcPr>
          <w:p w:rsidR="00753122" w:rsidRDefault="00753122" w:rsidP="00D32799">
            <w:pPr>
              <w:jc w:val="center"/>
              <w:rPr>
                <w:sz w:val="15"/>
              </w:rPr>
            </w:pPr>
            <w:r>
              <w:rPr>
                <w:sz w:val="15"/>
              </w:rPr>
              <w:t>Mart</w:t>
            </w:r>
          </w:p>
        </w:tc>
        <w:tc>
          <w:tcPr>
            <w:tcW w:w="1957" w:type="dxa"/>
            <w:vAlign w:val="center"/>
          </w:tcPr>
          <w:p w:rsidR="00753122" w:rsidRDefault="00753122" w:rsidP="00D32799">
            <w:pPr>
              <w:jc w:val="center"/>
              <w:rPr>
                <w:sz w:val="15"/>
              </w:rPr>
            </w:pPr>
            <w:r>
              <w:rPr>
                <w:sz w:val="15"/>
              </w:rPr>
              <w:t>Doğa-Çevre-Toplum</w:t>
            </w:r>
          </w:p>
        </w:tc>
        <w:tc>
          <w:tcPr>
            <w:tcW w:w="1284" w:type="dxa"/>
            <w:vAlign w:val="center"/>
          </w:tcPr>
          <w:p w:rsidR="00753122" w:rsidRPr="00753122" w:rsidRDefault="00753122" w:rsidP="00D32799">
            <w:pPr>
              <w:jc w:val="center"/>
              <w:rPr>
                <w:color w:val="FF0000"/>
                <w:sz w:val="15"/>
              </w:rPr>
            </w:pPr>
            <w:r w:rsidRPr="00BE232D">
              <w:rPr>
                <w:color w:val="000000" w:themeColor="text1"/>
                <w:sz w:val="15"/>
              </w:rPr>
              <w:t>DCT.1</w:t>
            </w:r>
          </w:p>
        </w:tc>
        <w:tc>
          <w:tcPr>
            <w:tcW w:w="1663" w:type="dxa"/>
            <w:vAlign w:val="center"/>
          </w:tcPr>
          <w:p w:rsidR="00753122" w:rsidRDefault="00753122" w:rsidP="00753122">
            <w:pPr>
              <w:rPr>
                <w:sz w:val="15"/>
              </w:rPr>
            </w:pPr>
            <w:r>
              <w:rPr>
                <w:sz w:val="15"/>
              </w:rPr>
              <w:t>Tüketici Koruma Haftası Etkinlikleri</w:t>
            </w:r>
          </w:p>
        </w:tc>
        <w:tc>
          <w:tcPr>
            <w:tcW w:w="1635" w:type="dxa"/>
            <w:vAlign w:val="center"/>
          </w:tcPr>
          <w:p w:rsidR="00753122" w:rsidRDefault="00753122" w:rsidP="00753122">
            <w:pPr>
              <w:jc w:val="center"/>
              <w:rPr>
                <w:sz w:val="15"/>
                <w:szCs w:val="15"/>
              </w:rPr>
            </w:pPr>
            <w:r>
              <w:rPr>
                <w:sz w:val="15"/>
              </w:rPr>
              <w:t xml:space="preserve">Sosyal Etkinlikler Kurulu/ </w:t>
            </w:r>
            <w:r>
              <w:rPr>
                <w:sz w:val="15"/>
                <w:szCs w:val="15"/>
              </w:rPr>
              <w:t xml:space="preserve">Tabiat ve </w:t>
            </w:r>
          </w:p>
          <w:p w:rsidR="00753122" w:rsidRDefault="00753122" w:rsidP="00753122">
            <w:pPr>
              <w:jc w:val="center"/>
              <w:rPr>
                <w:sz w:val="15"/>
              </w:rPr>
            </w:pPr>
            <w:r>
              <w:rPr>
                <w:sz w:val="15"/>
                <w:szCs w:val="15"/>
              </w:rPr>
              <w:t>Yaşanabilir çevre külübü/Müzik Kulübü</w:t>
            </w:r>
          </w:p>
        </w:tc>
        <w:tc>
          <w:tcPr>
            <w:tcW w:w="1615" w:type="dxa"/>
            <w:vAlign w:val="center"/>
          </w:tcPr>
          <w:p w:rsidR="00753122" w:rsidRDefault="002C4C35" w:rsidP="00D32799">
            <w:pPr>
              <w:jc w:val="center"/>
              <w:rPr>
                <w:sz w:val="15"/>
              </w:rPr>
            </w:pPr>
            <w:r>
              <w:rPr>
                <w:sz w:val="15"/>
              </w:rPr>
              <w:t>Katılım / ürün</w:t>
            </w:r>
          </w:p>
        </w:tc>
      </w:tr>
      <w:tr w:rsidR="00D32799" w:rsidTr="00B66450">
        <w:trPr>
          <w:jc w:val="center"/>
        </w:trPr>
        <w:tc>
          <w:tcPr>
            <w:tcW w:w="1582" w:type="dxa"/>
            <w:vAlign w:val="center"/>
          </w:tcPr>
          <w:p w:rsidR="00D32799" w:rsidRDefault="00D32799" w:rsidP="00D32799">
            <w:pPr>
              <w:jc w:val="center"/>
            </w:pPr>
            <w:r>
              <w:rPr>
                <w:sz w:val="15"/>
              </w:rPr>
              <w:t>Mart</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KD.3</w:t>
            </w:r>
          </w:p>
        </w:tc>
        <w:tc>
          <w:tcPr>
            <w:tcW w:w="1663" w:type="dxa"/>
            <w:vAlign w:val="center"/>
          </w:tcPr>
          <w:p w:rsidR="00D32799" w:rsidRDefault="00D32799" w:rsidP="00D32799">
            <w:pPr>
              <w:jc w:val="center"/>
            </w:pPr>
            <w:r>
              <w:rPr>
                <w:sz w:val="15"/>
              </w:rPr>
              <w:t xml:space="preserve">18 Mart Şehitleri Anma Günü ve Çanakkale Zaferi </w:t>
            </w:r>
            <w:r>
              <w:rPr>
                <w:sz w:val="15"/>
              </w:rPr>
              <w:lastRenderedPageBreak/>
              <w:t>resimleri, şiirleri ve okul  içi sunumlar.</w:t>
            </w:r>
          </w:p>
        </w:tc>
        <w:tc>
          <w:tcPr>
            <w:tcW w:w="1635" w:type="dxa"/>
            <w:vAlign w:val="center"/>
          </w:tcPr>
          <w:p w:rsidR="00D32799" w:rsidRDefault="00D32799" w:rsidP="00D32799">
            <w:pPr>
              <w:jc w:val="center"/>
              <w:rPr>
                <w:sz w:val="15"/>
              </w:rPr>
            </w:pPr>
            <w:r>
              <w:rPr>
                <w:sz w:val="15"/>
              </w:rPr>
              <w:lastRenderedPageBreak/>
              <w:t>Sosyal Etkinlikler Kurulu /</w:t>
            </w:r>
            <w:r w:rsidR="00753122">
              <w:rPr>
                <w:sz w:val="15"/>
              </w:rPr>
              <w:t xml:space="preserve">Yeşilay Kulübü/ Akıl ve Zeka Oyunları/ Müzik </w:t>
            </w:r>
            <w:r w:rsidR="00753122">
              <w:rPr>
                <w:sz w:val="15"/>
              </w:rPr>
              <w:lastRenderedPageBreak/>
              <w:t>Kulübü/ Kızılay Kulübü</w:t>
            </w:r>
          </w:p>
          <w:p w:rsidR="00D32799" w:rsidRPr="00DD3BA0" w:rsidRDefault="00D32799" w:rsidP="00D32799">
            <w:pPr>
              <w:jc w:val="center"/>
              <w:rPr>
                <w:b/>
              </w:rPr>
            </w:pPr>
            <w:r w:rsidRPr="00DD3BA0">
              <w:rPr>
                <w:b/>
                <w:sz w:val="15"/>
              </w:rPr>
              <w:t>OKUL İÇİ</w:t>
            </w:r>
          </w:p>
        </w:tc>
        <w:tc>
          <w:tcPr>
            <w:tcW w:w="1615" w:type="dxa"/>
            <w:vAlign w:val="center"/>
          </w:tcPr>
          <w:p w:rsidR="00D32799" w:rsidRDefault="00D32799" w:rsidP="00D32799">
            <w:pPr>
              <w:jc w:val="center"/>
            </w:pPr>
            <w:r>
              <w:rPr>
                <w:sz w:val="15"/>
              </w:rPr>
              <w:lastRenderedPageBreak/>
              <w:t>Katılım / ürün</w:t>
            </w:r>
          </w:p>
        </w:tc>
      </w:tr>
      <w:tr w:rsidR="00D32799" w:rsidTr="00B66450">
        <w:trPr>
          <w:jc w:val="center"/>
        </w:trPr>
        <w:tc>
          <w:tcPr>
            <w:tcW w:w="1582" w:type="dxa"/>
            <w:vAlign w:val="center"/>
          </w:tcPr>
          <w:p w:rsidR="00D32799" w:rsidRDefault="00D32799" w:rsidP="00D32799">
            <w:pPr>
              <w:jc w:val="center"/>
              <w:rPr>
                <w:sz w:val="15"/>
              </w:rPr>
            </w:pPr>
            <w:r>
              <w:rPr>
                <w:sz w:val="15"/>
              </w:rPr>
              <w:t>Mart</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rPr>
                <w:sz w:val="15"/>
              </w:rPr>
            </w:pPr>
          </w:p>
          <w:p w:rsidR="00D32799" w:rsidRDefault="00D32799" w:rsidP="00D32799">
            <w:pPr>
              <w:jc w:val="center"/>
              <w:rPr>
                <w:sz w:val="15"/>
              </w:rPr>
            </w:pPr>
          </w:p>
          <w:p w:rsidR="00D32799" w:rsidRDefault="00D32799" w:rsidP="00D32799">
            <w:pPr>
              <w:jc w:val="center"/>
              <w:rPr>
                <w:sz w:val="15"/>
              </w:rPr>
            </w:pPr>
          </w:p>
          <w:p w:rsidR="00D32799" w:rsidRDefault="00D32799" w:rsidP="00D32799">
            <w:pPr>
              <w:jc w:val="center"/>
              <w:rPr>
                <w:sz w:val="15"/>
              </w:rPr>
            </w:pPr>
            <w:r>
              <w:rPr>
                <w:sz w:val="15"/>
              </w:rPr>
              <w:t>KD.1</w:t>
            </w:r>
          </w:p>
          <w:p w:rsidR="00D32799" w:rsidRDefault="00D32799" w:rsidP="00D32799">
            <w:pPr>
              <w:jc w:val="center"/>
              <w:rPr>
                <w:sz w:val="15"/>
              </w:rPr>
            </w:pPr>
          </w:p>
          <w:p w:rsidR="00D32799" w:rsidRDefault="00D32799" w:rsidP="00D32799">
            <w:pPr>
              <w:jc w:val="center"/>
              <w:rPr>
                <w:sz w:val="15"/>
              </w:rPr>
            </w:pPr>
          </w:p>
        </w:tc>
        <w:tc>
          <w:tcPr>
            <w:tcW w:w="1663" w:type="dxa"/>
            <w:vAlign w:val="center"/>
          </w:tcPr>
          <w:p w:rsidR="00D32799" w:rsidRPr="00451F31" w:rsidRDefault="00D32799" w:rsidP="00D32799">
            <w:pPr>
              <w:jc w:val="center"/>
              <w:rPr>
                <w:sz w:val="15"/>
              </w:rPr>
            </w:pPr>
            <w:r>
              <w:rPr>
                <w:sz w:val="15"/>
              </w:rPr>
              <w:t>Türk Dünyası veToplulukları Haftası Etkinlikleri</w:t>
            </w:r>
          </w:p>
        </w:tc>
        <w:tc>
          <w:tcPr>
            <w:tcW w:w="1635" w:type="dxa"/>
            <w:vAlign w:val="center"/>
          </w:tcPr>
          <w:p w:rsidR="00D32799" w:rsidRDefault="00D32799" w:rsidP="00D32799">
            <w:pPr>
              <w:jc w:val="center"/>
              <w:rPr>
                <w:sz w:val="15"/>
              </w:rPr>
            </w:pPr>
            <w:r>
              <w:rPr>
                <w:sz w:val="15"/>
              </w:rPr>
              <w:t>Sosyal Etkinlikler Kurulu / Afet Farkındalı Kulübü Beyazay Kulübü</w:t>
            </w:r>
          </w:p>
        </w:tc>
        <w:tc>
          <w:tcPr>
            <w:tcW w:w="1615" w:type="dxa"/>
            <w:vAlign w:val="center"/>
          </w:tcPr>
          <w:p w:rsidR="00D32799" w:rsidRDefault="00D32799" w:rsidP="00D32799">
            <w:pPr>
              <w:jc w:val="center"/>
              <w:rPr>
                <w:sz w:val="15"/>
              </w:rPr>
            </w:pPr>
            <w:r>
              <w:rPr>
                <w:sz w:val="15"/>
              </w:rPr>
              <w:t>Katılım / ürün</w:t>
            </w:r>
          </w:p>
        </w:tc>
      </w:tr>
      <w:tr w:rsidR="00D32799" w:rsidTr="00B66450">
        <w:trPr>
          <w:jc w:val="center"/>
        </w:trPr>
        <w:tc>
          <w:tcPr>
            <w:tcW w:w="1582" w:type="dxa"/>
            <w:vAlign w:val="center"/>
          </w:tcPr>
          <w:p w:rsidR="00D32799" w:rsidRDefault="00D32799" w:rsidP="00D32799">
            <w:pPr>
              <w:jc w:val="center"/>
              <w:rPr>
                <w:sz w:val="15"/>
              </w:rPr>
            </w:pPr>
            <w:r>
              <w:rPr>
                <w:sz w:val="15"/>
              </w:rPr>
              <w:t>Nisan</w:t>
            </w:r>
          </w:p>
        </w:tc>
        <w:tc>
          <w:tcPr>
            <w:tcW w:w="1957" w:type="dxa"/>
            <w:vAlign w:val="center"/>
          </w:tcPr>
          <w:p w:rsidR="00D32799" w:rsidRDefault="00D32799" w:rsidP="00D32799">
            <w:pPr>
              <w:jc w:val="center"/>
              <w:rPr>
                <w:sz w:val="15"/>
              </w:rPr>
            </w:pPr>
          </w:p>
          <w:p w:rsidR="00D32799" w:rsidRDefault="00D32799" w:rsidP="00D32799">
            <w:pPr>
              <w:jc w:val="center"/>
              <w:rPr>
                <w:sz w:val="15"/>
              </w:rPr>
            </w:pPr>
          </w:p>
          <w:p w:rsidR="00D32799" w:rsidRDefault="00D32799" w:rsidP="00D32799">
            <w:pPr>
              <w:jc w:val="center"/>
              <w:rPr>
                <w:sz w:val="15"/>
              </w:rPr>
            </w:pPr>
          </w:p>
          <w:p w:rsidR="00D32799" w:rsidRDefault="00D32799" w:rsidP="00D32799">
            <w:pPr>
              <w:jc w:val="center"/>
              <w:rPr>
                <w:sz w:val="15"/>
              </w:rPr>
            </w:pPr>
            <w:r>
              <w:rPr>
                <w:sz w:val="15"/>
              </w:rPr>
              <w:t>Doğa-Çevre-Toplum</w:t>
            </w:r>
          </w:p>
          <w:p w:rsidR="00D32799" w:rsidRDefault="00D32799" w:rsidP="00D32799">
            <w:pPr>
              <w:jc w:val="center"/>
              <w:rPr>
                <w:sz w:val="15"/>
              </w:rPr>
            </w:pPr>
          </w:p>
        </w:tc>
        <w:tc>
          <w:tcPr>
            <w:tcW w:w="1284" w:type="dxa"/>
            <w:vAlign w:val="center"/>
          </w:tcPr>
          <w:p w:rsidR="00D32799" w:rsidRDefault="00D32799" w:rsidP="00D32799">
            <w:pPr>
              <w:jc w:val="center"/>
              <w:rPr>
                <w:sz w:val="15"/>
              </w:rPr>
            </w:pPr>
            <w:r>
              <w:rPr>
                <w:sz w:val="15"/>
              </w:rPr>
              <w:t>DÇT.2</w:t>
            </w:r>
          </w:p>
        </w:tc>
        <w:tc>
          <w:tcPr>
            <w:tcW w:w="1663" w:type="dxa"/>
            <w:vAlign w:val="center"/>
          </w:tcPr>
          <w:p w:rsidR="00D32799" w:rsidRPr="00451F31" w:rsidRDefault="00D32799" w:rsidP="00D32799">
            <w:pPr>
              <w:jc w:val="center"/>
              <w:rPr>
                <w:sz w:val="15"/>
              </w:rPr>
            </w:pPr>
            <w:r>
              <w:rPr>
                <w:sz w:val="15"/>
              </w:rPr>
              <w:t>Dünya Otizm Farkındalık Günü Etkinlikleri</w:t>
            </w:r>
          </w:p>
        </w:tc>
        <w:tc>
          <w:tcPr>
            <w:tcW w:w="1635" w:type="dxa"/>
            <w:vAlign w:val="center"/>
          </w:tcPr>
          <w:p w:rsidR="00D32799" w:rsidRDefault="00D32799" w:rsidP="00D32799">
            <w:pPr>
              <w:jc w:val="center"/>
              <w:rPr>
                <w:sz w:val="15"/>
              </w:rPr>
            </w:pPr>
            <w:r>
              <w:rPr>
                <w:sz w:val="15"/>
              </w:rPr>
              <w:t>Sosyal Etkinlikler Kurulu /  Beyazay Kulübü</w:t>
            </w:r>
          </w:p>
        </w:tc>
        <w:tc>
          <w:tcPr>
            <w:tcW w:w="1615" w:type="dxa"/>
            <w:vAlign w:val="center"/>
          </w:tcPr>
          <w:p w:rsidR="00D32799" w:rsidRDefault="00D32799" w:rsidP="00D32799">
            <w:pPr>
              <w:jc w:val="center"/>
              <w:rPr>
                <w:sz w:val="15"/>
              </w:rPr>
            </w:pPr>
            <w:r>
              <w:rPr>
                <w:sz w:val="15"/>
              </w:rPr>
              <w:t>Katılım / ürün</w:t>
            </w:r>
          </w:p>
        </w:tc>
      </w:tr>
      <w:tr w:rsidR="00D32799" w:rsidTr="00B66450">
        <w:trPr>
          <w:jc w:val="center"/>
        </w:trPr>
        <w:tc>
          <w:tcPr>
            <w:tcW w:w="1582" w:type="dxa"/>
            <w:vAlign w:val="center"/>
          </w:tcPr>
          <w:p w:rsidR="00D32799" w:rsidRDefault="00D32799" w:rsidP="00D32799">
            <w:pPr>
              <w:jc w:val="center"/>
              <w:rPr>
                <w:sz w:val="15"/>
              </w:rPr>
            </w:pPr>
          </w:p>
          <w:p w:rsidR="00D32799" w:rsidRDefault="00D32799" w:rsidP="00D32799">
            <w:pPr>
              <w:jc w:val="center"/>
              <w:rPr>
                <w:sz w:val="15"/>
              </w:rPr>
            </w:pPr>
            <w:r>
              <w:rPr>
                <w:sz w:val="15"/>
              </w:rPr>
              <w:t>Nisan</w:t>
            </w:r>
          </w:p>
          <w:p w:rsidR="00D32799" w:rsidRDefault="00D32799" w:rsidP="00D32799">
            <w:pPr>
              <w:jc w:val="center"/>
              <w:rPr>
                <w:sz w:val="15"/>
              </w:rPr>
            </w:pPr>
          </w:p>
          <w:p w:rsidR="00D32799" w:rsidRDefault="00D32799" w:rsidP="00D32799">
            <w:pPr>
              <w:jc w:val="center"/>
              <w:rPr>
                <w:sz w:val="15"/>
              </w:rPr>
            </w:pPr>
          </w:p>
          <w:p w:rsidR="00D32799" w:rsidRDefault="00D32799" w:rsidP="00D32799">
            <w:pPr>
              <w:jc w:val="center"/>
              <w:rPr>
                <w:sz w:val="15"/>
              </w:rPr>
            </w:pPr>
          </w:p>
        </w:tc>
        <w:tc>
          <w:tcPr>
            <w:tcW w:w="1957" w:type="dxa"/>
            <w:vAlign w:val="center"/>
          </w:tcPr>
          <w:p w:rsidR="00D32799" w:rsidRDefault="00D32799" w:rsidP="00D32799">
            <w:pPr>
              <w:jc w:val="center"/>
              <w:rPr>
                <w:sz w:val="15"/>
              </w:rPr>
            </w:pPr>
            <w:r>
              <w:rPr>
                <w:sz w:val="15"/>
              </w:rPr>
              <w:t>Doğa-Çevre-Toplum</w:t>
            </w:r>
          </w:p>
        </w:tc>
        <w:tc>
          <w:tcPr>
            <w:tcW w:w="1284" w:type="dxa"/>
            <w:vAlign w:val="center"/>
          </w:tcPr>
          <w:p w:rsidR="00D32799" w:rsidRDefault="00D32799" w:rsidP="00D32799">
            <w:pPr>
              <w:jc w:val="center"/>
              <w:rPr>
                <w:sz w:val="15"/>
              </w:rPr>
            </w:pPr>
            <w:r>
              <w:rPr>
                <w:sz w:val="15"/>
              </w:rPr>
              <w:t>DÇT.2</w:t>
            </w:r>
          </w:p>
        </w:tc>
        <w:tc>
          <w:tcPr>
            <w:tcW w:w="1663" w:type="dxa"/>
            <w:vAlign w:val="center"/>
          </w:tcPr>
          <w:p w:rsidR="00D32799" w:rsidRPr="00451F31" w:rsidRDefault="00D32799" w:rsidP="00D32799">
            <w:pPr>
              <w:jc w:val="center"/>
              <w:rPr>
                <w:sz w:val="15"/>
              </w:rPr>
            </w:pPr>
            <w:r>
              <w:rPr>
                <w:sz w:val="15"/>
              </w:rPr>
              <w:t>Dünya Sağlık Günü Etkinlikleri</w:t>
            </w:r>
          </w:p>
        </w:tc>
        <w:tc>
          <w:tcPr>
            <w:tcW w:w="1635" w:type="dxa"/>
            <w:vAlign w:val="center"/>
          </w:tcPr>
          <w:p w:rsidR="00D32799" w:rsidRDefault="00D32799" w:rsidP="00D32799">
            <w:pPr>
              <w:jc w:val="center"/>
              <w:rPr>
                <w:sz w:val="15"/>
              </w:rPr>
            </w:pPr>
            <w:r>
              <w:rPr>
                <w:sz w:val="15"/>
              </w:rPr>
              <w:t>Sosyal Etkinlikler Kurulu /  Beyazay Kulübü,Kızılay Kulübü</w:t>
            </w:r>
          </w:p>
        </w:tc>
        <w:tc>
          <w:tcPr>
            <w:tcW w:w="1615" w:type="dxa"/>
            <w:vAlign w:val="center"/>
          </w:tcPr>
          <w:p w:rsidR="00D32799" w:rsidRDefault="00D32799" w:rsidP="00D32799">
            <w:pPr>
              <w:jc w:val="center"/>
              <w:rPr>
                <w:sz w:val="15"/>
              </w:rPr>
            </w:pPr>
            <w:r>
              <w:rPr>
                <w:sz w:val="15"/>
              </w:rPr>
              <w:t>Katılım / ürün</w:t>
            </w:r>
          </w:p>
        </w:tc>
      </w:tr>
      <w:tr w:rsidR="00D32799" w:rsidTr="00B66450">
        <w:trPr>
          <w:jc w:val="center"/>
        </w:trPr>
        <w:tc>
          <w:tcPr>
            <w:tcW w:w="1582" w:type="dxa"/>
            <w:vAlign w:val="center"/>
          </w:tcPr>
          <w:p w:rsidR="00D32799" w:rsidRDefault="00D32799" w:rsidP="00D32799">
            <w:pPr>
              <w:jc w:val="center"/>
            </w:pPr>
            <w:r>
              <w:rPr>
                <w:sz w:val="15"/>
              </w:rPr>
              <w:t>Nisan</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KD.5</w:t>
            </w:r>
          </w:p>
        </w:tc>
        <w:tc>
          <w:tcPr>
            <w:tcW w:w="1663" w:type="dxa"/>
            <w:vAlign w:val="center"/>
          </w:tcPr>
          <w:p w:rsidR="00D32799" w:rsidRPr="00451F31" w:rsidRDefault="00D32799" w:rsidP="00D32799">
            <w:pPr>
              <w:jc w:val="center"/>
              <w:rPr>
                <w:sz w:val="15"/>
              </w:rPr>
            </w:pPr>
            <w:r w:rsidRPr="00451F31">
              <w:rPr>
                <w:sz w:val="15"/>
              </w:rPr>
              <w:t>23 Nisan Ulusal Egemenlik ve Ço</w:t>
            </w:r>
          </w:p>
          <w:p w:rsidR="00D32799" w:rsidRPr="00451F31" w:rsidRDefault="00D32799" w:rsidP="00D32799">
            <w:pPr>
              <w:jc w:val="center"/>
              <w:rPr>
                <w:sz w:val="15"/>
              </w:rPr>
            </w:pPr>
            <w:r>
              <w:rPr>
                <w:sz w:val="15"/>
              </w:rPr>
              <w:t xml:space="preserve">cuk Bayramı, İ Okul İçi </w:t>
            </w:r>
            <w:r w:rsidRPr="00451F31">
              <w:rPr>
                <w:sz w:val="15"/>
              </w:rPr>
              <w:t xml:space="preserve">Töreni ve Çocuk </w:t>
            </w:r>
          </w:p>
          <w:p w:rsidR="00D32799" w:rsidRDefault="00D32799" w:rsidP="00D32799">
            <w:pPr>
              <w:jc w:val="center"/>
            </w:pPr>
            <w:r w:rsidRPr="00451F31">
              <w:rPr>
                <w:sz w:val="15"/>
              </w:rPr>
              <w:t>Şen</w:t>
            </w:r>
            <w:r>
              <w:rPr>
                <w:sz w:val="15"/>
              </w:rPr>
              <w:t>liği..</w:t>
            </w:r>
          </w:p>
        </w:tc>
        <w:tc>
          <w:tcPr>
            <w:tcW w:w="1635" w:type="dxa"/>
            <w:vAlign w:val="center"/>
          </w:tcPr>
          <w:p w:rsidR="00D32799" w:rsidRDefault="00D32799" w:rsidP="00D32799">
            <w:pPr>
              <w:jc w:val="center"/>
              <w:rPr>
                <w:sz w:val="15"/>
              </w:rPr>
            </w:pPr>
            <w:r>
              <w:rPr>
                <w:sz w:val="15"/>
              </w:rPr>
              <w:t>Sosyal Etkinlikler Kurulu /Tabiat ve Yaşanabilir Çevre Kulübü,Akıl veZeka Oyunları Kulübü,Afet Farkındalık Kulübü,Sağlıklı Yaşam ve Fiziksel Aktivite Kulübü</w:t>
            </w:r>
          </w:p>
          <w:p w:rsidR="00D32799" w:rsidRPr="00DD3BA0" w:rsidRDefault="00D32799" w:rsidP="00D32799">
            <w:pPr>
              <w:jc w:val="center"/>
              <w:rPr>
                <w:b/>
              </w:rPr>
            </w:pPr>
            <w:r w:rsidRPr="00DD3BA0">
              <w:rPr>
                <w:b/>
                <w:sz w:val="15"/>
              </w:rPr>
              <w:t>OKUL İÇİ</w:t>
            </w:r>
          </w:p>
        </w:tc>
        <w:tc>
          <w:tcPr>
            <w:tcW w:w="1615" w:type="dxa"/>
            <w:vAlign w:val="center"/>
          </w:tcPr>
          <w:p w:rsidR="00D32799" w:rsidRDefault="00D32799" w:rsidP="00D32799">
            <w:pPr>
              <w:jc w:val="center"/>
            </w:pPr>
            <w:r>
              <w:rPr>
                <w:sz w:val="15"/>
              </w:rPr>
              <w:t>Katılım / ürün</w:t>
            </w:r>
          </w:p>
        </w:tc>
      </w:tr>
      <w:tr w:rsidR="00D32799" w:rsidTr="00B66450">
        <w:trPr>
          <w:jc w:val="center"/>
        </w:trPr>
        <w:tc>
          <w:tcPr>
            <w:tcW w:w="1582" w:type="dxa"/>
            <w:vAlign w:val="center"/>
          </w:tcPr>
          <w:p w:rsidR="00D32799" w:rsidRDefault="00BC7FF3" w:rsidP="00D32799">
            <w:pPr>
              <w:jc w:val="center"/>
            </w:pPr>
            <w:r>
              <w:rPr>
                <w:sz w:val="15"/>
              </w:rPr>
              <w:t>Mayıs</w:t>
            </w:r>
          </w:p>
        </w:tc>
        <w:tc>
          <w:tcPr>
            <w:tcW w:w="1957" w:type="dxa"/>
            <w:vAlign w:val="center"/>
          </w:tcPr>
          <w:p w:rsidR="00D32799" w:rsidRDefault="00D32799" w:rsidP="00D32799">
            <w:pPr>
              <w:jc w:val="center"/>
            </w:pPr>
            <w:r>
              <w:rPr>
                <w:sz w:val="15"/>
              </w:rPr>
              <w:t>Bilim</w:t>
            </w:r>
          </w:p>
        </w:tc>
        <w:tc>
          <w:tcPr>
            <w:tcW w:w="1284" w:type="dxa"/>
            <w:vAlign w:val="center"/>
          </w:tcPr>
          <w:p w:rsidR="00D32799" w:rsidRDefault="00D32799" w:rsidP="00D32799">
            <w:pPr>
              <w:jc w:val="center"/>
            </w:pPr>
            <w:r>
              <w:rPr>
                <w:sz w:val="15"/>
              </w:rPr>
              <w:t>B.4</w:t>
            </w:r>
          </w:p>
        </w:tc>
        <w:tc>
          <w:tcPr>
            <w:tcW w:w="1663" w:type="dxa"/>
            <w:vAlign w:val="center"/>
          </w:tcPr>
          <w:p w:rsidR="00D32799" w:rsidRDefault="00D32799" w:rsidP="00D32799">
            <w:pPr>
              <w:jc w:val="center"/>
            </w:pPr>
            <w:r>
              <w:rPr>
                <w:sz w:val="15"/>
              </w:rPr>
              <w:t>Trafik ve İlkyardım Haftası Etkinlikleri .</w:t>
            </w:r>
          </w:p>
        </w:tc>
        <w:tc>
          <w:tcPr>
            <w:tcW w:w="1635" w:type="dxa"/>
            <w:vAlign w:val="center"/>
          </w:tcPr>
          <w:p w:rsidR="00D32799" w:rsidRDefault="00D32799" w:rsidP="00D32799">
            <w:pPr>
              <w:jc w:val="center"/>
            </w:pPr>
            <w:r>
              <w:rPr>
                <w:sz w:val="15"/>
              </w:rPr>
              <w:t>Sosyal Etkinlikler Kurulu /Akıl ve Zeka Oyunları Kulübü,</w:t>
            </w:r>
            <w:r w:rsidR="00BF65BA">
              <w:rPr>
                <w:sz w:val="15"/>
              </w:rPr>
              <w:t>/</w:t>
            </w:r>
            <w:r>
              <w:rPr>
                <w:sz w:val="15"/>
              </w:rPr>
              <w:t>Siberay Kulübü</w:t>
            </w:r>
            <w:r w:rsidR="00871132">
              <w:rPr>
                <w:sz w:val="15"/>
              </w:rPr>
              <w:t>/Gezi ve Turizm Kulübü</w:t>
            </w:r>
          </w:p>
        </w:tc>
        <w:tc>
          <w:tcPr>
            <w:tcW w:w="1615" w:type="dxa"/>
            <w:vAlign w:val="center"/>
          </w:tcPr>
          <w:p w:rsidR="00D32799" w:rsidRDefault="00D32799" w:rsidP="00D32799">
            <w:pPr>
              <w:jc w:val="center"/>
            </w:pPr>
            <w:r>
              <w:rPr>
                <w:sz w:val="15"/>
              </w:rPr>
              <w:t xml:space="preserve">Katılım </w:t>
            </w:r>
          </w:p>
        </w:tc>
      </w:tr>
      <w:tr w:rsidR="00D32799" w:rsidTr="00B66450">
        <w:trPr>
          <w:jc w:val="center"/>
        </w:trPr>
        <w:tc>
          <w:tcPr>
            <w:tcW w:w="1582" w:type="dxa"/>
            <w:vAlign w:val="center"/>
          </w:tcPr>
          <w:p w:rsidR="00D32799" w:rsidRDefault="00D32799" w:rsidP="00D32799">
            <w:pPr>
              <w:jc w:val="center"/>
            </w:pPr>
            <w:r>
              <w:rPr>
                <w:sz w:val="15"/>
              </w:rPr>
              <w:t>Mayıs</w:t>
            </w:r>
          </w:p>
        </w:tc>
        <w:tc>
          <w:tcPr>
            <w:tcW w:w="1957" w:type="dxa"/>
            <w:vAlign w:val="center"/>
          </w:tcPr>
          <w:p w:rsidR="00D32799" w:rsidRDefault="00D32799" w:rsidP="00D32799">
            <w:pPr>
              <w:jc w:val="center"/>
            </w:pPr>
            <w:r>
              <w:rPr>
                <w:sz w:val="15"/>
              </w:rPr>
              <w:t>Doğa-Çevre-Toplum</w:t>
            </w:r>
          </w:p>
        </w:tc>
        <w:tc>
          <w:tcPr>
            <w:tcW w:w="1284" w:type="dxa"/>
            <w:vAlign w:val="center"/>
          </w:tcPr>
          <w:p w:rsidR="00D32799" w:rsidRDefault="00D32799" w:rsidP="00D32799">
            <w:pPr>
              <w:jc w:val="center"/>
            </w:pPr>
            <w:r>
              <w:rPr>
                <w:sz w:val="15"/>
              </w:rPr>
              <w:t>DÇT.4</w:t>
            </w:r>
          </w:p>
        </w:tc>
        <w:tc>
          <w:tcPr>
            <w:tcW w:w="1663" w:type="dxa"/>
            <w:vAlign w:val="center"/>
          </w:tcPr>
          <w:p w:rsidR="00D32799" w:rsidRDefault="00D32799" w:rsidP="00D32799">
            <w:pPr>
              <w:jc w:val="center"/>
            </w:pPr>
            <w:r>
              <w:rPr>
                <w:sz w:val="15"/>
              </w:rPr>
              <w:t>İş Sağlığı ve Güvenliği Haftası Etkinlikleri.</w:t>
            </w:r>
          </w:p>
        </w:tc>
        <w:tc>
          <w:tcPr>
            <w:tcW w:w="1635" w:type="dxa"/>
            <w:vAlign w:val="center"/>
          </w:tcPr>
          <w:p w:rsidR="00D32799" w:rsidRDefault="00D32799" w:rsidP="00D32799">
            <w:pPr>
              <w:jc w:val="center"/>
            </w:pPr>
            <w:r>
              <w:rPr>
                <w:sz w:val="15"/>
              </w:rPr>
              <w:t>Sosyal Etkinlikler Kurulu / Sağlıklı Yaşam ve Fiziksel Aktivite Kuübü,</w:t>
            </w:r>
            <w:r w:rsidR="00BF65BA">
              <w:rPr>
                <w:sz w:val="15"/>
              </w:rPr>
              <w:t>/</w:t>
            </w:r>
            <w:r>
              <w:rPr>
                <w:sz w:val="15"/>
              </w:rPr>
              <w:t>Kızılay Kulübü</w:t>
            </w:r>
          </w:p>
        </w:tc>
        <w:tc>
          <w:tcPr>
            <w:tcW w:w="1615" w:type="dxa"/>
            <w:vAlign w:val="center"/>
          </w:tcPr>
          <w:p w:rsidR="00D32799" w:rsidRDefault="00D32799" w:rsidP="00D32799">
            <w:pPr>
              <w:jc w:val="center"/>
            </w:pPr>
            <w:r>
              <w:rPr>
                <w:sz w:val="15"/>
              </w:rPr>
              <w:t>Katılım</w:t>
            </w:r>
          </w:p>
        </w:tc>
      </w:tr>
      <w:tr w:rsidR="00D32799" w:rsidTr="00B66450">
        <w:trPr>
          <w:jc w:val="center"/>
        </w:trPr>
        <w:tc>
          <w:tcPr>
            <w:tcW w:w="1582" w:type="dxa"/>
            <w:vAlign w:val="center"/>
          </w:tcPr>
          <w:p w:rsidR="00D32799" w:rsidRDefault="00D32799" w:rsidP="00D32799">
            <w:pPr>
              <w:jc w:val="center"/>
            </w:pPr>
            <w:r>
              <w:rPr>
                <w:sz w:val="15"/>
              </w:rPr>
              <w:t>Mayıs</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DÇT.5</w:t>
            </w:r>
          </w:p>
        </w:tc>
        <w:tc>
          <w:tcPr>
            <w:tcW w:w="1663" w:type="dxa"/>
            <w:vAlign w:val="center"/>
          </w:tcPr>
          <w:p w:rsidR="00D32799" w:rsidRDefault="00D32799" w:rsidP="00D32799">
            <w:pPr>
              <w:jc w:val="center"/>
            </w:pPr>
            <w:r>
              <w:rPr>
                <w:sz w:val="15"/>
              </w:rPr>
              <w:t>Anneler Günü Etkinlikleri.</w:t>
            </w:r>
          </w:p>
        </w:tc>
        <w:tc>
          <w:tcPr>
            <w:tcW w:w="1635" w:type="dxa"/>
            <w:vAlign w:val="center"/>
          </w:tcPr>
          <w:p w:rsidR="00D32799" w:rsidRDefault="00D32799" w:rsidP="00D32799">
            <w:pPr>
              <w:jc w:val="center"/>
            </w:pPr>
            <w:r>
              <w:rPr>
                <w:sz w:val="15"/>
              </w:rPr>
              <w:t>Sosyal Etkinlikler Kurulu / -Tabiat ve Yaşanabilir Çevre Kulübü</w:t>
            </w:r>
          </w:p>
        </w:tc>
        <w:tc>
          <w:tcPr>
            <w:tcW w:w="1615" w:type="dxa"/>
            <w:vAlign w:val="center"/>
          </w:tcPr>
          <w:p w:rsidR="00D32799" w:rsidRDefault="00D32799" w:rsidP="00D32799">
            <w:pPr>
              <w:jc w:val="center"/>
            </w:pPr>
            <w:r>
              <w:rPr>
                <w:sz w:val="15"/>
              </w:rPr>
              <w:t>Katılım / uygulama</w:t>
            </w:r>
          </w:p>
        </w:tc>
      </w:tr>
      <w:tr w:rsidR="00D32799" w:rsidTr="00B66450">
        <w:trPr>
          <w:jc w:val="center"/>
        </w:trPr>
        <w:tc>
          <w:tcPr>
            <w:tcW w:w="1582" w:type="dxa"/>
            <w:vAlign w:val="center"/>
          </w:tcPr>
          <w:p w:rsidR="00D32799" w:rsidRDefault="00D32799" w:rsidP="00D32799">
            <w:pPr>
              <w:jc w:val="center"/>
            </w:pPr>
            <w:r>
              <w:rPr>
                <w:sz w:val="15"/>
              </w:rPr>
              <w:t>Mayıs</w:t>
            </w:r>
          </w:p>
        </w:tc>
        <w:tc>
          <w:tcPr>
            <w:tcW w:w="1957" w:type="dxa"/>
            <w:vAlign w:val="center"/>
          </w:tcPr>
          <w:p w:rsidR="00D32799" w:rsidRDefault="00D32799" w:rsidP="00D32799">
            <w:pPr>
              <w:jc w:val="center"/>
            </w:pPr>
            <w:r>
              <w:rPr>
                <w:sz w:val="15"/>
              </w:rPr>
              <w:t>Spor</w:t>
            </w:r>
          </w:p>
        </w:tc>
        <w:tc>
          <w:tcPr>
            <w:tcW w:w="1284" w:type="dxa"/>
            <w:vAlign w:val="center"/>
          </w:tcPr>
          <w:p w:rsidR="00D32799" w:rsidRDefault="00D32799" w:rsidP="00D32799">
            <w:pPr>
              <w:jc w:val="center"/>
            </w:pPr>
            <w:r>
              <w:rPr>
                <w:sz w:val="15"/>
              </w:rPr>
              <w:t>SP.5</w:t>
            </w:r>
          </w:p>
        </w:tc>
        <w:tc>
          <w:tcPr>
            <w:tcW w:w="1663" w:type="dxa"/>
            <w:vAlign w:val="center"/>
          </w:tcPr>
          <w:p w:rsidR="00D32799" w:rsidRDefault="00D32799" w:rsidP="00D32799">
            <w:pPr>
              <w:jc w:val="center"/>
              <w:rPr>
                <w:sz w:val="15"/>
              </w:rPr>
            </w:pPr>
            <w:r>
              <w:rPr>
                <w:sz w:val="15"/>
              </w:rPr>
              <w:t>Atatürk ‘ü Anma ve Gençlik  ve Spor Bayramı Etkinlikleri</w:t>
            </w:r>
          </w:p>
          <w:p w:rsidR="00D32799" w:rsidRDefault="00D32799" w:rsidP="00D32799">
            <w:pPr>
              <w:jc w:val="center"/>
            </w:pPr>
          </w:p>
        </w:tc>
        <w:tc>
          <w:tcPr>
            <w:tcW w:w="1635" w:type="dxa"/>
            <w:vAlign w:val="center"/>
          </w:tcPr>
          <w:p w:rsidR="00D32799" w:rsidRDefault="00D32799" w:rsidP="00D32799">
            <w:pPr>
              <w:jc w:val="center"/>
            </w:pPr>
            <w:r>
              <w:rPr>
                <w:sz w:val="15"/>
              </w:rPr>
              <w:t>Sosyal Etkinlikler Kurulu /Yeşilay Kulübü,</w:t>
            </w:r>
            <w:r w:rsidR="00747626">
              <w:rPr>
                <w:sz w:val="15"/>
              </w:rPr>
              <w:t xml:space="preserve">/ </w:t>
            </w:r>
            <w:r>
              <w:rPr>
                <w:sz w:val="15"/>
              </w:rPr>
              <w:t>AKIL VE Zeka Oyunları Kulübü</w:t>
            </w:r>
          </w:p>
        </w:tc>
        <w:tc>
          <w:tcPr>
            <w:tcW w:w="1615" w:type="dxa"/>
            <w:vAlign w:val="center"/>
          </w:tcPr>
          <w:p w:rsidR="00D32799" w:rsidRDefault="00D32799" w:rsidP="00D32799">
            <w:pPr>
              <w:jc w:val="center"/>
            </w:pPr>
            <w:r>
              <w:rPr>
                <w:sz w:val="15"/>
              </w:rPr>
              <w:t>Katılım / ürün</w:t>
            </w:r>
          </w:p>
        </w:tc>
      </w:tr>
      <w:tr w:rsidR="00D32799" w:rsidTr="00B66450">
        <w:trPr>
          <w:jc w:val="center"/>
        </w:trPr>
        <w:tc>
          <w:tcPr>
            <w:tcW w:w="1582" w:type="dxa"/>
            <w:vAlign w:val="center"/>
          </w:tcPr>
          <w:p w:rsidR="00D32799" w:rsidRDefault="00D32799" w:rsidP="00D32799">
            <w:pPr>
              <w:jc w:val="center"/>
            </w:pPr>
            <w:r>
              <w:rPr>
                <w:sz w:val="15"/>
              </w:rPr>
              <w:t>Haziran</w:t>
            </w:r>
          </w:p>
        </w:tc>
        <w:tc>
          <w:tcPr>
            <w:tcW w:w="1957" w:type="dxa"/>
            <w:vAlign w:val="center"/>
          </w:tcPr>
          <w:p w:rsidR="00D32799" w:rsidRDefault="00D32799" w:rsidP="00D32799">
            <w:pPr>
              <w:jc w:val="center"/>
            </w:pPr>
            <w:r>
              <w:rPr>
                <w:sz w:val="15"/>
              </w:rPr>
              <w:t>Kültür Dünyamız</w:t>
            </w:r>
          </w:p>
        </w:tc>
        <w:tc>
          <w:tcPr>
            <w:tcW w:w="1284" w:type="dxa"/>
            <w:vAlign w:val="center"/>
          </w:tcPr>
          <w:p w:rsidR="00D32799" w:rsidRDefault="00D32799" w:rsidP="00D32799">
            <w:pPr>
              <w:jc w:val="center"/>
            </w:pPr>
            <w:r>
              <w:rPr>
                <w:sz w:val="15"/>
              </w:rPr>
              <w:t>KD.5</w:t>
            </w:r>
          </w:p>
        </w:tc>
        <w:tc>
          <w:tcPr>
            <w:tcW w:w="1663" w:type="dxa"/>
            <w:vAlign w:val="center"/>
          </w:tcPr>
          <w:p w:rsidR="00D32799" w:rsidRDefault="00D32799" w:rsidP="00D32799">
            <w:pPr>
              <w:jc w:val="center"/>
            </w:pPr>
            <w:r>
              <w:rPr>
                <w:sz w:val="15"/>
              </w:rPr>
              <w:t>Yıl boyunca üretilen öğrenci çalışmalarından sosyal etkinlikler sergisi ve sınıf sunumları.</w:t>
            </w:r>
          </w:p>
        </w:tc>
        <w:tc>
          <w:tcPr>
            <w:tcW w:w="1635" w:type="dxa"/>
            <w:vAlign w:val="center"/>
          </w:tcPr>
          <w:p w:rsidR="00D32799" w:rsidRDefault="00D32799" w:rsidP="00D32799">
            <w:pPr>
              <w:jc w:val="center"/>
            </w:pPr>
            <w:r>
              <w:rPr>
                <w:sz w:val="15"/>
              </w:rPr>
              <w:t>Sosyal Etkinlikler Kurulu / tüm kulüpler</w:t>
            </w:r>
          </w:p>
        </w:tc>
        <w:tc>
          <w:tcPr>
            <w:tcW w:w="1615" w:type="dxa"/>
            <w:vAlign w:val="center"/>
          </w:tcPr>
          <w:p w:rsidR="00D32799" w:rsidRDefault="00D32799" w:rsidP="00D32799">
            <w:pPr>
              <w:jc w:val="center"/>
            </w:pPr>
            <w:r>
              <w:rPr>
                <w:sz w:val="15"/>
              </w:rPr>
              <w:t>Sergi / katılım</w:t>
            </w:r>
          </w:p>
        </w:tc>
      </w:tr>
      <w:tr w:rsidR="00D32799" w:rsidTr="00B66450">
        <w:trPr>
          <w:jc w:val="center"/>
        </w:trPr>
        <w:tc>
          <w:tcPr>
            <w:tcW w:w="1582" w:type="dxa"/>
            <w:vAlign w:val="center"/>
          </w:tcPr>
          <w:p w:rsidR="00D32799" w:rsidRDefault="00D32799" w:rsidP="00D32799">
            <w:pPr>
              <w:jc w:val="center"/>
            </w:pPr>
            <w:r>
              <w:rPr>
                <w:sz w:val="15"/>
              </w:rPr>
              <w:t>Haziran</w:t>
            </w:r>
          </w:p>
        </w:tc>
        <w:tc>
          <w:tcPr>
            <w:tcW w:w="1957" w:type="dxa"/>
            <w:vAlign w:val="center"/>
          </w:tcPr>
          <w:p w:rsidR="00D32799" w:rsidRDefault="00D32799" w:rsidP="00D32799">
            <w:pPr>
              <w:jc w:val="center"/>
            </w:pPr>
            <w:r>
              <w:rPr>
                <w:sz w:val="15"/>
              </w:rPr>
              <w:t>Tüm Temalar</w:t>
            </w:r>
          </w:p>
        </w:tc>
        <w:tc>
          <w:tcPr>
            <w:tcW w:w="1284" w:type="dxa"/>
            <w:vAlign w:val="center"/>
          </w:tcPr>
          <w:p w:rsidR="00D32799" w:rsidRDefault="00D32799" w:rsidP="00D32799">
            <w:pPr>
              <w:jc w:val="center"/>
            </w:pPr>
            <w:r>
              <w:rPr>
                <w:sz w:val="15"/>
              </w:rPr>
              <w:t>İzleme-Değerlendirme</w:t>
            </w:r>
          </w:p>
        </w:tc>
        <w:tc>
          <w:tcPr>
            <w:tcW w:w="1663" w:type="dxa"/>
            <w:vAlign w:val="center"/>
          </w:tcPr>
          <w:p w:rsidR="00D32799" w:rsidRDefault="00D32799" w:rsidP="00D32799">
            <w:pPr>
              <w:jc w:val="center"/>
            </w:pPr>
            <w:r>
              <w:rPr>
                <w:sz w:val="15"/>
              </w:rPr>
              <w:t>Sosyal etkinliklerin yıl sonu değerlendirilmesi, öğrenci görüşlerinin alınması, iyi uygulamaların belirlenmesi ve gelecek yıla yönelik önerilerin oluşturulması.</w:t>
            </w:r>
          </w:p>
        </w:tc>
        <w:tc>
          <w:tcPr>
            <w:tcW w:w="1635" w:type="dxa"/>
            <w:vAlign w:val="center"/>
          </w:tcPr>
          <w:p w:rsidR="00D32799" w:rsidRDefault="00D32799" w:rsidP="00D32799">
            <w:pPr>
              <w:jc w:val="center"/>
            </w:pPr>
            <w:r>
              <w:rPr>
                <w:sz w:val="15"/>
              </w:rPr>
              <w:t>Sosyal Etkinlikler Kurulu / tüm kulüpler</w:t>
            </w:r>
          </w:p>
        </w:tc>
        <w:tc>
          <w:tcPr>
            <w:tcW w:w="1615" w:type="dxa"/>
            <w:vAlign w:val="center"/>
          </w:tcPr>
          <w:p w:rsidR="00D32799" w:rsidRDefault="00D32799" w:rsidP="00D32799">
            <w:pPr>
              <w:jc w:val="center"/>
            </w:pPr>
            <w:r>
              <w:rPr>
                <w:sz w:val="15"/>
              </w:rPr>
              <w:t>Yıl sonu raporu</w:t>
            </w:r>
          </w:p>
        </w:tc>
      </w:tr>
    </w:tbl>
    <w:p w:rsidR="00D24628" w:rsidRDefault="00AF0574">
      <w:pPr>
        <w:pStyle w:val="Balk1"/>
      </w:pPr>
      <w:r>
        <w:t>6. ÖĞRENCİ KULÜPLERİ İLE EYLEM PLANININ İLİŞKİLENDİRİLMESİ</w:t>
      </w:r>
    </w:p>
    <w:p w:rsidR="00D24628" w:rsidRDefault="00AF0574">
      <w:r>
        <w:t>Kılavuza göre her öğrencinin en az bir öğrenci kulübüne üye olması ve her eğitim kurumunda beş temanın her birinden en az bir öğrenci kulübü oluşturulması esastır.</w:t>
      </w:r>
    </w:p>
    <w:tbl>
      <w:tblPr>
        <w:tblStyle w:val="TabloKlavuzu"/>
        <w:tblW w:w="0" w:type="auto"/>
        <w:jc w:val="center"/>
        <w:tblLook w:val="04A0" w:firstRow="1" w:lastRow="0" w:firstColumn="1" w:lastColumn="0" w:noHBand="0" w:noVBand="1"/>
      </w:tblPr>
      <w:tblGrid>
        <w:gridCol w:w="4818"/>
        <w:gridCol w:w="4918"/>
      </w:tblGrid>
      <w:tr w:rsidR="00D24628">
        <w:trPr>
          <w:jc w:val="center"/>
        </w:trPr>
        <w:tc>
          <w:tcPr>
            <w:tcW w:w="5100" w:type="dxa"/>
            <w:shd w:val="clear" w:color="auto" w:fill="D9EAF7"/>
            <w:vAlign w:val="center"/>
          </w:tcPr>
          <w:p w:rsidR="00D24628" w:rsidRDefault="00AF0574">
            <w:pPr>
              <w:jc w:val="center"/>
            </w:pPr>
            <w:r>
              <w:rPr>
                <w:b/>
                <w:sz w:val="17"/>
              </w:rPr>
              <w:t>Tema/Kapsam</w:t>
            </w:r>
          </w:p>
        </w:tc>
        <w:tc>
          <w:tcPr>
            <w:tcW w:w="5100" w:type="dxa"/>
            <w:shd w:val="clear" w:color="auto" w:fill="D9EAF7"/>
            <w:vAlign w:val="center"/>
          </w:tcPr>
          <w:p w:rsidR="00D24628" w:rsidRDefault="00AF0574">
            <w:pPr>
              <w:jc w:val="center"/>
            </w:pPr>
            <w:r>
              <w:rPr>
                <w:b/>
                <w:sz w:val="17"/>
              </w:rPr>
              <w:t>Okulumuzda oluşturulacak/ilişkilendirilecek kulüp</w:t>
            </w:r>
          </w:p>
        </w:tc>
      </w:tr>
      <w:tr w:rsidR="00D24628">
        <w:trPr>
          <w:jc w:val="center"/>
        </w:trPr>
        <w:tc>
          <w:tcPr>
            <w:tcW w:w="5100" w:type="dxa"/>
            <w:vAlign w:val="center"/>
          </w:tcPr>
          <w:p w:rsidR="00D24628" w:rsidRDefault="00AF0574">
            <w:pPr>
              <w:jc w:val="center"/>
            </w:pPr>
            <w:r>
              <w:rPr>
                <w:sz w:val="17"/>
              </w:rPr>
              <w:lastRenderedPageBreak/>
              <w:t>Zorunlu kulüpler</w:t>
            </w:r>
          </w:p>
        </w:tc>
        <w:tc>
          <w:tcPr>
            <w:tcW w:w="5100" w:type="dxa"/>
            <w:vAlign w:val="center"/>
          </w:tcPr>
          <w:p w:rsidR="00D24628" w:rsidRDefault="00AF0574">
            <w:pPr>
              <w:jc w:val="center"/>
            </w:pPr>
            <w:r>
              <w:rPr>
                <w:sz w:val="17"/>
              </w:rPr>
              <w:t>Kızılay, Yeşilay, Beyazay, Siberay, Tarih ve Kültürel Miras, Tabiat ve Yaşanabilir Çevre, Sağlıklı Yaşam ve Fiziksel Aktivite, Yaşam Becerileri</w:t>
            </w:r>
          </w:p>
        </w:tc>
      </w:tr>
      <w:tr w:rsidR="00D24628">
        <w:trPr>
          <w:jc w:val="center"/>
        </w:trPr>
        <w:tc>
          <w:tcPr>
            <w:tcW w:w="5100" w:type="dxa"/>
            <w:vAlign w:val="center"/>
          </w:tcPr>
          <w:p w:rsidR="00D24628" w:rsidRDefault="00AF0574">
            <w:pPr>
              <w:jc w:val="center"/>
            </w:pPr>
            <w:r>
              <w:rPr>
                <w:sz w:val="17"/>
              </w:rPr>
              <w:t>Kültür Dünyamız</w:t>
            </w:r>
          </w:p>
        </w:tc>
        <w:tc>
          <w:tcPr>
            <w:tcW w:w="5100" w:type="dxa"/>
            <w:vAlign w:val="center"/>
          </w:tcPr>
          <w:p w:rsidR="00D24628" w:rsidRDefault="00FB09D0">
            <w:pPr>
              <w:jc w:val="center"/>
            </w:pPr>
            <w:r>
              <w:rPr>
                <w:sz w:val="17"/>
              </w:rPr>
              <w:t>Gezi ve Turizm Kulübü</w:t>
            </w:r>
          </w:p>
        </w:tc>
      </w:tr>
      <w:tr w:rsidR="00D24628">
        <w:trPr>
          <w:jc w:val="center"/>
        </w:trPr>
        <w:tc>
          <w:tcPr>
            <w:tcW w:w="5100" w:type="dxa"/>
            <w:vAlign w:val="center"/>
          </w:tcPr>
          <w:p w:rsidR="00D24628" w:rsidRDefault="00AF0574">
            <w:pPr>
              <w:jc w:val="center"/>
            </w:pPr>
            <w:r>
              <w:rPr>
                <w:sz w:val="17"/>
              </w:rPr>
              <w:t>Sanat</w:t>
            </w:r>
          </w:p>
        </w:tc>
        <w:tc>
          <w:tcPr>
            <w:tcW w:w="5100" w:type="dxa"/>
            <w:vAlign w:val="center"/>
          </w:tcPr>
          <w:p w:rsidR="00D24628" w:rsidRDefault="005551B8">
            <w:pPr>
              <w:jc w:val="center"/>
            </w:pPr>
            <w:r>
              <w:rPr>
                <w:sz w:val="17"/>
              </w:rPr>
              <w:t>Müzik</w:t>
            </w:r>
            <w:r w:rsidR="00AF0574">
              <w:rPr>
                <w:sz w:val="17"/>
              </w:rPr>
              <w:t xml:space="preserve"> Kulübü</w:t>
            </w:r>
          </w:p>
        </w:tc>
      </w:tr>
      <w:tr w:rsidR="00D24628">
        <w:trPr>
          <w:jc w:val="center"/>
        </w:trPr>
        <w:tc>
          <w:tcPr>
            <w:tcW w:w="5100" w:type="dxa"/>
            <w:vAlign w:val="center"/>
          </w:tcPr>
          <w:p w:rsidR="00D24628" w:rsidRDefault="00AF0574">
            <w:pPr>
              <w:jc w:val="center"/>
            </w:pPr>
            <w:r>
              <w:rPr>
                <w:sz w:val="17"/>
              </w:rPr>
              <w:t>Spor</w:t>
            </w:r>
          </w:p>
        </w:tc>
        <w:tc>
          <w:tcPr>
            <w:tcW w:w="5100" w:type="dxa"/>
            <w:vAlign w:val="center"/>
          </w:tcPr>
          <w:p w:rsidR="00D24628" w:rsidRDefault="00D112FF">
            <w:pPr>
              <w:jc w:val="center"/>
            </w:pPr>
            <w:r>
              <w:rPr>
                <w:sz w:val="17"/>
              </w:rPr>
              <w:t>Akıl ve Zeka Oyunları</w:t>
            </w:r>
          </w:p>
        </w:tc>
      </w:tr>
      <w:tr w:rsidR="00D24628">
        <w:trPr>
          <w:jc w:val="center"/>
        </w:trPr>
        <w:tc>
          <w:tcPr>
            <w:tcW w:w="5100" w:type="dxa"/>
            <w:vAlign w:val="center"/>
          </w:tcPr>
          <w:p w:rsidR="00D24628" w:rsidRDefault="00AF0574">
            <w:pPr>
              <w:jc w:val="center"/>
            </w:pPr>
            <w:r>
              <w:rPr>
                <w:sz w:val="17"/>
              </w:rPr>
              <w:t>Bilim</w:t>
            </w:r>
          </w:p>
        </w:tc>
        <w:tc>
          <w:tcPr>
            <w:tcW w:w="5100" w:type="dxa"/>
            <w:vAlign w:val="center"/>
          </w:tcPr>
          <w:p w:rsidR="00D24628" w:rsidRDefault="009E425E">
            <w:pPr>
              <w:jc w:val="center"/>
            </w:pPr>
            <w:r>
              <w:rPr>
                <w:sz w:val="17"/>
              </w:rPr>
              <w:t>Yapay Zeka</w:t>
            </w:r>
            <w:r w:rsidR="00EA3218">
              <w:rPr>
                <w:sz w:val="17"/>
              </w:rPr>
              <w:t xml:space="preserve"> Kulübü</w:t>
            </w:r>
          </w:p>
        </w:tc>
      </w:tr>
      <w:tr w:rsidR="00D24628">
        <w:trPr>
          <w:jc w:val="center"/>
        </w:trPr>
        <w:tc>
          <w:tcPr>
            <w:tcW w:w="5100" w:type="dxa"/>
            <w:vAlign w:val="center"/>
          </w:tcPr>
          <w:p w:rsidR="00D24628" w:rsidRDefault="00AF0574">
            <w:pPr>
              <w:jc w:val="center"/>
            </w:pPr>
            <w:r>
              <w:rPr>
                <w:sz w:val="17"/>
              </w:rPr>
              <w:t>Doğa-Çevre-Toplum</w:t>
            </w:r>
          </w:p>
        </w:tc>
        <w:tc>
          <w:tcPr>
            <w:tcW w:w="5100" w:type="dxa"/>
            <w:vAlign w:val="center"/>
          </w:tcPr>
          <w:p w:rsidR="00D24628" w:rsidRDefault="00F95B64">
            <w:pPr>
              <w:jc w:val="center"/>
            </w:pPr>
            <w:r>
              <w:rPr>
                <w:sz w:val="17"/>
              </w:rPr>
              <w:t>Afet farkındalığı kulübü</w:t>
            </w:r>
          </w:p>
        </w:tc>
      </w:tr>
    </w:tbl>
    <w:p w:rsidR="00D24628" w:rsidRDefault="00AF0574">
      <w:r>
        <w:t>Yukarıdaki kulüplerin yıllık çalışma planlarında bu eylem planında yer alan ve kulübün çalışma alanıyla ilgili etkinliklere yer verilecektir. Kulüpler, okulun ihtiyaçları ve öğrencilerin ilgi, istek ve talepleri doğrultusunda öğretmenler kurulunca çeşitlendirilebilir.</w:t>
      </w:r>
    </w:p>
    <w:p w:rsidR="00D24628" w:rsidRDefault="00AF0574">
      <w:pPr>
        <w:pStyle w:val="Balk1"/>
      </w:pPr>
      <w:r>
        <w:t>7. UYGULAMA ESASLARI</w:t>
      </w:r>
    </w:p>
    <w:p w:rsidR="00D24628" w:rsidRDefault="00AF0574">
      <w:pPr>
        <w:pStyle w:val="ListeMaddemi"/>
      </w:pPr>
      <w:r>
        <w:t>Sosyal etkinlikler öğrencilerin ilgi, istek, ihtiyaç, yetenek ve hazır bulunuşluk düzeyleri dikkate alınarak planlanacak ve öğrenci merkezli yürütülecektir.</w:t>
      </w:r>
    </w:p>
    <w:p w:rsidR="00D24628" w:rsidRDefault="00AF0574">
      <w:pPr>
        <w:pStyle w:val="ListeMaddemi"/>
      </w:pPr>
      <w:r>
        <w:t>Etkinlikler ilkokul öğrencilerinin yaş ve gelişim özelliklerine uygun; oyun, gözlem, uygulama, sanat, spor, deney, ürün oluşturma ve aile katılımı gibi yöntemlerle gerçekleştirilecektir.</w:t>
      </w:r>
    </w:p>
    <w:p w:rsidR="00D24628" w:rsidRDefault="00AF0574">
      <w:pPr>
        <w:pStyle w:val="ListeMaddemi"/>
      </w:pPr>
      <w:r>
        <w:t>Tüm öğrencilerin etkinliklere katılımını sağlayan kapsayıcı ve erişilebilir uygulamalar esas alınacaktır.</w:t>
      </w:r>
    </w:p>
    <w:p w:rsidR="00D24628" w:rsidRDefault="00AF0574">
      <w:pPr>
        <w:pStyle w:val="ListeMaddemi"/>
      </w:pPr>
      <w:r>
        <w:t>Özel eğitim ihtiyacı olan öğrencilerin katılımını desteklemek amacıyla gerekli farklılaştırma ve uyarlamalar yapılacaktır.</w:t>
      </w:r>
    </w:p>
    <w:p w:rsidR="00D24628" w:rsidRDefault="00AF0574">
      <w:pPr>
        <w:pStyle w:val="ListeMaddemi"/>
      </w:pPr>
      <w:r>
        <w:t>Etkinlikler okulun fiziki imkânları, öğrenci sayısı, eğitim öğretim takvimi ve güvenlik şartları dikkate alınarak gerçekleştirilecektir.</w:t>
      </w:r>
    </w:p>
    <w:p w:rsidR="00D24628" w:rsidRDefault="00AF0574">
      <w:pPr>
        <w:pStyle w:val="ListeMaddemi"/>
      </w:pPr>
      <w:r>
        <w:t>Etkinlikler ilgili öğrenci kulüplerinin yıllık çalışma planlarıyla ilişkilendirilecektir.</w:t>
      </w:r>
    </w:p>
    <w:p w:rsidR="00D24628" w:rsidRDefault="00AF0574">
      <w:pPr>
        <w:pStyle w:val="ListeMaddemi"/>
      </w:pPr>
      <w:r>
        <w:t>Gerçekleştirilen etkinliklere ilişkin katılım ve uygulama verileri Sosyal Etkinlik Modülüne zamanında işlenecektir.</w:t>
      </w:r>
    </w:p>
    <w:p w:rsidR="00D24628" w:rsidRDefault="00AF0574">
      <w:pPr>
        <w:pStyle w:val="ListeMaddemi"/>
      </w:pPr>
      <w:r>
        <w:t>Kişisel verilerin işlenmesi ve etkinliklerde görsel materyal kullanımı ilgili mevzuata uygun şekilde gerçekleştirilecektir.</w:t>
      </w:r>
    </w:p>
    <w:p w:rsidR="00D24628" w:rsidRDefault="00AF0574">
      <w:pPr>
        <w:pStyle w:val="ListeMaddemi"/>
      </w:pPr>
      <w:r>
        <w:t>Birinci dönem sonunda ve eğitim öğretim yılı sonunda izleme ve değerlendirme yapılacaktır.</w:t>
      </w:r>
    </w:p>
    <w:p w:rsidR="00D24628" w:rsidRDefault="00AF0574">
      <w:pPr>
        <w:pStyle w:val="Balk1"/>
      </w:pPr>
      <w:r>
        <w:t>8. İZLEME VE DEĞERLENDİRME</w:t>
      </w:r>
    </w:p>
    <w:p w:rsidR="00D24628" w:rsidRDefault="00AF0574">
      <w:r>
        <w:t>Planın uygulanması Sosyal Etkinlikler Kurulu tarafından izlenecek; etkinlikler öğrenci katılımı, gerçekleştirilen etkinlik sayısı, öğrencilerin ortaya koyduğu ürünler ve uygulama sonuçları bakımından değerlendirilecektir. Birinci dönem sonunda ara değerlendirme, eğitim öğretim yılı sonunda yıl sonu değerlendirmesi yapılacak ve Sosyal Etkinlikler Yıl Sonu İzleme ve Değerlendirme Raporu hazırlanacaktır.</w:t>
      </w:r>
    </w:p>
    <w:p w:rsidR="00D24628" w:rsidRDefault="00AF0574">
      <w:pPr>
        <w:pStyle w:val="Balk1"/>
      </w:pPr>
      <w:r>
        <w:t xml:space="preserve">9. </w:t>
      </w:r>
      <w:r w:rsidRPr="00072986">
        <w:rPr>
          <w:color w:val="244061" w:themeColor="accent1" w:themeShade="80"/>
        </w:rPr>
        <w:t>UYGULAMA</w:t>
      </w:r>
      <w:r>
        <w:t xml:space="preserve"> TAKVİMİ</w:t>
      </w:r>
    </w:p>
    <w:tbl>
      <w:tblPr>
        <w:tblStyle w:val="TabloKlavuzu"/>
        <w:tblW w:w="0" w:type="auto"/>
        <w:jc w:val="center"/>
        <w:tblLook w:val="04A0" w:firstRow="1" w:lastRow="0" w:firstColumn="1" w:lastColumn="0" w:noHBand="0" w:noVBand="1"/>
      </w:tblPr>
      <w:tblGrid>
        <w:gridCol w:w="3258"/>
        <w:gridCol w:w="3264"/>
        <w:gridCol w:w="3214"/>
      </w:tblGrid>
      <w:tr w:rsidR="00D24628">
        <w:trPr>
          <w:jc w:val="center"/>
        </w:trPr>
        <w:tc>
          <w:tcPr>
            <w:tcW w:w="3400" w:type="dxa"/>
            <w:shd w:val="clear" w:color="auto" w:fill="D9EAF7"/>
            <w:vAlign w:val="center"/>
          </w:tcPr>
          <w:p w:rsidR="00D24628" w:rsidRDefault="00AF0574">
            <w:pPr>
              <w:jc w:val="center"/>
            </w:pPr>
            <w:r>
              <w:rPr>
                <w:b/>
                <w:sz w:val="16"/>
              </w:rPr>
              <w:t>İşlem</w:t>
            </w:r>
          </w:p>
        </w:tc>
        <w:tc>
          <w:tcPr>
            <w:tcW w:w="3400" w:type="dxa"/>
            <w:shd w:val="clear" w:color="auto" w:fill="D9EAF7"/>
            <w:vAlign w:val="center"/>
          </w:tcPr>
          <w:p w:rsidR="00D24628" w:rsidRDefault="00AF0574">
            <w:pPr>
              <w:jc w:val="center"/>
            </w:pPr>
            <w:r>
              <w:rPr>
                <w:b/>
                <w:sz w:val="16"/>
              </w:rPr>
              <w:t>Sorumlu</w:t>
            </w:r>
          </w:p>
        </w:tc>
        <w:tc>
          <w:tcPr>
            <w:tcW w:w="3400" w:type="dxa"/>
            <w:shd w:val="clear" w:color="auto" w:fill="D9EAF7"/>
            <w:vAlign w:val="center"/>
          </w:tcPr>
          <w:p w:rsidR="00D24628" w:rsidRDefault="00AF0574">
            <w:pPr>
              <w:jc w:val="center"/>
            </w:pPr>
            <w:r>
              <w:rPr>
                <w:b/>
                <w:sz w:val="16"/>
              </w:rPr>
              <w:t>Tarih</w:t>
            </w:r>
          </w:p>
        </w:tc>
      </w:tr>
      <w:tr w:rsidR="00D24628">
        <w:trPr>
          <w:jc w:val="center"/>
        </w:trPr>
        <w:tc>
          <w:tcPr>
            <w:tcW w:w="3400" w:type="dxa"/>
            <w:vAlign w:val="center"/>
          </w:tcPr>
          <w:p w:rsidR="00D24628" w:rsidRDefault="00AF0574">
            <w:pPr>
              <w:jc w:val="center"/>
            </w:pPr>
            <w:r>
              <w:rPr>
                <w:sz w:val="16"/>
              </w:rPr>
              <w:t>Sosyal etkinlikler ihtiyaç analizinin yapılması</w:t>
            </w:r>
          </w:p>
        </w:tc>
        <w:tc>
          <w:tcPr>
            <w:tcW w:w="3400" w:type="dxa"/>
            <w:vAlign w:val="center"/>
          </w:tcPr>
          <w:p w:rsidR="00D24628" w:rsidRDefault="00AF0574">
            <w:pPr>
              <w:jc w:val="center"/>
            </w:pPr>
            <w:r>
              <w:rPr>
                <w:sz w:val="16"/>
              </w:rPr>
              <w:t>Sosyal Etkinlikler Kurulu / Rehberlik Servisi</w:t>
            </w:r>
          </w:p>
        </w:tc>
        <w:tc>
          <w:tcPr>
            <w:tcW w:w="3400" w:type="dxa"/>
            <w:vAlign w:val="center"/>
          </w:tcPr>
          <w:p w:rsidR="00D24628" w:rsidRDefault="00AF0574">
            <w:pPr>
              <w:jc w:val="center"/>
            </w:pPr>
            <w:r>
              <w:rPr>
                <w:sz w:val="16"/>
              </w:rPr>
              <w:t>01-20 Eylül</w:t>
            </w:r>
          </w:p>
        </w:tc>
      </w:tr>
      <w:tr w:rsidR="00D24628">
        <w:trPr>
          <w:jc w:val="center"/>
        </w:trPr>
        <w:tc>
          <w:tcPr>
            <w:tcW w:w="3400" w:type="dxa"/>
            <w:vAlign w:val="center"/>
          </w:tcPr>
          <w:p w:rsidR="00D24628" w:rsidRDefault="00AF0574">
            <w:pPr>
              <w:jc w:val="center"/>
            </w:pPr>
            <w:r>
              <w:rPr>
                <w:sz w:val="16"/>
              </w:rPr>
              <w:t>İhtiyaç analizi sonuçları doğrultusunda öncelikli temaların karara bağlanması</w:t>
            </w:r>
          </w:p>
        </w:tc>
        <w:tc>
          <w:tcPr>
            <w:tcW w:w="3400" w:type="dxa"/>
            <w:vAlign w:val="center"/>
          </w:tcPr>
          <w:p w:rsidR="00D24628" w:rsidRDefault="00AF0574">
            <w:pPr>
              <w:jc w:val="center"/>
            </w:pPr>
            <w:r>
              <w:rPr>
                <w:sz w:val="16"/>
              </w:rPr>
              <w:t>Öğretmenler Kurulu</w:t>
            </w:r>
          </w:p>
        </w:tc>
        <w:tc>
          <w:tcPr>
            <w:tcW w:w="3400" w:type="dxa"/>
            <w:vAlign w:val="center"/>
          </w:tcPr>
          <w:p w:rsidR="00D24628" w:rsidRDefault="00AF0574">
            <w:pPr>
              <w:jc w:val="center"/>
            </w:pPr>
            <w:r>
              <w:rPr>
                <w:sz w:val="16"/>
              </w:rPr>
              <w:t>20-25 Eylül</w:t>
            </w:r>
          </w:p>
        </w:tc>
      </w:tr>
      <w:tr w:rsidR="00D24628">
        <w:trPr>
          <w:jc w:val="center"/>
        </w:trPr>
        <w:tc>
          <w:tcPr>
            <w:tcW w:w="3400" w:type="dxa"/>
            <w:vAlign w:val="center"/>
          </w:tcPr>
          <w:p w:rsidR="00D24628" w:rsidRDefault="00AF0574">
            <w:pPr>
              <w:jc w:val="center"/>
            </w:pPr>
            <w:r>
              <w:rPr>
                <w:sz w:val="16"/>
              </w:rPr>
              <w:t>Öğrenci kulüplerinin belirlenmesi ve kulüp danışman öğretmenlerinin görevlendirilmesi</w:t>
            </w:r>
          </w:p>
        </w:tc>
        <w:tc>
          <w:tcPr>
            <w:tcW w:w="3400" w:type="dxa"/>
            <w:vAlign w:val="center"/>
          </w:tcPr>
          <w:p w:rsidR="00D24628" w:rsidRDefault="00AF0574">
            <w:pPr>
              <w:jc w:val="center"/>
            </w:pPr>
            <w:r>
              <w:rPr>
                <w:sz w:val="16"/>
              </w:rPr>
              <w:t>Öğretmenler Kurulu</w:t>
            </w:r>
          </w:p>
        </w:tc>
        <w:tc>
          <w:tcPr>
            <w:tcW w:w="3400" w:type="dxa"/>
            <w:vAlign w:val="center"/>
          </w:tcPr>
          <w:p w:rsidR="00D24628" w:rsidRDefault="00AF0574">
            <w:pPr>
              <w:jc w:val="center"/>
            </w:pPr>
            <w:r>
              <w:rPr>
                <w:sz w:val="16"/>
              </w:rPr>
              <w:t>01-25 Eylül</w:t>
            </w:r>
          </w:p>
        </w:tc>
      </w:tr>
      <w:tr w:rsidR="00D24628">
        <w:trPr>
          <w:jc w:val="center"/>
        </w:trPr>
        <w:tc>
          <w:tcPr>
            <w:tcW w:w="3400" w:type="dxa"/>
            <w:vAlign w:val="center"/>
          </w:tcPr>
          <w:p w:rsidR="00D24628" w:rsidRDefault="00AF0574">
            <w:pPr>
              <w:jc w:val="center"/>
            </w:pPr>
            <w:r>
              <w:rPr>
                <w:sz w:val="16"/>
              </w:rPr>
              <w:t>Öğrencilerin ilgi, istek, ihtiyaç ve yetenekleri doğrultusunda kulüplere katılımının belirlenmesi ve Sosyal Etkinlik Modülüne işlenmesi</w:t>
            </w:r>
          </w:p>
        </w:tc>
        <w:tc>
          <w:tcPr>
            <w:tcW w:w="3400" w:type="dxa"/>
            <w:vAlign w:val="center"/>
          </w:tcPr>
          <w:p w:rsidR="00D24628" w:rsidRDefault="00AF0574">
            <w:pPr>
              <w:jc w:val="center"/>
            </w:pPr>
            <w:r>
              <w:rPr>
                <w:sz w:val="16"/>
              </w:rPr>
              <w:t>Sınıf Öğretmenleri</w:t>
            </w:r>
          </w:p>
        </w:tc>
        <w:tc>
          <w:tcPr>
            <w:tcW w:w="3400" w:type="dxa"/>
            <w:vAlign w:val="center"/>
          </w:tcPr>
          <w:p w:rsidR="00D24628" w:rsidRDefault="00AF0574">
            <w:pPr>
              <w:jc w:val="center"/>
            </w:pPr>
            <w:r>
              <w:rPr>
                <w:sz w:val="16"/>
              </w:rPr>
              <w:t>01-25 Eylül</w:t>
            </w:r>
          </w:p>
        </w:tc>
      </w:tr>
      <w:tr w:rsidR="00D24628">
        <w:trPr>
          <w:jc w:val="center"/>
        </w:trPr>
        <w:tc>
          <w:tcPr>
            <w:tcW w:w="3400" w:type="dxa"/>
            <w:vAlign w:val="center"/>
          </w:tcPr>
          <w:p w:rsidR="00D24628" w:rsidRDefault="00AF0574">
            <w:pPr>
              <w:jc w:val="center"/>
            </w:pPr>
            <w:r>
              <w:rPr>
                <w:sz w:val="16"/>
              </w:rPr>
              <w:t>Öğrenci kulüpleri tarafından yıllık etkinlik planlarının hazırlanması</w:t>
            </w:r>
          </w:p>
        </w:tc>
        <w:tc>
          <w:tcPr>
            <w:tcW w:w="3400" w:type="dxa"/>
            <w:vAlign w:val="center"/>
          </w:tcPr>
          <w:p w:rsidR="00D24628" w:rsidRDefault="00AF0574">
            <w:pPr>
              <w:jc w:val="center"/>
            </w:pPr>
            <w:r>
              <w:rPr>
                <w:sz w:val="16"/>
              </w:rPr>
              <w:t>Öğrenci Kulüpleri / Danışman Öğretmenler</w:t>
            </w:r>
          </w:p>
        </w:tc>
        <w:tc>
          <w:tcPr>
            <w:tcW w:w="3400" w:type="dxa"/>
            <w:vAlign w:val="center"/>
          </w:tcPr>
          <w:p w:rsidR="00D24628" w:rsidRDefault="00AF0574">
            <w:pPr>
              <w:jc w:val="center"/>
            </w:pPr>
            <w:r>
              <w:rPr>
                <w:sz w:val="16"/>
              </w:rPr>
              <w:t>01-25 Eylül</w:t>
            </w:r>
          </w:p>
        </w:tc>
      </w:tr>
      <w:tr w:rsidR="00D24628">
        <w:trPr>
          <w:jc w:val="center"/>
        </w:trPr>
        <w:tc>
          <w:tcPr>
            <w:tcW w:w="3400" w:type="dxa"/>
            <w:vAlign w:val="center"/>
          </w:tcPr>
          <w:p w:rsidR="00D24628" w:rsidRDefault="00AF0574">
            <w:pPr>
              <w:jc w:val="center"/>
            </w:pPr>
            <w:r>
              <w:rPr>
                <w:sz w:val="16"/>
              </w:rPr>
              <w:lastRenderedPageBreak/>
              <w:t>Eylem planında yer alacak temalara yönelik sosyal etkinliklerin oluşturulması</w:t>
            </w:r>
          </w:p>
        </w:tc>
        <w:tc>
          <w:tcPr>
            <w:tcW w:w="3400" w:type="dxa"/>
            <w:vAlign w:val="center"/>
          </w:tcPr>
          <w:p w:rsidR="00D24628" w:rsidRDefault="00AF0574">
            <w:pPr>
              <w:jc w:val="center"/>
            </w:pPr>
            <w:r>
              <w:rPr>
                <w:sz w:val="16"/>
              </w:rPr>
              <w:t>Sosyal Etkinlikler Kurulu</w:t>
            </w:r>
          </w:p>
        </w:tc>
        <w:tc>
          <w:tcPr>
            <w:tcW w:w="3400" w:type="dxa"/>
            <w:vAlign w:val="center"/>
          </w:tcPr>
          <w:p w:rsidR="00D24628" w:rsidRDefault="00AF0574">
            <w:pPr>
              <w:jc w:val="center"/>
            </w:pPr>
            <w:r>
              <w:rPr>
                <w:sz w:val="16"/>
              </w:rPr>
              <w:t>15-25 Eylül</w:t>
            </w:r>
          </w:p>
        </w:tc>
      </w:tr>
      <w:tr w:rsidR="00D24628">
        <w:trPr>
          <w:jc w:val="center"/>
        </w:trPr>
        <w:tc>
          <w:tcPr>
            <w:tcW w:w="3400" w:type="dxa"/>
            <w:vAlign w:val="center"/>
          </w:tcPr>
          <w:p w:rsidR="00D24628" w:rsidRDefault="00AF0574">
            <w:pPr>
              <w:jc w:val="center"/>
            </w:pPr>
            <w:r>
              <w:rPr>
                <w:sz w:val="16"/>
              </w:rPr>
              <w:t>Kulüpler tarafından sunulan etkinlik önerilerinin değerlendirilmesi</w:t>
            </w:r>
          </w:p>
        </w:tc>
        <w:tc>
          <w:tcPr>
            <w:tcW w:w="3400" w:type="dxa"/>
            <w:vAlign w:val="center"/>
          </w:tcPr>
          <w:p w:rsidR="00D24628" w:rsidRDefault="00AF0574">
            <w:pPr>
              <w:jc w:val="center"/>
            </w:pPr>
            <w:r>
              <w:rPr>
                <w:sz w:val="16"/>
              </w:rPr>
              <w:t>Sosyal Etkinlikler Kurulu</w:t>
            </w:r>
          </w:p>
        </w:tc>
        <w:tc>
          <w:tcPr>
            <w:tcW w:w="3400" w:type="dxa"/>
            <w:vAlign w:val="center"/>
          </w:tcPr>
          <w:p w:rsidR="00D24628" w:rsidRDefault="00AF0574">
            <w:pPr>
              <w:jc w:val="center"/>
            </w:pPr>
            <w:r>
              <w:rPr>
                <w:sz w:val="16"/>
              </w:rPr>
              <w:t>15-25 Eylül</w:t>
            </w:r>
          </w:p>
        </w:tc>
      </w:tr>
      <w:tr w:rsidR="00D24628">
        <w:trPr>
          <w:jc w:val="center"/>
        </w:trPr>
        <w:tc>
          <w:tcPr>
            <w:tcW w:w="3400" w:type="dxa"/>
            <w:vAlign w:val="center"/>
          </w:tcPr>
          <w:p w:rsidR="00D24628" w:rsidRDefault="00AF0574">
            <w:pPr>
              <w:jc w:val="center"/>
            </w:pPr>
            <w:r>
              <w:rPr>
                <w:sz w:val="16"/>
              </w:rPr>
              <w:t>Uygun etkinliklerin kulüp yıllık çalışma planlarına dâhil edilmesi</w:t>
            </w:r>
          </w:p>
        </w:tc>
        <w:tc>
          <w:tcPr>
            <w:tcW w:w="3400" w:type="dxa"/>
            <w:vAlign w:val="center"/>
          </w:tcPr>
          <w:p w:rsidR="00D24628" w:rsidRDefault="00AF0574">
            <w:pPr>
              <w:jc w:val="center"/>
            </w:pPr>
            <w:r>
              <w:rPr>
                <w:sz w:val="16"/>
              </w:rPr>
              <w:t>Öğrenci Kulüpleri / Danışman Öğretmenler</w:t>
            </w:r>
          </w:p>
        </w:tc>
        <w:tc>
          <w:tcPr>
            <w:tcW w:w="3400" w:type="dxa"/>
            <w:vAlign w:val="center"/>
          </w:tcPr>
          <w:p w:rsidR="00D24628" w:rsidRDefault="00AF0574">
            <w:pPr>
              <w:jc w:val="center"/>
            </w:pPr>
            <w:r>
              <w:rPr>
                <w:sz w:val="16"/>
              </w:rPr>
              <w:t>15-25 Eylül</w:t>
            </w:r>
          </w:p>
        </w:tc>
      </w:tr>
      <w:tr w:rsidR="00D24628">
        <w:trPr>
          <w:jc w:val="center"/>
        </w:trPr>
        <w:tc>
          <w:tcPr>
            <w:tcW w:w="3400" w:type="dxa"/>
            <w:vAlign w:val="center"/>
          </w:tcPr>
          <w:p w:rsidR="00D24628" w:rsidRDefault="00AF0574">
            <w:pPr>
              <w:jc w:val="center"/>
            </w:pPr>
            <w:r>
              <w:rPr>
                <w:sz w:val="16"/>
              </w:rPr>
              <w:t>Okul Temelli Sosyal Etkinlikler Eylem Planının hazırlanması</w:t>
            </w:r>
          </w:p>
        </w:tc>
        <w:tc>
          <w:tcPr>
            <w:tcW w:w="3400" w:type="dxa"/>
            <w:vAlign w:val="center"/>
          </w:tcPr>
          <w:p w:rsidR="00D24628" w:rsidRDefault="00AF0574">
            <w:pPr>
              <w:jc w:val="center"/>
            </w:pPr>
            <w:r>
              <w:rPr>
                <w:sz w:val="16"/>
              </w:rPr>
              <w:t>Sosyal Etkinlikler Kurulu</w:t>
            </w:r>
          </w:p>
        </w:tc>
        <w:tc>
          <w:tcPr>
            <w:tcW w:w="3400" w:type="dxa"/>
            <w:vAlign w:val="center"/>
          </w:tcPr>
          <w:p w:rsidR="00D24628" w:rsidRDefault="00AF0574">
            <w:pPr>
              <w:jc w:val="center"/>
            </w:pPr>
            <w:r>
              <w:rPr>
                <w:sz w:val="16"/>
              </w:rPr>
              <w:t>15-25 Eylül</w:t>
            </w:r>
          </w:p>
        </w:tc>
      </w:tr>
      <w:tr w:rsidR="00D24628">
        <w:trPr>
          <w:jc w:val="center"/>
        </w:trPr>
        <w:tc>
          <w:tcPr>
            <w:tcW w:w="3400" w:type="dxa"/>
            <w:vAlign w:val="center"/>
          </w:tcPr>
          <w:p w:rsidR="00D24628" w:rsidRDefault="00AF0574">
            <w:pPr>
              <w:jc w:val="center"/>
            </w:pPr>
            <w:r>
              <w:rPr>
                <w:sz w:val="16"/>
              </w:rPr>
              <w:t>Eylem planının onaylanması</w:t>
            </w:r>
          </w:p>
        </w:tc>
        <w:tc>
          <w:tcPr>
            <w:tcW w:w="3400" w:type="dxa"/>
            <w:vAlign w:val="center"/>
          </w:tcPr>
          <w:p w:rsidR="00D24628" w:rsidRDefault="00AF0574">
            <w:pPr>
              <w:jc w:val="center"/>
            </w:pPr>
            <w:r>
              <w:rPr>
                <w:sz w:val="16"/>
              </w:rPr>
              <w:t>Okul Müdürü</w:t>
            </w:r>
          </w:p>
        </w:tc>
        <w:tc>
          <w:tcPr>
            <w:tcW w:w="3400" w:type="dxa"/>
            <w:vAlign w:val="center"/>
          </w:tcPr>
          <w:p w:rsidR="00D24628" w:rsidRDefault="00AF0574">
            <w:pPr>
              <w:jc w:val="center"/>
            </w:pPr>
            <w:r>
              <w:rPr>
                <w:sz w:val="16"/>
              </w:rPr>
              <w:t>15-25 Eylül</w:t>
            </w:r>
          </w:p>
        </w:tc>
      </w:tr>
      <w:tr w:rsidR="00D24628">
        <w:trPr>
          <w:jc w:val="center"/>
        </w:trPr>
        <w:tc>
          <w:tcPr>
            <w:tcW w:w="3400" w:type="dxa"/>
            <w:vAlign w:val="center"/>
          </w:tcPr>
          <w:p w:rsidR="00D24628" w:rsidRDefault="00AF0574">
            <w:pPr>
              <w:jc w:val="center"/>
            </w:pPr>
            <w:r>
              <w:rPr>
                <w:sz w:val="16"/>
              </w:rPr>
              <w:t>Eylem planının Sosyal Etkinlik Modülüne işlenmesi</w:t>
            </w:r>
          </w:p>
        </w:tc>
        <w:tc>
          <w:tcPr>
            <w:tcW w:w="3400" w:type="dxa"/>
            <w:vAlign w:val="center"/>
          </w:tcPr>
          <w:p w:rsidR="00D24628" w:rsidRDefault="00AF0574">
            <w:pPr>
              <w:jc w:val="center"/>
            </w:pPr>
            <w:r>
              <w:rPr>
                <w:sz w:val="16"/>
              </w:rPr>
              <w:t>Okul Yönetimi</w:t>
            </w:r>
          </w:p>
        </w:tc>
        <w:tc>
          <w:tcPr>
            <w:tcW w:w="3400" w:type="dxa"/>
            <w:vAlign w:val="center"/>
          </w:tcPr>
          <w:p w:rsidR="00D24628" w:rsidRDefault="00AF0574">
            <w:pPr>
              <w:jc w:val="center"/>
            </w:pPr>
            <w:r>
              <w:rPr>
                <w:sz w:val="16"/>
              </w:rPr>
              <w:t>15-25 Eylül</w:t>
            </w:r>
          </w:p>
        </w:tc>
      </w:tr>
      <w:tr w:rsidR="00D24628">
        <w:trPr>
          <w:jc w:val="center"/>
        </w:trPr>
        <w:tc>
          <w:tcPr>
            <w:tcW w:w="3400" w:type="dxa"/>
            <w:vAlign w:val="center"/>
          </w:tcPr>
          <w:p w:rsidR="00D24628" w:rsidRDefault="00AF0574">
            <w:pPr>
              <w:jc w:val="center"/>
            </w:pPr>
            <w:r>
              <w:rPr>
                <w:sz w:val="16"/>
              </w:rPr>
              <w:t>Birinci dönem sonu değerlendirmesi</w:t>
            </w:r>
          </w:p>
        </w:tc>
        <w:tc>
          <w:tcPr>
            <w:tcW w:w="3400" w:type="dxa"/>
            <w:vAlign w:val="center"/>
          </w:tcPr>
          <w:p w:rsidR="00D24628" w:rsidRDefault="00AF0574">
            <w:pPr>
              <w:jc w:val="center"/>
            </w:pPr>
            <w:r>
              <w:rPr>
                <w:sz w:val="16"/>
              </w:rPr>
              <w:t>Okul Müdürü koordinasyonunda Sosyal Etkinlikler Kurulu</w:t>
            </w:r>
          </w:p>
        </w:tc>
        <w:tc>
          <w:tcPr>
            <w:tcW w:w="3400" w:type="dxa"/>
            <w:vAlign w:val="center"/>
          </w:tcPr>
          <w:p w:rsidR="00D24628" w:rsidRDefault="00AF0574">
            <w:pPr>
              <w:jc w:val="center"/>
            </w:pPr>
            <w:r>
              <w:rPr>
                <w:sz w:val="16"/>
              </w:rPr>
              <w:t>Birinci dönemin son iki haftası</w:t>
            </w:r>
          </w:p>
        </w:tc>
      </w:tr>
      <w:tr w:rsidR="00D24628">
        <w:trPr>
          <w:jc w:val="center"/>
        </w:trPr>
        <w:tc>
          <w:tcPr>
            <w:tcW w:w="3400" w:type="dxa"/>
            <w:vAlign w:val="center"/>
          </w:tcPr>
          <w:p w:rsidR="00D24628" w:rsidRDefault="00AF0574">
            <w:pPr>
              <w:jc w:val="center"/>
            </w:pPr>
            <w:r>
              <w:rPr>
                <w:sz w:val="16"/>
              </w:rPr>
              <w:t>İkinci dönem sonu değerlendirmesi</w:t>
            </w:r>
          </w:p>
        </w:tc>
        <w:tc>
          <w:tcPr>
            <w:tcW w:w="3400" w:type="dxa"/>
            <w:vAlign w:val="center"/>
          </w:tcPr>
          <w:p w:rsidR="00D24628" w:rsidRDefault="00AF0574">
            <w:pPr>
              <w:jc w:val="center"/>
            </w:pPr>
            <w:r>
              <w:rPr>
                <w:sz w:val="16"/>
              </w:rPr>
              <w:t>Okul Müdürü koordinasyonunda Sosyal Etkinlikler Kurulu</w:t>
            </w:r>
          </w:p>
        </w:tc>
        <w:tc>
          <w:tcPr>
            <w:tcW w:w="3400" w:type="dxa"/>
            <w:vAlign w:val="center"/>
          </w:tcPr>
          <w:p w:rsidR="00D24628" w:rsidRDefault="00AF0574">
            <w:pPr>
              <w:jc w:val="center"/>
            </w:pPr>
            <w:r>
              <w:rPr>
                <w:sz w:val="16"/>
              </w:rPr>
              <w:t>20-30 Haziran</w:t>
            </w:r>
          </w:p>
        </w:tc>
      </w:tr>
      <w:tr w:rsidR="00D24628">
        <w:trPr>
          <w:jc w:val="center"/>
        </w:trPr>
        <w:tc>
          <w:tcPr>
            <w:tcW w:w="3400" w:type="dxa"/>
            <w:vAlign w:val="center"/>
          </w:tcPr>
          <w:p w:rsidR="00D24628" w:rsidRDefault="00AF0574">
            <w:pPr>
              <w:jc w:val="center"/>
            </w:pPr>
            <w:r>
              <w:rPr>
                <w:sz w:val="16"/>
              </w:rPr>
              <w:t>Yıl sonu izleme ve değerlendirme raporu</w:t>
            </w:r>
          </w:p>
        </w:tc>
        <w:tc>
          <w:tcPr>
            <w:tcW w:w="3400" w:type="dxa"/>
            <w:vAlign w:val="center"/>
          </w:tcPr>
          <w:p w:rsidR="00D24628" w:rsidRDefault="00AF0574">
            <w:pPr>
              <w:jc w:val="center"/>
            </w:pPr>
            <w:r>
              <w:rPr>
                <w:sz w:val="16"/>
              </w:rPr>
              <w:t>Sosyal Etkinlikler Kurulu</w:t>
            </w:r>
          </w:p>
        </w:tc>
        <w:tc>
          <w:tcPr>
            <w:tcW w:w="3400" w:type="dxa"/>
            <w:vAlign w:val="center"/>
          </w:tcPr>
          <w:p w:rsidR="00D24628" w:rsidRDefault="00AF0574">
            <w:pPr>
              <w:jc w:val="center"/>
            </w:pPr>
            <w:r>
              <w:rPr>
                <w:sz w:val="16"/>
              </w:rPr>
              <w:t>20-30 Haziran</w:t>
            </w:r>
          </w:p>
        </w:tc>
      </w:tr>
    </w:tbl>
    <w:p w:rsidR="00D41655" w:rsidRDefault="00D41655">
      <w:pPr>
        <w:pStyle w:val="Balk1"/>
      </w:pPr>
    </w:p>
    <w:p w:rsidR="00072986" w:rsidRDefault="00072986" w:rsidP="00072986">
      <w:pPr>
        <w:jc w:val="right"/>
      </w:pPr>
    </w:p>
    <w:p w:rsidR="00072986" w:rsidRPr="00072986" w:rsidRDefault="00072986">
      <w:pPr>
        <w:rPr>
          <w:b/>
          <w:color w:val="244061" w:themeColor="accent1" w:themeShade="80"/>
        </w:rPr>
      </w:pPr>
      <w:r w:rsidRPr="00072986">
        <w:rPr>
          <w:b/>
          <w:color w:val="244061" w:themeColor="accent1" w:themeShade="80"/>
        </w:rPr>
        <w:t>10. ONAY</w:t>
      </w:r>
    </w:p>
    <w:p w:rsidR="00D24628" w:rsidRDefault="00882B09">
      <w:r>
        <w:t xml:space="preserve">       </w:t>
      </w:r>
      <w:r w:rsidR="00AF0574">
        <w:t>İşbu Okul Temelli Sosyal Etkinlikler Eylem Planı, 17/09/2026 tarihinde Sosyal Etkinlikler Kurulu tarafından hazırlanmış olup okul müdürünün onayına sunulmuştur.</w:t>
      </w:r>
    </w:p>
    <w:p w:rsidR="00D24628" w:rsidRDefault="00D24628"/>
    <w:tbl>
      <w:tblPr>
        <w:tblStyle w:val="TabloKlavuzu"/>
        <w:tblW w:w="0" w:type="auto"/>
        <w:tblLook w:val="04A0" w:firstRow="1" w:lastRow="0" w:firstColumn="1" w:lastColumn="0" w:noHBand="0" w:noVBand="1"/>
      </w:tblPr>
      <w:tblGrid>
        <w:gridCol w:w="4869"/>
        <w:gridCol w:w="4867"/>
      </w:tblGrid>
      <w:tr w:rsidR="00D24628">
        <w:tc>
          <w:tcPr>
            <w:tcW w:w="5100" w:type="dxa"/>
            <w:vAlign w:val="center"/>
          </w:tcPr>
          <w:p w:rsidR="00D24628" w:rsidRDefault="00AF0574">
            <w:pPr>
              <w:jc w:val="center"/>
            </w:pPr>
            <w:r>
              <w:rPr>
                <w:b/>
                <w:sz w:val="18"/>
              </w:rPr>
              <w:t>HAZIRLAYAN</w:t>
            </w:r>
          </w:p>
        </w:tc>
        <w:tc>
          <w:tcPr>
            <w:tcW w:w="5100" w:type="dxa"/>
            <w:vAlign w:val="center"/>
          </w:tcPr>
          <w:p w:rsidR="00D24628" w:rsidRDefault="00AF0574">
            <w:pPr>
              <w:jc w:val="center"/>
            </w:pPr>
            <w:r>
              <w:rPr>
                <w:b/>
                <w:sz w:val="18"/>
              </w:rPr>
              <w:t>ONAYLAYAN</w:t>
            </w:r>
          </w:p>
        </w:tc>
      </w:tr>
      <w:tr w:rsidR="00D24628">
        <w:tc>
          <w:tcPr>
            <w:tcW w:w="5100" w:type="dxa"/>
            <w:vAlign w:val="center"/>
          </w:tcPr>
          <w:p w:rsidR="00D24628" w:rsidRDefault="00AF0574">
            <w:pPr>
              <w:jc w:val="center"/>
            </w:pPr>
            <w:r>
              <w:rPr>
                <w:b/>
                <w:sz w:val="18"/>
              </w:rPr>
              <w:t>Sosyal Etkinlikler Kurulu</w:t>
            </w:r>
          </w:p>
        </w:tc>
        <w:tc>
          <w:tcPr>
            <w:tcW w:w="5100" w:type="dxa"/>
            <w:vAlign w:val="center"/>
          </w:tcPr>
          <w:p w:rsidR="00D24628" w:rsidRDefault="00AF0574">
            <w:pPr>
              <w:jc w:val="center"/>
            </w:pPr>
            <w:r>
              <w:rPr>
                <w:b/>
                <w:sz w:val="18"/>
              </w:rPr>
              <w:t>Okul Müdürü</w:t>
            </w:r>
          </w:p>
        </w:tc>
      </w:tr>
      <w:tr w:rsidR="00D24628">
        <w:tc>
          <w:tcPr>
            <w:tcW w:w="5100" w:type="dxa"/>
            <w:vAlign w:val="center"/>
          </w:tcPr>
          <w:p w:rsidR="00D24628" w:rsidRDefault="00AF0574">
            <w:pPr>
              <w:jc w:val="center"/>
            </w:pPr>
            <w:r>
              <w:rPr>
                <w:sz w:val="18"/>
              </w:rPr>
              <w:t>Kurul Başkanı / Müdür Yardımcısı</w:t>
            </w:r>
          </w:p>
        </w:tc>
        <w:tc>
          <w:tcPr>
            <w:tcW w:w="5100" w:type="dxa"/>
            <w:vAlign w:val="center"/>
          </w:tcPr>
          <w:p w:rsidR="00D24628" w:rsidRDefault="00AF0574">
            <w:pPr>
              <w:jc w:val="center"/>
            </w:pPr>
            <w:r>
              <w:rPr>
                <w:sz w:val="18"/>
              </w:rPr>
              <w:t>Okul Müdürü</w:t>
            </w:r>
          </w:p>
        </w:tc>
      </w:tr>
      <w:tr w:rsidR="00D24628">
        <w:tc>
          <w:tcPr>
            <w:tcW w:w="5100" w:type="dxa"/>
            <w:vAlign w:val="center"/>
          </w:tcPr>
          <w:p w:rsidR="00D24628" w:rsidRDefault="00AF0574">
            <w:pPr>
              <w:jc w:val="center"/>
            </w:pPr>
            <w:r>
              <w:rPr>
                <w:sz w:val="18"/>
              </w:rPr>
              <w:t>Tarih: 17/09/2026</w:t>
            </w:r>
          </w:p>
        </w:tc>
        <w:tc>
          <w:tcPr>
            <w:tcW w:w="5100" w:type="dxa"/>
            <w:vAlign w:val="center"/>
          </w:tcPr>
          <w:p w:rsidR="00D24628" w:rsidRDefault="00AF0574">
            <w:pPr>
              <w:jc w:val="center"/>
            </w:pPr>
            <w:r>
              <w:rPr>
                <w:sz w:val="18"/>
              </w:rPr>
              <w:t>Tarih: 17/09/2026</w:t>
            </w:r>
          </w:p>
        </w:tc>
      </w:tr>
    </w:tbl>
    <w:p w:rsidR="00AF0574" w:rsidRDefault="00AF0574"/>
    <w:sectPr w:rsidR="00AF0574"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DB7" w:rsidRDefault="001F0DB7">
      <w:pPr>
        <w:spacing w:after="0" w:line="240" w:lineRule="auto"/>
      </w:pPr>
      <w:r>
        <w:separator/>
      </w:r>
    </w:p>
  </w:endnote>
  <w:endnote w:type="continuationSeparator" w:id="0">
    <w:p w:rsidR="001F0DB7" w:rsidRDefault="001F0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628" w:rsidRDefault="00AF0574">
    <w:pPr>
      <w:pStyle w:val="AltBilgi"/>
      <w:jc w:val="center"/>
    </w:pPr>
    <w:r>
      <w:rPr>
        <w:sz w:val="16"/>
      </w:rPr>
      <w:t>2026-2027 Eğitim Öğretim Yılı – Okul Temelli Sosyal Etkinlikler Eylem Planı – İlkokul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DB7" w:rsidRDefault="001F0DB7">
      <w:pPr>
        <w:spacing w:after="0" w:line="240" w:lineRule="auto"/>
      </w:pPr>
      <w:r>
        <w:separator/>
      </w:r>
    </w:p>
  </w:footnote>
  <w:footnote w:type="continuationSeparator" w:id="0">
    <w:p w:rsidR="001F0DB7" w:rsidRDefault="001F0D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1CA6"/>
    <w:rsid w:val="00032BE1"/>
    <w:rsid w:val="00034616"/>
    <w:rsid w:val="0006063C"/>
    <w:rsid w:val="000652CA"/>
    <w:rsid w:val="00072986"/>
    <w:rsid w:val="00087F42"/>
    <w:rsid w:val="00136E84"/>
    <w:rsid w:val="00140BFA"/>
    <w:rsid w:val="0015074B"/>
    <w:rsid w:val="00153624"/>
    <w:rsid w:val="00171165"/>
    <w:rsid w:val="001728E6"/>
    <w:rsid w:val="00175F18"/>
    <w:rsid w:val="001A5BCF"/>
    <w:rsid w:val="001F0DB7"/>
    <w:rsid w:val="00263DC7"/>
    <w:rsid w:val="00284FB1"/>
    <w:rsid w:val="0029639D"/>
    <w:rsid w:val="002C4C35"/>
    <w:rsid w:val="00301D81"/>
    <w:rsid w:val="003117B6"/>
    <w:rsid w:val="00326F90"/>
    <w:rsid w:val="00335EC4"/>
    <w:rsid w:val="003D1FF7"/>
    <w:rsid w:val="003D4248"/>
    <w:rsid w:val="00435609"/>
    <w:rsid w:val="00451F31"/>
    <w:rsid w:val="004527BD"/>
    <w:rsid w:val="004610F7"/>
    <w:rsid w:val="004A4FFC"/>
    <w:rsid w:val="004D5023"/>
    <w:rsid w:val="005551B8"/>
    <w:rsid w:val="005877E8"/>
    <w:rsid w:val="00602C3D"/>
    <w:rsid w:val="00611FD0"/>
    <w:rsid w:val="006314DB"/>
    <w:rsid w:val="00645DB3"/>
    <w:rsid w:val="006460BD"/>
    <w:rsid w:val="00652F12"/>
    <w:rsid w:val="00654559"/>
    <w:rsid w:val="006B2ED8"/>
    <w:rsid w:val="006C1F61"/>
    <w:rsid w:val="006C510D"/>
    <w:rsid w:val="006D63B8"/>
    <w:rsid w:val="006F292E"/>
    <w:rsid w:val="00716771"/>
    <w:rsid w:val="00744773"/>
    <w:rsid w:val="00747626"/>
    <w:rsid w:val="00753122"/>
    <w:rsid w:val="0077357D"/>
    <w:rsid w:val="007B5AF4"/>
    <w:rsid w:val="007C3A0B"/>
    <w:rsid w:val="007E59BA"/>
    <w:rsid w:val="0081586D"/>
    <w:rsid w:val="00816FFE"/>
    <w:rsid w:val="00850162"/>
    <w:rsid w:val="00867C25"/>
    <w:rsid w:val="00871132"/>
    <w:rsid w:val="00882B09"/>
    <w:rsid w:val="008A3F7A"/>
    <w:rsid w:val="008C681C"/>
    <w:rsid w:val="008E4AD3"/>
    <w:rsid w:val="00901346"/>
    <w:rsid w:val="00943666"/>
    <w:rsid w:val="00961C22"/>
    <w:rsid w:val="00972938"/>
    <w:rsid w:val="00976FD9"/>
    <w:rsid w:val="009856B1"/>
    <w:rsid w:val="009957C8"/>
    <w:rsid w:val="009E425E"/>
    <w:rsid w:val="00AA1D8D"/>
    <w:rsid w:val="00AA71C2"/>
    <w:rsid w:val="00AC0BFF"/>
    <w:rsid w:val="00AF0574"/>
    <w:rsid w:val="00B041CB"/>
    <w:rsid w:val="00B47730"/>
    <w:rsid w:val="00B66450"/>
    <w:rsid w:val="00B8083E"/>
    <w:rsid w:val="00BC7FF3"/>
    <w:rsid w:val="00BE232D"/>
    <w:rsid w:val="00BF65BA"/>
    <w:rsid w:val="00C455E7"/>
    <w:rsid w:val="00CB0664"/>
    <w:rsid w:val="00D112FF"/>
    <w:rsid w:val="00D17927"/>
    <w:rsid w:val="00D24628"/>
    <w:rsid w:val="00D32799"/>
    <w:rsid w:val="00D32C1B"/>
    <w:rsid w:val="00D37BAE"/>
    <w:rsid w:val="00D41655"/>
    <w:rsid w:val="00D54043"/>
    <w:rsid w:val="00D63555"/>
    <w:rsid w:val="00D91B23"/>
    <w:rsid w:val="00DA2B52"/>
    <w:rsid w:val="00DB1ED2"/>
    <w:rsid w:val="00DD3BA0"/>
    <w:rsid w:val="00E01265"/>
    <w:rsid w:val="00E02F7C"/>
    <w:rsid w:val="00E436AC"/>
    <w:rsid w:val="00E60C6A"/>
    <w:rsid w:val="00E9048C"/>
    <w:rsid w:val="00EA3218"/>
    <w:rsid w:val="00EC2126"/>
    <w:rsid w:val="00ED2F2F"/>
    <w:rsid w:val="00EE71B3"/>
    <w:rsid w:val="00F35DFD"/>
    <w:rsid w:val="00F47EAB"/>
    <w:rsid w:val="00F52828"/>
    <w:rsid w:val="00F54CE4"/>
    <w:rsid w:val="00F95B64"/>
    <w:rsid w:val="00FB09D0"/>
    <w:rsid w:val="00FC693F"/>
    <w:rsid w:val="00FF03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7F1B3"/>
  <w14:defaultImageDpi w14:val="300"/>
  <w15:docId w15:val="{CE01643C-8205-4D78-9396-05454B85C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D32C1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32C1B"/>
    <w:rPr>
      <w:rFonts w:ascii="Segoe UI" w:hAnsi="Segoe UI" w:cs="Segoe UI"/>
      <w:sz w:val="18"/>
      <w:szCs w:val="18"/>
    </w:rPr>
  </w:style>
  <w:style w:type="character" w:styleId="AklamaBavurusu">
    <w:name w:val="annotation reference"/>
    <w:basedOn w:val="VarsaylanParagrafYazTipi"/>
    <w:uiPriority w:val="99"/>
    <w:semiHidden/>
    <w:unhideWhenUsed/>
    <w:rsid w:val="008C681C"/>
    <w:rPr>
      <w:sz w:val="16"/>
      <w:szCs w:val="16"/>
    </w:rPr>
  </w:style>
  <w:style w:type="paragraph" w:styleId="AklamaMetni">
    <w:name w:val="annotation text"/>
    <w:basedOn w:val="Normal"/>
    <w:link w:val="AklamaMetniChar"/>
    <w:uiPriority w:val="99"/>
    <w:semiHidden/>
    <w:unhideWhenUsed/>
    <w:rsid w:val="008C681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C681C"/>
    <w:rPr>
      <w:rFonts w:ascii="Arial" w:hAnsi="Arial"/>
      <w:sz w:val="20"/>
      <w:szCs w:val="20"/>
    </w:rPr>
  </w:style>
  <w:style w:type="paragraph" w:styleId="AklamaKonusu">
    <w:name w:val="annotation subject"/>
    <w:basedOn w:val="AklamaMetni"/>
    <w:next w:val="AklamaMetni"/>
    <w:link w:val="AklamaKonusuChar"/>
    <w:uiPriority w:val="99"/>
    <w:semiHidden/>
    <w:unhideWhenUsed/>
    <w:rsid w:val="008C681C"/>
    <w:rPr>
      <w:b/>
      <w:bCs/>
    </w:rPr>
  </w:style>
  <w:style w:type="character" w:customStyle="1" w:styleId="AklamaKonusuChar">
    <w:name w:val="Açıklama Konusu Char"/>
    <w:basedOn w:val="AklamaMetniChar"/>
    <w:link w:val="AklamaKonusu"/>
    <w:uiPriority w:val="99"/>
    <w:semiHidden/>
    <w:rsid w:val="008C681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29E48-9BBA-4037-B4AF-8A9C01C2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1990</Words>
  <Characters>11348</Characters>
  <DocSecurity>0</DocSecurity>
  <Lines>94</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Mustafa KABUL</Manager>
  <Company>www.mustafakabul.com</Company>
  <LinksUpToDate>false</LinksUpToDate>
  <CharactersWithSpaces>13312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www.mustafakabul.com</dc:subject>
  <dc:creator>Mustafa Kabul</dc:creator>
  <cp:keywords>www.mustafakabul.com</cp:keywords>
  <dc:description>Bu dosya www.mustafakabul.com sitesinden indirilmiştir.</dc:description>
  <cp:lastPrinted>2026-09-18T08:36:00Z</cp:lastPrinted>
  <dcterms:created xsi:type="dcterms:W3CDTF">2026-09-21T13:04:00Z</dcterms:created>
  <dcterms:modified xsi:type="dcterms:W3CDTF">2026-09-23T18:27:00Z</dcterms:modified>
  <cp:category>www.mustafakabul.com</cp:category>
</cp:coreProperties>
</file>