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6250" w:rsidRDefault="00C55C52">
      <w:pPr>
        <w:spacing w:after="20"/>
        <w:jc w:val="center"/>
      </w:pPr>
      <w:bookmarkStart w:id="0" w:name="_GoBack"/>
      <w:bookmarkEnd w:id="0"/>
      <w:r>
        <w:rPr>
          <w:b/>
          <w:sz w:val="22"/>
        </w:rPr>
        <w:t>T.C. MİLLÎ EĞİTİM BAKANLIĞI</w:t>
      </w:r>
    </w:p>
    <w:p w:rsidR="00306250" w:rsidRDefault="00C55C52">
      <w:pPr>
        <w:spacing w:after="20"/>
        <w:jc w:val="center"/>
      </w:pPr>
      <w:r>
        <w:rPr>
          <w:b/>
          <w:sz w:val="22"/>
        </w:rPr>
        <w:t>2026 – 2027 EĞİTİM ÖĞRETİM YILI</w:t>
      </w:r>
    </w:p>
    <w:p w:rsidR="00306250" w:rsidRDefault="00C55C52">
      <w:pPr>
        <w:spacing w:after="20"/>
        <w:jc w:val="center"/>
      </w:pPr>
      <w:r>
        <w:rPr>
          <w:b/>
          <w:sz w:val="24"/>
        </w:rPr>
        <w:t>3. SINIF İNGİLİZCE DERSİ ÜNİTELENDİRİLMİŞ YILLIK DERS PLANI</w:t>
      </w:r>
    </w:p>
    <w:p w:rsidR="00306250" w:rsidRDefault="00C55C52">
      <w:pPr>
        <w:spacing w:after="120"/>
        <w:jc w:val="center"/>
      </w:pPr>
      <w:r>
        <w:rPr>
          <w:i/>
          <w:sz w:val="18"/>
        </w:rPr>
        <w:t>(Türkiye Yüzyılı Maarif Modeli Öğretim Programı)</w:t>
      </w:r>
    </w:p>
    <w:p w:rsidR="00306250" w:rsidRDefault="00C55C52">
      <w:pPr>
        <w:jc w:val="center"/>
      </w:pPr>
      <w:r>
        <w:rPr>
          <w:i/>
        </w:rPr>
        <w:t xml:space="preserve">Millî Eğitim Bakanlığı 2026-2027 Çalışma Takvimi esas alınmıştır. · 37 ders haftası · </w:t>
      </w:r>
      <w:r>
        <w:rPr>
          <w:i/>
        </w:rPr>
        <w:t>haftada 2 ders saati</w:t>
      </w:r>
    </w:p>
    <w:tbl>
      <w:tblPr>
        <w:tblW w:w="15705" w:type="dxa"/>
        <w:tblBorders>
          <w:top w:val="single" w:sz="4" w:space="0" w:color="8EA9DB"/>
          <w:left w:val="single" w:sz="4" w:space="0" w:color="8EA9DB"/>
          <w:bottom w:val="single" w:sz="4" w:space="0" w:color="8EA9DB"/>
          <w:right w:val="single" w:sz="4" w:space="0" w:color="8EA9DB"/>
          <w:insideH w:val="single" w:sz="4" w:space="0" w:color="8EA9DB"/>
          <w:insideV w:val="single" w:sz="4" w:space="0" w:color="8EA9DB"/>
        </w:tblBorders>
        <w:tblLayout w:type="fixed"/>
        <w:tblLook w:val="04A0" w:firstRow="1" w:lastRow="0" w:firstColumn="1" w:lastColumn="0" w:noHBand="0" w:noVBand="1"/>
      </w:tblPr>
      <w:tblGrid>
        <w:gridCol w:w="625"/>
        <w:gridCol w:w="1078"/>
        <w:gridCol w:w="794"/>
        <w:gridCol w:w="1304"/>
        <w:gridCol w:w="3855"/>
        <w:gridCol w:w="2721"/>
        <w:gridCol w:w="1814"/>
        <w:gridCol w:w="1077"/>
        <w:gridCol w:w="1020"/>
        <w:gridCol w:w="1417"/>
      </w:tblGrid>
      <w:tr w:rsidR="00306250">
        <w:trPr>
          <w:tblHeader/>
        </w:trPr>
        <w:tc>
          <w:tcPr>
            <w:tcW w:w="624" w:type="dxa"/>
            <w:shd w:val="clear" w:color="auto" w:fill="1F3864"/>
          </w:tcPr>
          <w:p w:rsidR="00306250" w:rsidRDefault="00C55C52">
            <w:pPr>
              <w:spacing w:before="10" w:after="10"/>
              <w:jc w:val="center"/>
            </w:pPr>
            <w:r>
              <w:rPr>
                <w:b/>
                <w:color w:val="FFFFFF"/>
                <w:sz w:val="14"/>
              </w:rPr>
              <w:t>AY</w:t>
            </w:r>
          </w:p>
        </w:tc>
        <w:tc>
          <w:tcPr>
            <w:tcW w:w="1077" w:type="dxa"/>
            <w:shd w:val="clear" w:color="auto" w:fill="1F3864"/>
          </w:tcPr>
          <w:p w:rsidR="00306250" w:rsidRDefault="00C55C52">
            <w:pPr>
              <w:spacing w:before="10" w:after="10"/>
              <w:jc w:val="center"/>
            </w:pPr>
            <w:r>
              <w:rPr>
                <w:b/>
                <w:color w:val="FFFFFF"/>
                <w:sz w:val="14"/>
              </w:rPr>
              <w:t>HAFTA</w:t>
            </w:r>
          </w:p>
        </w:tc>
        <w:tc>
          <w:tcPr>
            <w:tcW w:w="794" w:type="dxa"/>
            <w:shd w:val="clear" w:color="auto" w:fill="1F3864"/>
          </w:tcPr>
          <w:p w:rsidR="00306250" w:rsidRDefault="00C55C52">
            <w:pPr>
              <w:spacing w:before="10" w:after="10"/>
              <w:jc w:val="center"/>
            </w:pPr>
            <w:r>
              <w:rPr>
                <w:b/>
                <w:color w:val="FFFFFF"/>
                <w:sz w:val="14"/>
              </w:rPr>
              <w:t>SAAT</w:t>
            </w:r>
          </w:p>
        </w:tc>
        <w:tc>
          <w:tcPr>
            <w:tcW w:w="1304" w:type="dxa"/>
            <w:shd w:val="clear" w:color="auto" w:fill="1F3864"/>
          </w:tcPr>
          <w:p w:rsidR="00306250" w:rsidRDefault="00C55C52">
            <w:pPr>
              <w:spacing w:before="10" w:after="10"/>
              <w:jc w:val="center"/>
            </w:pPr>
            <w:r>
              <w:rPr>
                <w:b/>
                <w:color w:val="FFFFFF"/>
                <w:sz w:val="14"/>
              </w:rPr>
              <w:t>TEMA</w:t>
            </w:r>
          </w:p>
        </w:tc>
        <w:tc>
          <w:tcPr>
            <w:tcW w:w="3855" w:type="dxa"/>
            <w:shd w:val="clear" w:color="auto" w:fill="1F3864"/>
          </w:tcPr>
          <w:p w:rsidR="00306250" w:rsidRDefault="00C55C52">
            <w:pPr>
              <w:spacing w:before="10" w:after="10"/>
              <w:jc w:val="center"/>
            </w:pPr>
            <w:r>
              <w:rPr>
                <w:b/>
                <w:color w:val="FFFFFF"/>
                <w:sz w:val="14"/>
              </w:rPr>
              <w:t>İÇERİK ÇERÇEVESİ</w:t>
            </w:r>
          </w:p>
        </w:tc>
        <w:tc>
          <w:tcPr>
            <w:tcW w:w="2721" w:type="dxa"/>
            <w:shd w:val="clear" w:color="auto" w:fill="1F3864"/>
          </w:tcPr>
          <w:p w:rsidR="00306250" w:rsidRDefault="00C55C52">
            <w:pPr>
              <w:spacing w:before="10" w:after="10"/>
              <w:jc w:val="center"/>
            </w:pPr>
            <w:r>
              <w:rPr>
                <w:b/>
                <w:color w:val="FFFFFF"/>
                <w:sz w:val="14"/>
              </w:rPr>
              <w:t>KAZANIMLAR</w:t>
            </w:r>
          </w:p>
        </w:tc>
        <w:tc>
          <w:tcPr>
            <w:tcW w:w="1814" w:type="dxa"/>
            <w:shd w:val="clear" w:color="auto" w:fill="1F3864"/>
          </w:tcPr>
          <w:p w:rsidR="00306250" w:rsidRDefault="00C55C52">
            <w:pPr>
              <w:spacing w:before="10" w:after="10"/>
              <w:jc w:val="center"/>
            </w:pPr>
            <w:r>
              <w:rPr>
                <w:b/>
                <w:color w:val="FFFFFF"/>
                <w:sz w:val="14"/>
              </w:rPr>
              <w:t>ÖLÇME VE DEĞERLENDİRME</w:t>
            </w:r>
          </w:p>
        </w:tc>
        <w:tc>
          <w:tcPr>
            <w:tcW w:w="1077" w:type="dxa"/>
            <w:shd w:val="clear" w:color="auto" w:fill="1F3864"/>
          </w:tcPr>
          <w:p w:rsidR="00306250" w:rsidRDefault="00C55C52">
            <w:pPr>
              <w:spacing w:before="10" w:after="10"/>
              <w:jc w:val="center"/>
            </w:pPr>
            <w:r>
              <w:rPr>
                <w:b/>
                <w:color w:val="FFFFFF"/>
                <w:sz w:val="14"/>
              </w:rPr>
              <w:t>DEĞERLER / OKURYAZARLIK</w:t>
            </w:r>
          </w:p>
        </w:tc>
        <w:tc>
          <w:tcPr>
            <w:tcW w:w="1020" w:type="dxa"/>
            <w:shd w:val="clear" w:color="auto" w:fill="1F3864"/>
          </w:tcPr>
          <w:p w:rsidR="00306250" w:rsidRDefault="00C55C52">
            <w:pPr>
              <w:spacing w:before="10" w:after="10"/>
              <w:jc w:val="center"/>
            </w:pPr>
            <w:r>
              <w:rPr>
                <w:b/>
                <w:color w:val="FFFFFF"/>
                <w:sz w:val="14"/>
              </w:rPr>
              <w:t>BELİRLİ GÜN VE HAFTALAR</w:t>
            </w:r>
          </w:p>
        </w:tc>
        <w:tc>
          <w:tcPr>
            <w:tcW w:w="1417" w:type="dxa"/>
            <w:shd w:val="clear" w:color="auto" w:fill="1F3864"/>
          </w:tcPr>
          <w:p w:rsidR="00306250" w:rsidRDefault="00C55C52">
            <w:pPr>
              <w:spacing w:before="10" w:after="10"/>
              <w:jc w:val="center"/>
            </w:pPr>
            <w:r>
              <w:rPr>
                <w:b/>
                <w:color w:val="FFFFFF"/>
                <w:sz w:val="14"/>
              </w:rPr>
              <w:t>FARKLILAŞTIRMA</w:t>
            </w:r>
          </w:p>
        </w:tc>
      </w:tr>
      <w:tr w:rsidR="00306250">
        <w:trPr>
          <w:cantSplit/>
        </w:trPr>
        <w:tc>
          <w:tcPr>
            <w:tcW w:w="624" w:type="dxa"/>
          </w:tcPr>
          <w:p w:rsidR="00306250" w:rsidRDefault="00C55C52">
            <w:pPr>
              <w:spacing w:before="10" w:after="10"/>
              <w:jc w:val="center"/>
            </w:pPr>
            <w:r>
              <w:rPr>
                <w:sz w:val="14"/>
              </w:rPr>
              <w:t>Sep.</w:t>
            </w:r>
          </w:p>
        </w:tc>
        <w:tc>
          <w:tcPr>
            <w:tcW w:w="1077" w:type="dxa"/>
          </w:tcPr>
          <w:p w:rsidR="00306250" w:rsidRDefault="00C55C52">
            <w:pPr>
              <w:spacing w:before="10" w:after="10"/>
              <w:jc w:val="center"/>
            </w:pPr>
            <w:r>
              <w:rPr>
                <w:sz w:val="14"/>
              </w:rPr>
              <w:t>WEEK 1: September 14-18</w:t>
            </w:r>
          </w:p>
        </w:tc>
        <w:tc>
          <w:tcPr>
            <w:tcW w:w="794" w:type="dxa"/>
          </w:tcPr>
          <w:p w:rsidR="00306250" w:rsidRDefault="00C55C52">
            <w:pPr>
              <w:spacing w:before="10" w:after="10"/>
              <w:jc w:val="center"/>
            </w:pPr>
            <w:r>
              <w:rPr>
                <w:sz w:val="14"/>
              </w:rPr>
              <w:t>2</w:t>
            </w:r>
          </w:p>
        </w:tc>
        <w:tc>
          <w:tcPr>
            <w:tcW w:w="1304" w:type="dxa"/>
          </w:tcPr>
          <w:p w:rsidR="00306250" w:rsidRDefault="00C55C52">
            <w:pPr>
              <w:spacing w:before="10" w:after="10"/>
            </w:pPr>
            <w:r>
              <w:rPr>
                <w:sz w:val="14"/>
              </w:rPr>
              <w:t>ORIENTATION</w:t>
            </w:r>
          </w:p>
        </w:tc>
        <w:tc>
          <w:tcPr>
            <w:tcW w:w="3855" w:type="dxa"/>
          </w:tcPr>
          <w:p w:rsidR="00306250" w:rsidRDefault="00C55C52">
            <w:pPr>
              <w:spacing w:before="10" w:after="10"/>
            </w:pPr>
            <w:r>
              <w:rPr>
                <w:sz w:val="13"/>
              </w:rPr>
              <w:t xml:space="preserve">Tanışma ve sınıf ikliminin oluşturulması · dersin </w:t>
            </w:r>
            <w:r>
              <w:rPr>
                <w:sz w:val="13"/>
              </w:rPr>
              <w:t>işleyişi, araç gereçler ve etkinlik türlerinin tanıtılması · sınıf içi İngilizce yönergelerin (classroom language) hatırlatılması · İngilizceye karşı olumlu tutumu sürdürmeye yönelik şarkı, tekerleme ve hareketli ısınma etkinlikleri</w:t>
            </w:r>
          </w:p>
        </w:tc>
        <w:tc>
          <w:tcPr>
            <w:tcW w:w="2721" w:type="dxa"/>
          </w:tcPr>
          <w:p w:rsidR="00306250" w:rsidRDefault="00C55C52">
            <w:pPr>
              <w:spacing w:before="10" w:after="10"/>
            </w:pPr>
            <w:r>
              <w:rPr>
                <w:b/>
                <w:sz w:val="14"/>
              </w:rPr>
              <w:t>—</w:t>
            </w:r>
          </w:p>
        </w:tc>
        <w:tc>
          <w:tcPr>
            <w:tcW w:w="1814" w:type="dxa"/>
          </w:tcPr>
          <w:p w:rsidR="00306250" w:rsidRDefault="00C55C52">
            <w:pPr>
              <w:spacing w:before="10" w:after="10"/>
            </w:pPr>
            <w:r>
              <w:rPr>
                <w:sz w:val="13"/>
              </w:rPr>
              <w:t>Sınıf içi gözlem · ka</w:t>
            </w:r>
            <w:r>
              <w:rPr>
                <w:sz w:val="13"/>
              </w:rPr>
              <w:t>tılım</w:t>
            </w:r>
          </w:p>
        </w:tc>
        <w:tc>
          <w:tcPr>
            <w:tcW w:w="1077" w:type="dxa"/>
          </w:tcPr>
          <w:p w:rsidR="00306250" w:rsidRDefault="00C55C52">
            <w:pPr>
              <w:spacing w:before="10" w:after="10"/>
            </w:pPr>
            <w:r>
              <w:rPr>
                <w:sz w:val="13"/>
              </w:rPr>
              <w:t>—</w:t>
            </w:r>
          </w:p>
        </w:tc>
        <w:tc>
          <w:tcPr>
            <w:tcW w:w="1020" w:type="dxa"/>
          </w:tcPr>
          <w:p w:rsidR="00306250" w:rsidRDefault="00C55C52">
            <w:pPr>
              <w:spacing w:before="10" w:after="10"/>
            </w:pPr>
            <w:r>
              <w:rPr>
                <w:sz w:val="14"/>
              </w:rPr>
              <w:t>July 15 Democracy and National Unity Day</w:t>
            </w:r>
          </w:p>
        </w:tc>
        <w:tc>
          <w:tcPr>
            <w:tcW w:w="1417" w:type="dxa"/>
          </w:tcPr>
          <w:p w:rsidR="00306250" w:rsidRDefault="00C55C52">
            <w:pPr>
              <w:spacing w:before="10" w:after="10"/>
            </w:pPr>
            <w:r>
              <w:rPr>
                <w:sz w:val="13"/>
              </w:rPr>
              <w:t>—</w:t>
            </w:r>
          </w:p>
        </w:tc>
      </w:tr>
      <w:tr w:rsidR="00306250">
        <w:trPr>
          <w:cantSplit/>
        </w:trPr>
        <w:tc>
          <w:tcPr>
            <w:tcW w:w="624" w:type="dxa"/>
          </w:tcPr>
          <w:p w:rsidR="00306250" w:rsidRDefault="00C55C52">
            <w:pPr>
              <w:spacing w:before="10" w:after="10"/>
              <w:jc w:val="center"/>
            </w:pPr>
            <w:r>
              <w:rPr>
                <w:sz w:val="14"/>
              </w:rPr>
              <w:t>Sep.</w:t>
            </w:r>
          </w:p>
        </w:tc>
        <w:tc>
          <w:tcPr>
            <w:tcW w:w="1077" w:type="dxa"/>
          </w:tcPr>
          <w:p w:rsidR="00306250" w:rsidRDefault="00C55C52">
            <w:pPr>
              <w:spacing w:before="10" w:after="10"/>
              <w:jc w:val="center"/>
            </w:pPr>
            <w:r>
              <w:rPr>
                <w:sz w:val="14"/>
              </w:rPr>
              <w:t>WEEK 2: September 21-25</w:t>
            </w:r>
          </w:p>
        </w:tc>
        <w:tc>
          <w:tcPr>
            <w:tcW w:w="794" w:type="dxa"/>
          </w:tcPr>
          <w:p w:rsidR="00306250" w:rsidRDefault="00C55C52">
            <w:pPr>
              <w:spacing w:before="10" w:after="10"/>
              <w:jc w:val="center"/>
            </w:pPr>
            <w:r>
              <w:rPr>
                <w:sz w:val="14"/>
              </w:rPr>
              <w:t>2</w:t>
            </w:r>
          </w:p>
        </w:tc>
        <w:tc>
          <w:tcPr>
            <w:tcW w:w="1304" w:type="dxa"/>
          </w:tcPr>
          <w:p w:rsidR="00306250" w:rsidRDefault="00C55C52">
            <w:pPr>
              <w:spacing w:before="10" w:after="10"/>
            </w:pPr>
            <w:r>
              <w:rPr>
                <w:sz w:val="14"/>
              </w:rPr>
              <w:t>ORIENTATION</w:t>
            </w:r>
          </w:p>
        </w:tc>
        <w:tc>
          <w:tcPr>
            <w:tcW w:w="3855" w:type="dxa"/>
          </w:tcPr>
          <w:p w:rsidR="00306250" w:rsidRDefault="00C55C52">
            <w:pPr>
              <w:spacing w:before="10" w:after="10"/>
            </w:pPr>
            <w:r>
              <w:rPr>
                <w:sz w:val="13"/>
              </w:rPr>
              <w:t xml:space="preserve">2. sınıf kazanımlarına yönelik hazırbulunuşluk çalışması · temel selamlaşma, sınıf eşyaları, renkler ve sayıların resimli kartlarla hatırlatılması · grup </w:t>
            </w:r>
            <w:r>
              <w:rPr>
                <w:sz w:val="13"/>
              </w:rPr>
              <w:t>oluşturma ve sınıf kurallarının İngilizce ifadelerle belirlenmesi · ürün dosyasının tanıtılması</w:t>
            </w:r>
          </w:p>
        </w:tc>
        <w:tc>
          <w:tcPr>
            <w:tcW w:w="2721" w:type="dxa"/>
          </w:tcPr>
          <w:p w:rsidR="00306250" w:rsidRDefault="00C55C52">
            <w:pPr>
              <w:spacing w:before="10" w:after="10"/>
            </w:pPr>
            <w:r>
              <w:rPr>
                <w:b/>
                <w:sz w:val="14"/>
              </w:rPr>
              <w:t>—</w:t>
            </w:r>
          </w:p>
        </w:tc>
        <w:tc>
          <w:tcPr>
            <w:tcW w:w="1814" w:type="dxa"/>
          </w:tcPr>
          <w:p w:rsidR="00306250" w:rsidRDefault="00C55C52">
            <w:pPr>
              <w:spacing w:before="10" w:after="10"/>
            </w:pPr>
            <w:r>
              <w:rPr>
                <w:sz w:val="13"/>
              </w:rPr>
              <w:t>Hazırbulunuşluk çalışması · sınıf içi gözlem</w:t>
            </w:r>
          </w:p>
        </w:tc>
        <w:tc>
          <w:tcPr>
            <w:tcW w:w="1077" w:type="dxa"/>
          </w:tcPr>
          <w:p w:rsidR="00306250" w:rsidRDefault="00C55C52">
            <w:pPr>
              <w:spacing w:before="10" w:after="10"/>
            </w:pPr>
            <w:r>
              <w:rPr>
                <w:sz w:val="13"/>
              </w:rPr>
              <w:t>—</w:t>
            </w:r>
          </w:p>
        </w:tc>
        <w:tc>
          <w:tcPr>
            <w:tcW w:w="1020" w:type="dxa"/>
          </w:tcPr>
          <w:p w:rsidR="00306250" w:rsidRDefault="00C55C52">
            <w:pPr>
              <w:spacing w:before="10" w:after="10"/>
            </w:pPr>
            <w:r>
              <w:rPr>
                <w:sz w:val="14"/>
              </w:rPr>
              <w:t>—</w:t>
            </w:r>
          </w:p>
        </w:tc>
        <w:tc>
          <w:tcPr>
            <w:tcW w:w="1417" w:type="dxa"/>
          </w:tcPr>
          <w:p w:rsidR="00306250" w:rsidRDefault="00C55C52">
            <w:pPr>
              <w:spacing w:before="10" w:after="10"/>
            </w:pPr>
            <w:r>
              <w:rPr>
                <w:sz w:val="13"/>
              </w:rPr>
              <w:t>—</w:t>
            </w:r>
          </w:p>
        </w:tc>
      </w:tr>
      <w:tr w:rsidR="00306250">
        <w:trPr>
          <w:cantSplit/>
        </w:trPr>
        <w:tc>
          <w:tcPr>
            <w:tcW w:w="624" w:type="dxa"/>
          </w:tcPr>
          <w:p w:rsidR="00306250" w:rsidRDefault="00C55C52">
            <w:pPr>
              <w:spacing w:before="10" w:after="10"/>
              <w:jc w:val="center"/>
            </w:pPr>
            <w:r>
              <w:rPr>
                <w:sz w:val="14"/>
              </w:rPr>
              <w:t>Sep.</w:t>
            </w:r>
          </w:p>
        </w:tc>
        <w:tc>
          <w:tcPr>
            <w:tcW w:w="1077" w:type="dxa"/>
          </w:tcPr>
          <w:p w:rsidR="00306250" w:rsidRDefault="00C55C52">
            <w:pPr>
              <w:spacing w:before="10" w:after="10"/>
              <w:jc w:val="center"/>
            </w:pPr>
            <w:r>
              <w:rPr>
                <w:sz w:val="14"/>
              </w:rPr>
              <w:t>WEEK 3: September 28 - October 2</w:t>
            </w:r>
          </w:p>
        </w:tc>
        <w:tc>
          <w:tcPr>
            <w:tcW w:w="794" w:type="dxa"/>
          </w:tcPr>
          <w:p w:rsidR="00306250" w:rsidRDefault="00C55C52">
            <w:pPr>
              <w:spacing w:before="10" w:after="10"/>
              <w:jc w:val="center"/>
            </w:pPr>
            <w:r>
              <w:rPr>
                <w:sz w:val="14"/>
              </w:rPr>
              <w:t>2</w:t>
            </w:r>
          </w:p>
        </w:tc>
        <w:tc>
          <w:tcPr>
            <w:tcW w:w="1304" w:type="dxa"/>
          </w:tcPr>
          <w:p w:rsidR="00306250" w:rsidRDefault="00C55C52">
            <w:pPr>
              <w:spacing w:before="10" w:after="10"/>
            </w:pPr>
            <w:r>
              <w:rPr>
                <w:sz w:val="14"/>
              </w:rPr>
              <w:t>REVISION 1</w:t>
            </w:r>
          </w:p>
        </w:tc>
        <w:tc>
          <w:tcPr>
            <w:tcW w:w="3855" w:type="dxa"/>
          </w:tcPr>
          <w:p w:rsidR="00306250" w:rsidRDefault="00C55C52">
            <w:pPr>
              <w:spacing w:before="10" w:after="10"/>
            </w:pPr>
            <w:r>
              <w:rPr>
                <w:sz w:val="13"/>
              </w:rPr>
              <w:t>2. sınıf 1-3. temalarının tekrarı</w:t>
            </w:r>
          </w:p>
          <w:p w:rsidR="00306250" w:rsidRDefault="00C55C52">
            <w:pPr>
              <w:spacing w:after="10"/>
            </w:pPr>
            <w:r>
              <w:rPr>
                <w:sz w:val="13"/>
              </w:rPr>
              <w:t xml:space="preserve">Resimli kartlar, dil </w:t>
            </w:r>
            <w:r>
              <w:rPr>
                <w:sz w:val="13"/>
              </w:rPr>
              <w:t>oyunları ve şarkılarla önceki yılın temel kelime ve kalıp ifadelerinin hatırlatılması · dinleme, konuşma, okuma ve yazma becerilerinde hazırbulunuşluğun ölçülmesi</w:t>
            </w:r>
          </w:p>
        </w:tc>
        <w:tc>
          <w:tcPr>
            <w:tcW w:w="2721" w:type="dxa"/>
          </w:tcPr>
          <w:p w:rsidR="00306250" w:rsidRDefault="00C55C52">
            <w:pPr>
              <w:spacing w:before="10" w:after="10"/>
            </w:pPr>
            <w:r>
              <w:rPr>
                <w:b/>
                <w:sz w:val="14"/>
              </w:rPr>
              <w:t>ENG.2.1 › G1, R3, S3, V1, W6</w:t>
            </w:r>
          </w:p>
          <w:p w:rsidR="00306250" w:rsidRDefault="00C55C52">
            <w:pPr>
              <w:spacing w:after="10"/>
            </w:pPr>
            <w:r>
              <w:rPr>
                <w:b/>
                <w:sz w:val="14"/>
              </w:rPr>
              <w:t>ENG.2.2 › G1, R3, S3, V1, W6</w:t>
            </w:r>
          </w:p>
          <w:p w:rsidR="00306250" w:rsidRDefault="00C55C52">
            <w:pPr>
              <w:spacing w:after="10"/>
            </w:pPr>
            <w:r>
              <w:rPr>
                <w:b/>
                <w:sz w:val="14"/>
              </w:rPr>
              <w:t>ENG.2.3 › G1, R3, S3, V1, W6</w:t>
            </w:r>
          </w:p>
        </w:tc>
        <w:tc>
          <w:tcPr>
            <w:tcW w:w="1814" w:type="dxa"/>
          </w:tcPr>
          <w:p w:rsidR="00306250" w:rsidRDefault="00C55C52">
            <w:pPr>
              <w:spacing w:before="10" w:after="10"/>
            </w:pPr>
            <w:r>
              <w:rPr>
                <w:sz w:val="13"/>
              </w:rPr>
              <w:t>Hazırb</w:t>
            </w:r>
            <w:r>
              <w:rPr>
                <w:sz w:val="13"/>
              </w:rPr>
              <w:t>ulunuşluk çalışması · sınıf içi gözlem</w:t>
            </w:r>
          </w:p>
        </w:tc>
        <w:tc>
          <w:tcPr>
            <w:tcW w:w="1077" w:type="dxa"/>
          </w:tcPr>
          <w:p w:rsidR="00306250" w:rsidRDefault="00C55C52">
            <w:pPr>
              <w:spacing w:before="10" w:after="10"/>
            </w:pPr>
            <w:r>
              <w:rPr>
                <w:sz w:val="13"/>
              </w:rPr>
              <w:t>—</w:t>
            </w:r>
          </w:p>
        </w:tc>
        <w:tc>
          <w:tcPr>
            <w:tcW w:w="1020" w:type="dxa"/>
          </w:tcPr>
          <w:p w:rsidR="00306250" w:rsidRDefault="00C55C52">
            <w:pPr>
              <w:spacing w:before="10" w:after="10"/>
            </w:pPr>
            <w:r>
              <w:rPr>
                <w:sz w:val="14"/>
              </w:rPr>
              <w:t>—</w:t>
            </w:r>
          </w:p>
        </w:tc>
        <w:tc>
          <w:tcPr>
            <w:tcW w:w="1417" w:type="dxa"/>
          </w:tcPr>
          <w:p w:rsidR="00306250" w:rsidRDefault="00C55C52">
            <w:pPr>
              <w:spacing w:before="10" w:after="10"/>
            </w:pPr>
            <w:r>
              <w:rPr>
                <w:sz w:val="13"/>
              </w:rPr>
              <w:t>—</w:t>
            </w:r>
          </w:p>
        </w:tc>
      </w:tr>
      <w:tr w:rsidR="00306250">
        <w:trPr>
          <w:cantSplit/>
        </w:trPr>
        <w:tc>
          <w:tcPr>
            <w:tcW w:w="624" w:type="dxa"/>
          </w:tcPr>
          <w:p w:rsidR="00306250" w:rsidRDefault="00C55C52">
            <w:pPr>
              <w:spacing w:before="10" w:after="10"/>
              <w:jc w:val="center"/>
            </w:pPr>
            <w:r>
              <w:rPr>
                <w:sz w:val="14"/>
              </w:rPr>
              <w:t>Oct.</w:t>
            </w:r>
          </w:p>
        </w:tc>
        <w:tc>
          <w:tcPr>
            <w:tcW w:w="1077" w:type="dxa"/>
          </w:tcPr>
          <w:p w:rsidR="00306250" w:rsidRDefault="00C55C52">
            <w:pPr>
              <w:spacing w:before="10" w:after="10"/>
              <w:jc w:val="center"/>
            </w:pPr>
            <w:r>
              <w:rPr>
                <w:sz w:val="14"/>
              </w:rPr>
              <w:t>WEEK 4: October 5-9</w:t>
            </w:r>
          </w:p>
        </w:tc>
        <w:tc>
          <w:tcPr>
            <w:tcW w:w="794" w:type="dxa"/>
          </w:tcPr>
          <w:p w:rsidR="00306250" w:rsidRDefault="00C55C52">
            <w:pPr>
              <w:spacing w:before="10" w:after="10"/>
              <w:jc w:val="center"/>
            </w:pPr>
            <w:r>
              <w:rPr>
                <w:sz w:val="14"/>
              </w:rPr>
              <w:t>2</w:t>
            </w:r>
          </w:p>
        </w:tc>
        <w:tc>
          <w:tcPr>
            <w:tcW w:w="1304" w:type="dxa"/>
          </w:tcPr>
          <w:p w:rsidR="00306250" w:rsidRDefault="00C55C52">
            <w:pPr>
              <w:spacing w:before="10" w:after="10"/>
            </w:pPr>
            <w:r>
              <w:rPr>
                <w:sz w:val="14"/>
              </w:rPr>
              <w:t>REVISION 2</w:t>
            </w:r>
          </w:p>
        </w:tc>
        <w:tc>
          <w:tcPr>
            <w:tcW w:w="3855" w:type="dxa"/>
          </w:tcPr>
          <w:p w:rsidR="00306250" w:rsidRDefault="00C55C52">
            <w:pPr>
              <w:spacing w:before="10" w:after="10"/>
            </w:pPr>
            <w:r>
              <w:rPr>
                <w:sz w:val="13"/>
              </w:rPr>
              <w:t>2. sınıf 4-6. temalarının tekrarı</w:t>
            </w:r>
          </w:p>
          <w:p w:rsidR="00306250" w:rsidRDefault="00C55C52">
            <w:pPr>
              <w:spacing w:after="10"/>
            </w:pPr>
            <w:r>
              <w:rPr>
                <w:sz w:val="13"/>
              </w:rPr>
              <w:t xml:space="preserve">Resimli kartlar, dil oyunları ve şarkılarla önceki yılın temel kelime ve kalıp ifadelerinin hatırlatılması · dinleme, konuşma, okuma ve </w:t>
            </w:r>
            <w:r>
              <w:rPr>
                <w:sz w:val="13"/>
              </w:rPr>
              <w:t>yazma becerilerinde hazırbulunuşluğun ölçülmesi</w:t>
            </w:r>
          </w:p>
        </w:tc>
        <w:tc>
          <w:tcPr>
            <w:tcW w:w="2721" w:type="dxa"/>
          </w:tcPr>
          <w:p w:rsidR="00306250" w:rsidRDefault="00C55C52">
            <w:pPr>
              <w:spacing w:before="10" w:after="10"/>
            </w:pPr>
            <w:r>
              <w:rPr>
                <w:b/>
                <w:sz w:val="14"/>
              </w:rPr>
              <w:t>ENG.2.4 › G1, R3, S3, V1, W6</w:t>
            </w:r>
          </w:p>
          <w:p w:rsidR="00306250" w:rsidRDefault="00C55C52">
            <w:pPr>
              <w:spacing w:after="10"/>
            </w:pPr>
            <w:r>
              <w:rPr>
                <w:b/>
                <w:sz w:val="14"/>
              </w:rPr>
              <w:t>ENG.2.5 › G1, R3, S3, V1, W6</w:t>
            </w:r>
          </w:p>
          <w:p w:rsidR="00306250" w:rsidRDefault="00C55C52">
            <w:pPr>
              <w:spacing w:after="10"/>
            </w:pPr>
            <w:r>
              <w:rPr>
                <w:b/>
                <w:sz w:val="14"/>
              </w:rPr>
              <w:t>ENG.2.6 › G1, R3, S3, V1, W6</w:t>
            </w:r>
          </w:p>
        </w:tc>
        <w:tc>
          <w:tcPr>
            <w:tcW w:w="1814" w:type="dxa"/>
          </w:tcPr>
          <w:p w:rsidR="00306250" w:rsidRDefault="00C55C52">
            <w:pPr>
              <w:spacing w:before="10" w:after="10"/>
            </w:pPr>
            <w:r>
              <w:rPr>
                <w:sz w:val="13"/>
              </w:rPr>
              <w:t>Hazırbulunuşluk çalışması · sınıf içi gözlem</w:t>
            </w:r>
          </w:p>
        </w:tc>
        <w:tc>
          <w:tcPr>
            <w:tcW w:w="1077" w:type="dxa"/>
          </w:tcPr>
          <w:p w:rsidR="00306250" w:rsidRDefault="00C55C52">
            <w:pPr>
              <w:spacing w:before="10" w:after="10"/>
            </w:pPr>
            <w:r>
              <w:rPr>
                <w:sz w:val="13"/>
              </w:rPr>
              <w:t>—</w:t>
            </w:r>
          </w:p>
        </w:tc>
        <w:tc>
          <w:tcPr>
            <w:tcW w:w="1020" w:type="dxa"/>
          </w:tcPr>
          <w:p w:rsidR="00306250" w:rsidRDefault="00C55C52">
            <w:pPr>
              <w:spacing w:before="10" w:after="10"/>
            </w:pPr>
            <w:r>
              <w:rPr>
                <w:sz w:val="14"/>
              </w:rPr>
              <w:t>—</w:t>
            </w:r>
          </w:p>
        </w:tc>
        <w:tc>
          <w:tcPr>
            <w:tcW w:w="1417" w:type="dxa"/>
          </w:tcPr>
          <w:p w:rsidR="00306250" w:rsidRDefault="00C55C52">
            <w:pPr>
              <w:spacing w:before="10" w:after="10"/>
            </w:pPr>
            <w:r>
              <w:rPr>
                <w:sz w:val="13"/>
              </w:rPr>
              <w:t>—</w:t>
            </w:r>
          </w:p>
        </w:tc>
      </w:tr>
      <w:tr w:rsidR="00306250">
        <w:trPr>
          <w:cantSplit/>
        </w:trPr>
        <w:tc>
          <w:tcPr>
            <w:tcW w:w="624" w:type="dxa"/>
          </w:tcPr>
          <w:p w:rsidR="00306250" w:rsidRDefault="00C55C52">
            <w:pPr>
              <w:spacing w:before="10" w:after="10"/>
              <w:jc w:val="center"/>
            </w:pPr>
            <w:r>
              <w:rPr>
                <w:sz w:val="14"/>
              </w:rPr>
              <w:t>Oct.</w:t>
            </w:r>
          </w:p>
        </w:tc>
        <w:tc>
          <w:tcPr>
            <w:tcW w:w="1077" w:type="dxa"/>
          </w:tcPr>
          <w:p w:rsidR="00306250" w:rsidRDefault="00C55C52">
            <w:pPr>
              <w:spacing w:before="10" w:after="10"/>
              <w:jc w:val="center"/>
            </w:pPr>
            <w:r>
              <w:rPr>
                <w:sz w:val="14"/>
              </w:rPr>
              <w:t>WEEK 5: October 12-16</w:t>
            </w:r>
          </w:p>
        </w:tc>
        <w:tc>
          <w:tcPr>
            <w:tcW w:w="794" w:type="dxa"/>
          </w:tcPr>
          <w:p w:rsidR="00306250" w:rsidRDefault="00C55C52">
            <w:pPr>
              <w:spacing w:before="10" w:after="10"/>
              <w:jc w:val="center"/>
            </w:pPr>
            <w:r>
              <w:rPr>
                <w:sz w:val="14"/>
              </w:rPr>
              <w:t>2</w:t>
            </w:r>
          </w:p>
        </w:tc>
        <w:tc>
          <w:tcPr>
            <w:tcW w:w="1304" w:type="dxa"/>
            <w:shd w:val="clear" w:color="auto" w:fill="EDF2FA"/>
          </w:tcPr>
          <w:p w:rsidR="00306250" w:rsidRDefault="00C55C52">
            <w:pPr>
              <w:spacing w:before="10" w:after="10"/>
            </w:pPr>
            <w:r>
              <w:rPr>
                <w:sz w:val="14"/>
              </w:rPr>
              <w:t>THEME 1</w:t>
            </w:r>
          </w:p>
          <w:p w:rsidR="00306250" w:rsidRDefault="00C55C52">
            <w:pPr>
              <w:spacing w:after="10"/>
            </w:pPr>
            <w:r>
              <w:rPr>
                <w:sz w:val="14"/>
              </w:rPr>
              <w:t>SCHOOL LIFE</w:t>
            </w:r>
          </w:p>
        </w:tc>
        <w:tc>
          <w:tcPr>
            <w:tcW w:w="3855" w:type="dxa"/>
          </w:tcPr>
          <w:p w:rsidR="00306250" w:rsidRDefault="00C55C52">
            <w:pPr>
              <w:spacing w:before="10" w:after="10"/>
            </w:pPr>
            <w:r>
              <w:rPr>
                <w:sz w:val="13"/>
              </w:rPr>
              <w:t xml:space="preserve">Alt temalar: </w:t>
            </w:r>
            <w:r>
              <w:rPr>
                <w:sz w:val="13"/>
              </w:rPr>
              <w:t>greetings and introductions at school; people and places at school; months of the year; ages and birthday celebrations; national days and celebrations</w:t>
            </w:r>
          </w:p>
          <w:p w:rsidR="00306250" w:rsidRDefault="00C55C52">
            <w:pPr>
              <w:spacing w:after="10"/>
            </w:pPr>
            <w:r>
              <w:rPr>
                <w:sz w:val="13"/>
              </w:rPr>
              <w:t>Kelime: Greetings · People at school · Places at school · Birthday celebrations · Months of the year · Ve</w:t>
            </w:r>
            <w:r>
              <w:rPr>
                <w:sz w:val="13"/>
              </w:rPr>
              <w:t>rbs</w:t>
            </w:r>
          </w:p>
          <w:p w:rsidR="00306250" w:rsidRDefault="00C55C52">
            <w:pPr>
              <w:spacing w:after="10"/>
            </w:pPr>
            <w:r>
              <w:rPr>
                <w:sz w:val="13"/>
              </w:rPr>
              <w:t>Dil bilgisi: To be-present · There is / There are · Must/ mustn’t (for obligation) · Personal Pronouns · Prepositions · WH-question words · Question words · Demonstrative pronouns</w:t>
            </w:r>
          </w:p>
          <w:p w:rsidR="00306250" w:rsidRDefault="00C55C52">
            <w:pPr>
              <w:spacing w:after="10"/>
            </w:pPr>
            <w:r>
              <w:rPr>
                <w:sz w:val="13"/>
              </w:rPr>
              <w:t>Kalıp ifadeler: See you later! · Have a nice/good day! · Have a nice/goo</w:t>
            </w:r>
            <w:r>
              <w:rPr>
                <w:sz w:val="13"/>
              </w:rPr>
              <w:t>d weekend! · It’s great/nice/good to see you · Take care! · Cool! · (+1 ifade daha)</w:t>
            </w:r>
          </w:p>
          <w:p w:rsidR="00306250" w:rsidRDefault="00C55C52">
            <w:pPr>
              <w:spacing w:after="10"/>
            </w:pPr>
            <w:r>
              <w:rPr>
                <w:sz w:val="13"/>
              </w:rPr>
              <w:t>Telaffuz: Sounds of the letters a, b</w:t>
            </w:r>
          </w:p>
        </w:tc>
        <w:tc>
          <w:tcPr>
            <w:tcW w:w="2721" w:type="dxa"/>
          </w:tcPr>
          <w:p w:rsidR="00306250" w:rsidRDefault="00C55C52">
            <w:pPr>
              <w:spacing w:before="10" w:after="10"/>
            </w:pPr>
            <w:r>
              <w:rPr>
                <w:b/>
                <w:sz w:val="14"/>
              </w:rPr>
              <w:t>ENG.3.1 › G1, L1-L4, P1, R1-R4, S1-S6, V1, W1-W6</w:t>
            </w:r>
          </w:p>
        </w:tc>
        <w:tc>
          <w:tcPr>
            <w:tcW w:w="1814" w:type="dxa"/>
          </w:tcPr>
          <w:p w:rsidR="00306250" w:rsidRDefault="00C55C52">
            <w:pPr>
              <w:spacing w:before="10" w:after="10"/>
            </w:pPr>
            <w:r>
              <w:rPr>
                <w:sz w:val="13"/>
              </w:rPr>
              <w:t>Assessment and Evaluation Scheme</w:t>
            </w:r>
          </w:p>
          <w:p w:rsidR="00306250" w:rsidRDefault="00306250">
            <w:pPr>
              <w:spacing w:after="10"/>
            </w:pPr>
          </w:p>
          <w:p w:rsidR="00306250" w:rsidRDefault="00C55C52">
            <w:pPr>
              <w:spacing w:after="10"/>
            </w:pPr>
            <w:r>
              <w:rPr>
                <w:sz w:val="13"/>
              </w:rPr>
              <w:t xml:space="preserve">PERFORMANCE ASSIGNMENT: Pupils write and design “a </w:t>
            </w:r>
            <w:r>
              <w:rPr>
                <w:sz w:val="13"/>
              </w:rPr>
              <w:t>diary page” writing about people they meet, places they go and routines they have at school by using photos they take and pictures they draw. They will present it to the class and ask the other…</w:t>
            </w:r>
          </w:p>
        </w:tc>
        <w:tc>
          <w:tcPr>
            <w:tcW w:w="1077" w:type="dxa"/>
          </w:tcPr>
          <w:p w:rsidR="00306250" w:rsidRDefault="00C55C52">
            <w:pPr>
              <w:spacing w:before="10" w:after="10"/>
            </w:pPr>
            <w:r>
              <w:rPr>
                <w:sz w:val="13"/>
              </w:rPr>
              <w:t>Değerler: V3, V4, V6, V7, V10-V12, V14, V15, V18-V20</w:t>
            </w:r>
          </w:p>
          <w:p w:rsidR="00306250" w:rsidRDefault="00C55C52">
            <w:pPr>
              <w:spacing w:after="10"/>
            </w:pPr>
            <w:r>
              <w:rPr>
                <w:sz w:val="13"/>
              </w:rPr>
              <w:t>Okuryaz.</w:t>
            </w:r>
            <w:r>
              <w:rPr>
                <w:sz w:val="13"/>
              </w:rPr>
              <w:t>: LS1, LS2, LS4-LS6</w:t>
            </w:r>
          </w:p>
        </w:tc>
        <w:tc>
          <w:tcPr>
            <w:tcW w:w="1020" w:type="dxa"/>
          </w:tcPr>
          <w:p w:rsidR="00306250" w:rsidRDefault="00C55C52">
            <w:pPr>
              <w:spacing w:before="10" w:after="10"/>
            </w:pPr>
            <w:r>
              <w:rPr>
                <w:sz w:val="14"/>
              </w:rPr>
              <w:t>—</w:t>
            </w:r>
          </w:p>
        </w:tc>
        <w:tc>
          <w:tcPr>
            <w:tcW w:w="1417" w:type="dxa"/>
          </w:tcPr>
          <w:p w:rsidR="00306250" w:rsidRDefault="00C55C52">
            <w:pPr>
              <w:spacing w:before="10" w:after="10"/>
            </w:pPr>
            <w:r>
              <w:rPr>
                <w:sz w:val="13"/>
              </w:rPr>
              <w:t>Zenginleştirme: Talk about the roles at school and places at school.</w:t>
            </w:r>
          </w:p>
          <w:p w:rsidR="00306250" w:rsidRDefault="00C55C52">
            <w:pPr>
              <w:spacing w:after="10"/>
            </w:pPr>
            <w:r>
              <w:rPr>
                <w:sz w:val="13"/>
              </w:rPr>
              <w:t>Destek: Talk about the roles and places at school.</w:t>
            </w:r>
          </w:p>
        </w:tc>
      </w:tr>
      <w:tr w:rsidR="00306250">
        <w:trPr>
          <w:cantSplit/>
        </w:trPr>
        <w:tc>
          <w:tcPr>
            <w:tcW w:w="624" w:type="dxa"/>
          </w:tcPr>
          <w:p w:rsidR="00306250" w:rsidRDefault="00C55C52">
            <w:pPr>
              <w:spacing w:before="10" w:after="10"/>
              <w:jc w:val="center"/>
            </w:pPr>
            <w:r>
              <w:rPr>
                <w:sz w:val="14"/>
              </w:rPr>
              <w:t>Oct.</w:t>
            </w:r>
          </w:p>
        </w:tc>
        <w:tc>
          <w:tcPr>
            <w:tcW w:w="1077" w:type="dxa"/>
          </w:tcPr>
          <w:p w:rsidR="00306250" w:rsidRDefault="00C55C52">
            <w:pPr>
              <w:spacing w:before="10" w:after="10"/>
              <w:jc w:val="center"/>
            </w:pPr>
            <w:r>
              <w:rPr>
                <w:sz w:val="14"/>
              </w:rPr>
              <w:t>WEEK 6: October 19-23</w:t>
            </w:r>
          </w:p>
        </w:tc>
        <w:tc>
          <w:tcPr>
            <w:tcW w:w="794" w:type="dxa"/>
          </w:tcPr>
          <w:p w:rsidR="00306250" w:rsidRDefault="00C55C52">
            <w:pPr>
              <w:spacing w:before="10" w:after="10"/>
              <w:jc w:val="center"/>
            </w:pPr>
            <w:r>
              <w:rPr>
                <w:sz w:val="14"/>
              </w:rPr>
              <w:t>2</w:t>
            </w:r>
          </w:p>
        </w:tc>
        <w:tc>
          <w:tcPr>
            <w:tcW w:w="1304" w:type="dxa"/>
            <w:shd w:val="clear" w:color="auto" w:fill="EDF2FA"/>
          </w:tcPr>
          <w:p w:rsidR="00306250" w:rsidRDefault="00C55C52">
            <w:pPr>
              <w:spacing w:before="10" w:after="10"/>
            </w:pPr>
            <w:r>
              <w:rPr>
                <w:sz w:val="14"/>
              </w:rPr>
              <w:t>THEME 1</w:t>
            </w:r>
          </w:p>
          <w:p w:rsidR="00306250" w:rsidRDefault="00C55C52">
            <w:pPr>
              <w:spacing w:after="10"/>
            </w:pPr>
            <w:r>
              <w:rPr>
                <w:sz w:val="14"/>
              </w:rPr>
              <w:t>SCHOOL LIFE</w:t>
            </w:r>
          </w:p>
        </w:tc>
        <w:tc>
          <w:tcPr>
            <w:tcW w:w="3855" w:type="dxa"/>
          </w:tcPr>
          <w:p w:rsidR="00306250" w:rsidRDefault="00C55C52">
            <w:pPr>
              <w:spacing w:before="10" w:after="10"/>
            </w:pPr>
            <w:r>
              <w:rPr>
                <w:sz w:val="13"/>
              </w:rPr>
              <w:t>▲ aynı tema devam ediyor</w:t>
            </w:r>
          </w:p>
        </w:tc>
        <w:tc>
          <w:tcPr>
            <w:tcW w:w="2721" w:type="dxa"/>
          </w:tcPr>
          <w:p w:rsidR="00306250" w:rsidRDefault="00C55C52">
            <w:pPr>
              <w:spacing w:before="10" w:after="10"/>
            </w:pPr>
            <w:r>
              <w:rPr>
                <w:b/>
                <w:sz w:val="14"/>
              </w:rPr>
              <w:t xml:space="preserve">ENG.3.1 › G1, L1-L4, P1, R1-R4, S1-S6, </w:t>
            </w:r>
            <w:r>
              <w:rPr>
                <w:b/>
                <w:sz w:val="14"/>
              </w:rPr>
              <w:t>V1, W1-W6</w:t>
            </w:r>
          </w:p>
        </w:tc>
        <w:tc>
          <w:tcPr>
            <w:tcW w:w="1814" w:type="dxa"/>
          </w:tcPr>
          <w:p w:rsidR="00306250" w:rsidRDefault="00C55C52">
            <w:pPr>
              <w:spacing w:before="10" w:after="10"/>
            </w:pPr>
            <w:r>
              <w:rPr>
                <w:sz w:val="13"/>
              </w:rPr>
              <w:t>▲ yukarıdaki ile aynı</w:t>
            </w:r>
          </w:p>
        </w:tc>
        <w:tc>
          <w:tcPr>
            <w:tcW w:w="1077" w:type="dxa"/>
          </w:tcPr>
          <w:p w:rsidR="00306250" w:rsidRDefault="00C55C52">
            <w:pPr>
              <w:spacing w:before="10" w:after="10"/>
            </w:pPr>
            <w:r>
              <w:rPr>
                <w:sz w:val="13"/>
              </w:rPr>
              <w:t>Değerler: V3, V4, V6, V7, V10-V12, V14, V15, V18-V20</w:t>
            </w:r>
          </w:p>
          <w:p w:rsidR="00306250" w:rsidRDefault="00C55C52">
            <w:pPr>
              <w:spacing w:after="10"/>
            </w:pPr>
            <w:r>
              <w:rPr>
                <w:sz w:val="13"/>
              </w:rPr>
              <w:t>Okuryaz.: LS1, LS2, LS4-LS6</w:t>
            </w:r>
          </w:p>
        </w:tc>
        <w:tc>
          <w:tcPr>
            <w:tcW w:w="1020" w:type="dxa"/>
          </w:tcPr>
          <w:p w:rsidR="00306250" w:rsidRDefault="00C55C52">
            <w:pPr>
              <w:spacing w:before="10" w:after="10"/>
            </w:pPr>
            <w:r>
              <w:rPr>
                <w:sz w:val="14"/>
              </w:rPr>
              <w:t>—</w:t>
            </w:r>
          </w:p>
        </w:tc>
        <w:tc>
          <w:tcPr>
            <w:tcW w:w="1417" w:type="dxa"/>
          </w:tcPr>
          <w:p w:rsidR="00306250" w:rsidRDefault="00C55C52">
            <w:pPr>
              <w:spacing w:before="10" w:after="10"/>
            </w:pPr>
            <w:r>
              <w:rPr>
                <w:sz w:val="13"/>
              </w:rPr>
              <w:t>▲ yukarıdaki ile aynı</w:t>
            </w:r>
          </w:p>
        </w:tc>
      </w:tr>
      <w:tr w:rsidR="00306250">
        <w:trPr>
          <w:cantSplit/>
        </w:trPr>
        <w:tc>
          <w:tcPr>
            <w:tcW w:w="624" w:type="dxa"/>
            <w:shd w:val="clear" w:color="auto" w:fill="E2F0D9"/>
          </w:tcPr>
          <w:p w:rsidR="00306250" w:rsidRDefault="00C55C52">
            <w:pPr>
              <w:spacing w:before="10" w:after="10"/>
              <w:jc w:val="center"/>
            </w:pPr>
            <w:r>
              <w:rPr>
                <w:sz w:val="14"/>
              </w:rPr>
              <w:lastRenderedPageBreak/>
              <w:t>Oct.</w:t>
            </w:r>
          </w:p>
        </w:tc>
        <w:tc>
          <w:tcPr>
            <w:tcW w:w="1077" w:type="dxa"/>
            <w:shd w:val="clear" w:color="auto" w:fill="E2F0D9"/>
          </w:tcPr>
          <w:p w:rsidR="00306250" w:rsidRDefault="00C55C52">
            <w:pPr>
              <w:spacing w:before="10" w:after="10"/>
              <w:jc w:val="center"/>
            </w:pPr>
            <w:r>
              <w:rPr>
                <w:sz w:val="14"/>
              </w:rPr>
              <w:t>WEEK 7: October 26-30</w:t>
            </w:r>
          </w:p>
        </w:tc>
        <w:tc>
          <w:tcPr>
            <w:tcW w:w="794" w:type="dxa"/>
            <w:shd w:val="clear" w:color="auto" w:fill="E2F0D9"/>
          </w:tcPr>
          <w:p w:rsidR="00306250" w:rsidRDefault="00C55C52">
            <w:pPr>
              <w:spacing w:before="10" w:after="10"/>
              <w:jc w:val="center"/>
            </w:pPr>
            <w:r>
              <w:rPr>
                <w:sz w:val="14"/>
              </w:rPr>
              <w:t>( 1 SBP + 1 )</w:t>
            </w:r>
          </w:p>
        </w:tc>
        <w:tc>
          <w:tcPr>
            <w:tcW w:w="1304" w:type="dxa"/>
            <w:shd w:val="clear" w:color="auto" w:fill="E2F0D9"/>
          </w:tcPr>
          <w:p w:rsidR="00306250" w:rsidRDefault="00C55C52">
            <w:pPr>
              <w:spacing w:before="10" w:after="10"/>
            </w:pPr>
            <w:r>
              <w:rPr>
                <w:b/>
                <w:sz w:val="14"/>
              </w:rPr>
              <w:t>SCHOOL-BASED PLANNING*</w:t>
            </w:r>
          </w:p>
          <w:p w:rsidR="00306250" w:rsidRDefault="00C55C52">
            <w:pPr>
              <w:spacing w:after="10"/>
            </w:pPr>
            <w:r>
              <w:rPr>
                <w:sz w:val="14"/>
              </w:rPr>
              <w:t>THEME 1</w:t>
            </w:r>
          </w:p>
          <w:p w:rsidR="00306250" w:rsidRDefault="00C55C52">
            <w:pPr>
              <w:spacing w:after="10"/>
            </w:pPr>
            <w:r>
              <w:rPr>
                <w:sz w:val="14"/>
              </w:rPr>
              <w:t>SCHOOL LIFE</w:t>
            </w:r>
          </w:p>
        </w:tc>
        <w:tc>
          <w:tcPr>
            <w:tcW w:w="3855" w:type="dxa"/>
            <w:shd w:val="clear" w:color="auto" w:fill="E2F0D9"/>
          </w:tcPr>
          <w:p w:rsidR="00306250" w:rsidRDefault="00C55C52">
            <w:pPr>
              <w:spacing w:before="10" w:after="10"/>
            </w:pPr>
            <w:r>
              <w:rPr>
                <w:sz w:val="13"/>
              </w:rPr>
              <w:t>Focus: Republic Day Activities</w:t>
            </w:r>
          </w:p>
          <w:p w:rsidR="00306250" w:rsidRDefault="00C55C52">
            <w:pPr>
              <w:spacing w:after="10"/>
            </w:pPr>
            <w:r>
              <w:rPr>
                <w:sz w:val="13"/>
              </w:rPr>
              <w:t>Preparation of English materials for the 29 October Republic Day celebrations (classroom poster, flag colouring, a short chant and a simple poem) · Whole-class practice of the chant and the poem · Pupils reflect on the activity with emoticons</w:t>
            </w:r>
          </w:p>
          <w:p w:rsidR="00306250" w:rsidRDefault="00C55C52">
            <w:pPr>
              <w:spacing w:after="10"/>
            </w:pPr>
            <w:r>
              <w:rPr>
                <w:sz w:val="13"/>
              </w:rPr>
              <w:t>(1 hour schoo</w:t>
            </w:r>
            <w:r>
              <w:rPr>
                <w:sz w:val="13"/>
              </w:rPr>
              <w:t>l-based planning + 1 hour theme lesson)</w:t>
            </w:r>
          </w:p>
          <w:p w:rsidR="00306250" w:rsidRDefault="00C55C52">
            <w:pPr>
              <w:spacing w:after="10"/>
            </w:pPr>
            <w:r>
              <w:rPr>
                <w:sz w:val="13"/>
              </w:rPr>
              <w:t>▲ aynı tema devam ediyor</w:t>
            </w:r>
          </w:p>
        </w:tc>
        <w:tc>
          <w:tcPr>
            <w:tcW w:w="2721" w:type="dxa"/>
            <w:shd w:val="clear" w:color="auto" w:fill="E2F0D9"/>
          </w:tcPr>
          <w:p w:rsidR="00306250" w:rsidRDefault="00C55C52">
            <w:pPr>
              <w:spacing w:before="10" w:after="10"/>
            </w:pPr>
            <w:r>
              <w:rPr>
                <w:b/>
                <w:sz w:val="14"/>
              </w:rPr>
              <w:t>ENG.3.1 › W5-W6</w:t>
            </w:r>
          </w:p>
        </w:tc>
        <w:tc>
          <w:tcPr>
            <w:tcW w:w="1814" w:type="dxa"/>
            <w:shd w:val="clear" w:color="auto" w:fill="E2F0D9"/>
          </w:tcPr>
          <w:p w:rsidR="00306250" w:rsidRDefault="00306250">
            <w:pPr>
              <w:spacing w:before="10" w:after="10"/>
            </w:pPr>
          </w:p>
        </w:tc>
        <w:tc>
          <w:tcPr>
            <w:tcW w:w="1077" w:type="dxa"/>
            <w:shd w:val="clear" w:color="auto" w:fill="E2F0D9"/>
          </w:tcPr>
          <w:p w:rsidR="00306250" w:rsidRDefault="00306250">
            <w:pPr>
              <w:spacing w:before="10" w:after="10"/>
            </w:pPr>
          </w:p>
        </w:tc>
        <w:tc>
          <w:tcPr>
            <w:tcW w:w="1020" w:type="dxa"/>
            <w:shd w:val="clear" w:color="auto" w:fill="E2F0D9"/>
          </w:tcPr>
          <w:p w:rsidR="00306250" w:rsidRDefault="00C55C52">
            <w:pPr>
              <w:spacing w:before="10" w:after="10"/>
            </w:pPr>
            <w:r>
              <w:rPr>
                <w:sz w:val="14"/>
              </w:rPr>
              <w:t>October 29 Republic Day</w:t>
            </w:r>
          </w:p>
        </w:tc>
        <w:tc>
          <w:tcPr>
            <w:tcW w:w="1417" w:type="dxa"/>
            <w:shd w:val="clear" w:color="auto" w:fill="E2F0D9"/>
          </w:tcPr>
          <w:p w:rsidR="00306250" w:rsidRDefault="00306250">
            <w:pPr>
              <w:spacing w:before="10" w:after="10"/>
            </w:pPr>
          </w:p>
        </w:tc>
      </w:tr>
      <w:tr w:rsidR="00306250">
        <w:trPr>
          <w:cantSplit/>
        </w:trPr>
        <w:tc>
          <w:tcPr>
            <w:tcW w:w="624" w:type="dxa"/>
          </w:tcPr>
          <w:p w:rsidR="00306250" w:rsidRDefault="00C55C52">
            <w:pPr>
              <w:spacing w:before="10" w:after="10"/>
              <w:jc w:val="center"/>
            </w:pPr>
            <w:r>
              <w:rPr>
                <w:sz w:val="14"/>
              </w:rPr>
              <w:t>Nov.</w:t>
            </w:r>
          </w:p>
        </w:tc>
        <w:tc>
          <w:tcPr>
            <w:tcW w:w="1077" w:type="dxa"/>
          </w:tcPr>
          <w:p w:rsidR="00306250" w:rsidRDefault="00C55C52">
            <w:pPr>
              <w:spacing w:before="10" w:after="10"/>
              <w:jc w:val="center"/>
            </w:pPr>
            <w:r>
              <w:rPr>
                <w:sz w:val="14"/>
              </w:rPr>
              <w:t>WEEK 8: November 2-6</w:t>
            </w:r>
          </w:p>
        </w:tc>
        <w:tc>
          <w:tcPr>
            <w:tcW w:w="794" w:type="dxa"/>
          </w:tcPr>
          <w:p w:rsidR="00306250" w:rsidRDefault="00C55C52">
            <w:pPr>
              <w:spacing w:before="10" w:after="10"/>
              <w:jc w:val="center"/>
            </w:pPr>
            <w:r>
              <w:rPr>
                <w:sz w:val="14"/>
              </w:rPr>
              <w:t>2</w:t>
            </w:r>
          </w:p>
        </w:tc>
        <w:tc>
          <w:tcPr>
            <w:tcW w:w="1304" w:type="dxa"/>
            <w:shd w:val="clear" w:color="auto" w:fill="EDF2FA"/>
          </w:tcPr>
          <w:p w:rsidR="00306250" w:rsidRDefault="00C55C52">
            <w:pPr>
              <w:spacing w:before="10" w:after="10"/>
            </w:pPr>
            <w:r>
              <w:rPr>
                <w:sz w:val="14"/>
              </w:rPr>
              <w:t>THEME 1</w:t>
            </w:r>
          </w:p>
          <w:p w:rsidR="00306250" w:rsidRDefault="00C55C52">
            <w:pPr>
              <w:spacing w:after="10"/>
            </w:pPr>
            <w:r>
              <w:rPr>
                <w:sz w:val="14"/>
              </w:rPr>
              <w:t>SCHOOL LIFE</w:t>
            </w:r>
          </w:p>
        </w:tc>
        <w:tc>
          <w:tcPr>
            <w:tcW w:w="3855" w:type="dxa"/>
          </w:tcPr>
          <w:p w:rsidR="00306250" w:rsidRDefault="00C55C52">
            <w:pPr>
              <w:spacing w:before="10" w:after="10"/>
            </w:pPr>
            <w:r>
              <w:rPr>
                <w:sz w:val="13"/>
              </w:rPr>
              <w:t>▲ aynı tema devam ediyor</w:t>
            </w:r>
          </w:p>
        </w:tc>
        <w:tc>
          <w:tcPr>
            <w:tcW w:w="2721" w:type="dxa"/>
          </w:tcPr>
          <w:p w:rsidR="00306250" w:rsidRDefault="00C55C52">
            <w:pPr>
              <w:spacing w:before="10" w:after="10"/>
            </w:pPr>
            <w:r>
              <w:rPr>
                <w:b/>
                <w:sz w:val="14"/>
              </w:rPr>
              <w:t>ENG.3.1 › G1, L1-L4, P1, R1-R4, S1-S6, V1, W1-W6</w:t>
            </w:r>
          </w:p>
        </w:tc>
        <w:tc>
          <w:tcPr>
            <w:tcW w:w="1814" w:type="dxa"/>
          </w:tcPr>
          <w:p w:rsidR="00306250" w:rsidRDefault="00C55C52">
            <w:pPr>
              <w:spacing w:before="10" w:after="10"/>
            </w:pPr>
            <w:r>
              <w:rPr>
                <w:sz w:val="13"/>
              </w:rPr>
              <w:t>▲ yukarıdaki ile aynı</w:t>
            </w:r>
          </w:p>
        </w:tc>
        <w:tc>
          <w:tcPr>
            <w:tcW w:w="1077" w:type="dxa"/>
          </w:tcPr>
          <w:p w:rsidR="00306250" w:rsidRDefault="00C55C52">
            <w:pPr>
              <w:spacing w:before="10" w:after="10"/>
            </w:pPr>
            <w:r>
              <w:rPr>
                <w:sz w:val="13"/>
              </w:rPr>
              <w:t>Değerler: V3, V4, V6, V7, V10-V12, V14, V15, V18-V20</w:t>
            </w:r>
          </w:p>
          <w:p w:rsidR="00306250" w:rsidRDefault="00C55C52">
            <w:pPr>
              <w:spacing w:after="10"/>
            </w:pPr>
            <w:r>
              <w:rPr>
                <w:sz w:val="13"/>
              </w:rPr>
              <w:t>Okuryaz.: LS1, LS2, LS4-LS6</w:t>
            </w:r>
          </w:p>
        </w:tc>
        <w:tc>
          <w:tcPr>
            <w:tcW w:w="1020" w:type="dxa"/>
          </w:tcPr>
          <w:p w:rsidR="00306250" w:rsidRDefault="00C55C52">
            <w:pPr>
              <w:spacing w:before="10" w:after="10"/>
            </w:pPr>
            <w:r>
              <w:rPr>
                <w:sz w:val="14"/>
              </w:rPr>
              <w:t>—</w:t>
            </w:r>
          </w:p>
        </w:tc>
        <w:tc>
          <w:tcPr>
            <w:tcW w:w="1417" w:type="dxa"/>
          </w:tcPr>
          <w:p w:rsidR="00306250" w:rsidRDefault="00C55C52">
            <w:pPr>
              <w:spacing w:before="10" w:after="10"/>
            </w:pPr>
            <w:r>
              <w:rPr>
                <w:sz w:val="13"/>
              </w:rPr>
              <w:t>▲ yukarıdaki ile aynı</w:t>
            </w:r>
          </w:p>
        </w:tc>
      </w:tr>
      <w:tr w:rsidR="00306250">
        <w:trPr>
          <w:cantSplit/>
        </w:trPr>
        <w:tc>
          <w:tcPr>
            <w:tcW w:w="624" w:type="dxa"/>
          </w:tcPr>
          <w:p w:rsidR="00306250" w:rsidRDefault="00C55C52">
            <w:pPr>
              <w:spacing w:before="10" w:after="10"/>
              <w:jc w:val="center"/>
            </w:pPr>
            <w:r>
              <w:rPr>
                <w:sz w:val="14"/>
              </w:rPr>
              <w:t>Nov.</w:t>
            </w:r>
          </w:p>
        </w:tc>
        <w:tc>
          <w:tcPr>
            <w:tcW w:w="1077" w:type="dxa"/>
          </w:tcPr>
          <w:p w:rsidR="00306250" w:rsidRDefault="00C55C52">
            <w:pPr>
              <w:spacing w:before="10" w:after="10"/>
              <w:jc w:val="center"/>
            </w:pPr>
            <w:r>
              <w:rPr>
                <w:sz w:val="14"/>
              </w:rPr>
              <w:t>WEEK 9: November 9-13</w:t>
            </w:r>
          </w:p>
        </w:tc>
        <w:tc>
          <w:tcPr>
            <w:tcW w:w="794" w:type="dxa"/>
          </w:tcPr>
          <w:p w:rsidR="00306250" w:rsidRDefault="00C55C52">
            <w:pPr>
              <w:spacing w:before="10" w:after="10"/>
              <w:jc w:val="center"/>
            </w:pPr>
            <w:r>
              <w:rPr>
                <w:sz w:val="14"/>
              </w:rPr>
              <w:t>2</w:t>
            </w:r>
          </w:p>
        </w:tc>
        <w:tc>
          <w:tcPr>
            <w:tcW w:w="1304" w:type="dxa"/>
            <w:shd w:val="clear" w:color="auto" w:fill="EDF2FA"/>
          </w:tcPr>
          <w:p w:rsidR="00306250" w:rsidRDefault="00C55C52">
            <w:pPr>
              <w:spacing w:before="10" w:after="10"/>
            </w:pPr>
            <w:r>
              <w:rPr>
                <w:sz w:val="14"/>
              </w:rPr>
              <w:t>THEME 1</w:t>
            </w:r>
          </w:p>
          <w:p w:rsidR="00306250" w:rsidRDefault="00C55C52">
            <w:pPr>
              <w:spacing w:after="10"/>
            </w:pPr>
            <w:r>
              <w:rPr>
                <w:sz w:val="14"/>
              </w:rPr>
              <w:t>SCHOOL LIFE</w:t>
            </w:r>
          </w:p>
        </w:tc>
        <w:tc>
          <w:tcPr>
            <w:tcW w:w="3855" w:type="dxa"/>
          </w:tcPr>
          <w:p w:rsidR="00306250" w:rsidRDefault="00C55C52">
            <w:pPr>
              <w:spacing w:before="10" w:after="10"/>
            </w:pPr>
            <w:r>
              <w:rPr>
                <w:sz w:val="13"/>
              </w:rPr>
              <w:t>▲ aynı tema devam ediyor</w:t>
            </w:r>
          </w:p>
        </w:tc>
        <w:tc>
          <w:tcPr>
            <w:tcW w:w="2721" w:type="dxa"/>
          </w:tcPr>
          <w:p w:rsidR="00306250" w:rsidRDefault="00C55C52">
            <w:pPr>
              <w:spacing w:before="10" w:after="10"/>
            </w:pPr>
            <w:r>
              <w:rPr>
                <w:b/>
                <w:sz w:val="14"/>
              </w:rPr>
              <w:t>ENG.3.1 › G1, L1-L4, P1, R1-R4, S1-S6, V1, W1-W6</w:t>
            </w:r>
          </w:p>
        </w:tc>
        <w:tc>
          <w:tcPr>
            <w:tcW w:w="1814" w:type="dxa"/>
          </w:tcPr>
          <w:p w:rsidR="00306250" w:rsidRDefault="00C55C52">
            <w:pPr>
              <w:spacing w:before="10" w:after="10"/>
            </w:pPr>
            <w:r>
              <w:rPr>
                <w:sz w:val="13"/>
              </w:rPr>
              <w:t>▲ yukarıdaki ile aynı</w:t>
            </w:r>
          </w:p>
        </w:tc>
        <w:tc>
          <w:tcPr>
            <w:tcW w:w="1077" w:type="dxa"/>
          </w:tcPr>
          <w:p w:rsidR="00306250" w:rsidRDefault="00C55C52">
            <w:pPr>
              <w:spacing w:before="10" w:after="10"/>
            </w:pPr>
            <w:r>
              <w:rPr>
                <w:sz w:val="13"/>
              </w:rPr>
              <w:t>Değerler: V3, V4, V6, V7, V10-V12, V14, V15, V18-V20</w:t>
            </w:r>
          </w:p>
          <w:p w:rsidR="00306250" w:rsidRDefault="00C55C52">
            <w:pPr>
              <w:spacing w:after="10"/>
            </w:pPr>
            <w:r>
              <w:rPr>
                <w:sz w:val="13"/>
              </w:rPr>
              <w:t>Okuryaz.: LS1, LS2, LS4-LS6</w:t>
            </w:r>
          </w:p>
        </w:tc>
        <w:tc>
          <w:tcPr>
            <w:tcW w:w="1020" w:type="dxa"/>
          </w:tcPr>
          <w:p w:rsidR="00306250" w:rsidRDefault="00C55C52">
            <w:pPr>
              <w:spacing w:before="10" w:after="10"/>
            </w:pPr>
            <w:r>
              <w:rPr>
                <w:sz w:val="14"/>
              </w:rPr>
              <w:t>Atatürk Week (November 10-16)</w:t>
            </w:r>
          </w:p>
        </w:tc>
        <w:tc>
          <w:tcPr>
            <w:tcW w:w="1417" w:type="dxa"/>
          </w:tcPr>
          <w:p w:rsidR="00306250" w:rsidRDefault="00C55C52">
            <w:pPr>
              <w:spacing w:before="10" w:after="10"/>
            </w:pPr>
            <w:r>
              <w:rPr>
                <w:sz w:val="13"/>
              </w:rPr>
              <w:t>▲ yukarıdaki ile aynı</w:t>
            </w:r>
          </w:p>
        </w:tc>
      </w:tr>
      <w:tr w:rsidR="00306250">
        <w:trPr>
          <w:cantSplit/>
        </w:trPr>
        <w:tc>
          <w:tcPr>
            <w:tcW w:w="15701" w:type="dxa"/>
            <w:gridSpan w:val="10"/>
            <w:shd w:val="clear" w:color="auto" w:fill="FFF2CC"/>
          </w:tcPr>
          <w:p w:rsidR="00306250" w:rsidRDefault="00C55C52">
            <w:pPr>
              <w:spacing w:before="10" w:after="10"/>
              <w:jc w:val="center"/>
            </w:pPr>
            <w:r>
              <w:rPr>
                <w:b/>
              </w:rPr>
              <w:t>FIRST MIDTERM BREAK: November 16 - 20</w:t>
            </w:r>
          </w:p>
        </w:tc>
      </w:tr>
      <w:tr w:rsidR="00306250">
        <w:trPr>
          <w:cantSplit/>
        </w:trPr>
        <w:tc>
          <w:tcPr>
            <w:tcW w:w="624" w:type="dxa"/>
          </w:tcPr>
          <w:p w:rsidR="00306250" w:rsidRDefault="00C55C52">
            <w:pPr>
              <w:spacing w:before="10" w:after="10"/>
              <w:jc w:val="center"/>
            </w:pPr>
            <w:r>
              <w:rPr>
                <w:sz w:val="14"/>
              </w:rPr>
              <w:t>Nov.</w:t>
            </w:r>
          </w:p>
        </w:tc>
        <w:tc>
          <w:tcPr>
            <w:tcW w:w="1077" w:type="dxa"/>
          </w:tcPr>
          <w:p w:rsidR="00306250" w:rsidRDefault="00C55C52">
            <w:pPr>
              <w:spacing w:before="10" w:after="10"/>
              <w:jc w:val="center"/>
            </w:pPr>
            <w:r>
              <w:rPr>
                <w:sz w:val="14"/>
              </w:rPr>
              <w:t>WEEK 10: November 23-27</w:t>
            </w:r>
          </w:p>
        </w:tc>
        <w:tc>
          <w:tcPr>
            <w:tcW w:w="794" w:type="dxa"/>
          </w:tcPr>
          <w:p w:rsidR="00306250" w:rsidRDefault="00C55C52">
            <w:pPr>
              <w:spacing w:before="10" w:after="10"/>
              <w:jc w:val="center"/>
            </w:pPr>
            <w:r>
              <w:rPr>
                <w:sz w:val="14"/>
              </w:rPr>
              <w:t>2</w:t>
            </w:r>
          </w:p>
        </w:tc>
        <w:tc>
          <w:tcPr>
            <w:tcW w:w="1304" w:type="dxa"/>
            <w:shd w:val="clear" w:color="auto" w:fill="EDF2FA"/>
          </w:tcPr>
          <w:p w:rsidR="00306250" w:rsidRDefault="00C55C52">
            <w:pPr>
              <w:spacing w:before="10" w:after="10"/>
            </w:pPr>
            <w:r>
              <w:rPr>
                <w:sz w:val="14"/>
              </w:rPr>
              <w:t>THEME 2</w:t>
            </w:r>
          </w:p>
          <w:p w:rsidR="00306250" w:rsidRDefault="00C55C52">
            <w:pPr>
              <w:spacing w:after="10"/>
            </w:pPr>
            <w:r>
              <w:rPr>
                <w:sz w:val="14"/>
              </w:rPr>
              <w:t>CLASSROOM LIFE</w:t>
            </w:r>
          </w:p>
        </w:tc>
        <w:tc>
          <w:tcPr>
            <w:tcW w:w="3855" w:type="dxa"/>
          </w:tcPr>
          <w:p w:rsidR="00306250" w:rsidRDefault="00C55C52">
            <w:pPr>
              <w:spacing w:before="10" w:after="10"/>
            </w:pPr>
            <w:r>
              <w:rPr>
                <w:sz w:val="13"/>
              </w:rPr>
              <w:t xml:space="preserve">Alt temalar: Classroom </w:t>
            </w:r>
            <w:r>
              <w:rPr>
                <w:sz w:val="13"/>
              </w:rPr>
              <w:t>instructions and language; classroom furniture, objects, and devices; school subjects; seasons of the year</w:t>
            </w:r>
          </w:p>
          <w:p w:rsidR="00306250" w:rsidRDefault="00C55C52">
            <w:pPr>
              <w:spacing w:after="10"/>
            </w:pPr>
            <w:r>
              <w:rPr>
                <w:sz w:val="13"/>
              </w:rPr>
              <w:t>Kelime: Classroom objects · Classroom devices · School subjects · Nouns · Cardinal Numbers</w:t>
            </w:r>
          </w:p>
          <w:p w:rsidR="00306250" w:rsidRDefault="00C55C52">
            <w:pPr>
              <w:spacing w:after="10"/>
            </w:pPr>
            <w:r>
              <w:rPr>
                <w:sz w:val="13"/>
              </w:rPr>
              <w:t>Dil bilgisi: To be (present) · Countable nouns · There is/</w:t>
            </w:r>
            <w:r>
              <w:rPr>
                <w:sz w:val="13"/>
              </w:rPr>
              <w:t>there are · Have got/has got · Possessive adjectives · Question words · Time expressions</w:t>
            </w:r>
          </w:p>
          <w:p w:rsidR="00306250" w:rsidRDefault="00C55C52">
            <w:pPr>
              <w:spacing w:after="10"/>
            </w:pPr>
            <w:r>
              <w:rPr>
                <w:sz w:val="13"/>
              </w:rPr>
              <w:t>Kalıp ifadeler: You look great! · What nice weather! · It’s freezing! · Everything is all right! · That’s right!</w:t>
            </w:r>
          </w:p>
          <w:p w:rsidR="00306250" w:rsidRDefault="00C55C52">
            <w:pPr>
              <w:spacing w:after="10"/>
            </w:pPr>
            <w:r>
              <w:rPr>
                <w:sz w:val="13"/>
              </w:rPr>
              <w:t>Telaffuz: Sounds of the letters c, d</w:t>
            </w:r>
          </w:p>
        </w:tc>
        <w:tc>
          <w:tcPr>
            <w:tcW w:w="2721" w:type="dxa"/>
          </w:tcPr>
          <w:p w:rsidR="00306250" w:rsidRDefault="00C55C52">
            <w:pPr>
              <w:spacing w:before="10" w:after="10"/>
            </w:pPr>
            <w:r>
              <w:rPr>
                <w:b/>
                <w:sz w:val="14"/>
              </w:rPr>
              <w:t>ENG.3.2 › G1, L1-</w:t>
            </w:r>
            <w:r>
              <w:rPr>
                <w:b/>
                <w:sz w:val="14"/>
              </w:rPr>
              <w:t>L4, P1, R1-R4, S1-S6, V1, W1-W6</w:t>
            </w:r>
          </w:p>
        </w:tc>
        <w:tc>
          <w:tcPr>
            <w:tcW w:w="1814" w:type="dxa"/>
          </w:tcPr>
          <w:p w:rsidR="00306250" w:rsidRDefault="00C55C52">
            <w:pPr>
              <w:spacing w:before="10" w:after="10"/>
            </w:pPr>
            <w:r>
              <w:rPr>
                <w:sz w:val="13"/>
              </w:rPr>
              <w:t>Assessment and Evaluation Scheme</w:t>
            </w:r>
          </w:p>
          <w:p w:rsidR="00306250" w:rsidRDefault="00306250">
            <w:pPr>
              <w:spacing w:after="10"/>
            </w:pPr>
          </w:p>
          <w:p w:rsidR="00306250" w:rsidRDefault="00C55C52">
            <w:pPr>
              <w:spacing w:after="10"/>
            </w:pPr>
            <w:r>
              <w:rPr>
                <w:sz w:val="13"/>
              </w:rPr>
              <w:t>PERFORMANCE ASSIGNMENT: Pupils will design a Picture Dictionary titled “Classroom Life”, including vocabulary related to classroom instructions and language; classroom furniture, objects, an</w:t>
            </w:r>
            <w:r>
              <w:rPr>
                <w:sz w:val="13"/>
              </w:rPr>
              <w:t>d devices; school subjects; seasons of the year”. They will…</w:t>
            </w:r>
          </w:p>
        </w:tc>
        <w:tc>
          <w:tcPr>
            <w:tcW w:w="1077" w:type="dxa"/>
          </w:tcPr>
          <w:p w:rsidR="00306250" w:rsidRDefault="00C55C52">
            <w:pPr>
              <w:spacing w:before="10" w:after="10"/>
            </w:pPr>
            <w:r>
              <w:rPr>
                <w:sz w:val="13"/>
              </w:rPr>
              <w:t>Değerler: V3-V7, V10-V12, V14, V15, V18, V20</w:t>
            </w:r>
          </w:p>
          <w:p w:rsidR="00306250" w:rsidRDefault="00C55C52">
            <w:pPr>
              <w:spacing w:after="10"/>
            </w:pPr>
            <w:r>
              <w:rPr>
                <w:sz w:val="13"/>
              </w:rPr>
              <w:t>Okuryaz.: LS1, LS2, LS4-LS6</w:t>
            </w:r>
          </w:p>
        </w:tc>
        <w:tc>
          <w:tcPr>
            <w:tcW w:w="1020" w:type="dxa"/>
          </w:tcPr>
          <w:p w:rsidR="00306250" w:rsidRDefault="00C55C52">
            <w:pPr>
              <w:spacing w:before="10" w:after="10"/>
            </w:pPr>
            <w:r>
              <w:rPr>
                <w:sz w:val="14"/>
              </w:rPr>
              <w:t>November 24 Teachers' Day</w:t>
            </w:r>
          </w:p>
        </w:tc>
        <w:tc>
          <w:tcPr>
            <w:tcW w:w="1417" w:type="dxa"/>
          </w:tcPr>
          <w:p w:rsidR="00306250" w:rsidRDefault="00C55C52">
            <w:pPr>
              <w:spacing w:before="10" w:after="10"/>
            </w:pPr>
            <w:r>
              <w:rPr>
                <w:sz w:val="13"/>
              </w:rPr>
              <w:t>Zenginleştirme: Identify classroom objects.</w:t>
            </w:r>
          </w:p>
          <w:p w:rsidR="00306250" w:rsidRDefault="00C55C52">
            <w:pPr>
              <w:spacing w:after="10"/>
            </w:pPr>
            <w:r>
              <w:rPr>
                <w:sz w:val="13"/>
              </w:rPr>
              <w:t xml:space="preserve">Destek: Practice the language for classroom objects </w:t>
            </w:r>
            <w:r>
              <w:rPr>
                <w:sz w:val="13"/>
              </w:rPr>
              <w:t>by guessing and using target vocabulary.</w:t>
            </w:r>
          </w:p>
        </w:tc>
      </w:tr>
      <w:tr w:rsidR="00306250">
        <w:trPr>
          <w:cantSplit/>
        </w:trPr>
        <w:tc>
          <w:tcPr>
            <w:tcW w:w="624" w:type="dxa"/>
          </w:tcPr>
          <w:p w:rsidR="00306250" w:rsidRDefault="00C55C52">
            <w:pPr>
              <w:spacing w:before="10" w:after="10"/>
              <w:jc w:val="center"/>
            </w:pPr>
            <w:r>
              <w:rPr>
                <w:sz w:val="14"/>
              </w:rPr>
              <w:t>Nov.</w:t>
            </w:r>
          </w:p>
        </w:tc>
        <w:tc>
          <w:tcPr>
            <w:tcW w:w="1077" w:type="dxa"/>
          </w:tcPr>
          <w:p w:rsidR="00306250" w:rsidRDefault="00C55C52">
            <w:pPr>
              <w:spacing w:before="10" w:after="10"/>
              <w:jc w:val="center"/>
            </w:pPr>
            <w:r>
              <w:rPr>
                <w:sz w:val="14"/>
              </w:rPr>
              <w:t>WEEK 11: November 30 - December 4</w:t>
            </w:r>
          </w:p>
        </w:tc>
        <w:tc>
          <w:tcPr>
            <w:tcW w:w="794" w:type="dxa"/>
          </w:tcPr>
          <w:p w:rsidR="00306250" w:rsidRDefault="00C55C52">
            <w:pPr>
              <w:spacing w:before="10" w:after="10"/>
              <w:jc w:val="center"/>
            </w:pPr>
            <w:r>
              <w:rPr>
                <w:sz w:val="14"/>
              </w:rPr>
              <w:t>2</w:t>
            </w:r>
          </w:p>
        </w:tc>
        <w:tc>
          <w:tcPr>
            <w:tcW w:w="1304" w:type="dxa"/>
            <w:shd w:val="clear" w:color="auto" w:fill="EDF2FA"/>
          </w:tcPr>
          <w:p w:rsidR="00306250" w:rsidRDefault="00C55C52">
            <w:pPr>
              <w:spacing w:before="10" w:after="10"/>
            </w:pPr>
            <w:r>
              <w:rPr>
                <w:sz w:val="14"/>
              </w:rPr>
              <w:t>THEME 2</w:t>
            </w:r>
          </w:p>
          <w:p w:rsidR="00306250" w:rsidRDefault="00C55C52">
            <w:pPr>
              <w:spacing w:after="10"/>
            </w:pPr>
            <w:r>
              <w:rPr>
                <w:sz w:val="14"/>
              </w:rPr>
              <w:t>CLASSROOM LIFE</w:t>
            </w:r>
          </w:p>
        </w:tc>
        <w:tc>
          <w:tcPr>
            <w:tcW w:w="3855" w:type="dxa"/>
          </w:tcPr>
          <w:p w:rsidR="00306250" w:rsidRDefault="00C55C52">
            <w:pPr>
              <w:spacing w:before="10" w:after="10"/>
            </w:pPr>
            <w:r>
              <w:rPr>
                <w:sz w:val="13"/>
              </w:rPr>
              <w:t>▲ aynı tema devam ediyor</w:t>
            </w:r>
          </w:p>
        </w:tc>
        <w:tc>
          <w:tcPr>
            <w:tcW w:w="2721" w:type="dxa"/>
          </w:tcPr>
          <w:p w:rsidR="00306250" w:rsidRDefault="00C55C52">
            <w:pPr>
              <w:spacing w:before="10" w:after="10"/>
            </w:pPr>
            <w:r>
              <w:rPr>
                <w:b/>
                <w:sz w:val="14"/>
              </w:rPr>
              <w:t>ENG.3.2 › G1, L1-L4, P1, R1-R4, S1-S6, V1, W1-W6</w:t>
            </w:r>
          </w:p>
        </w:tc>
        <w:tc>
          <w:tcPr>
            <w:tcW w:w="1814" w:type="dxa"/>
          </w:tcPr>
          <w:p w:rsidR="00306250" w:rsidRDefault="00C55C52">
            <w:pPr>
              <w:spacing w:before="10" w:after="10"/>
            </w:pPr>
            <w:r>
              <w:rPr>
                <w:sz w:val="13"/>
              </w:rPr>
              <w:t>▲ yukarıdaki ile aynı</w:t>
            </w:r>
          </w:p>
        </w:tc>
        <w:tc>
          <w:tcPr>
            <w:tcW w:w="1077" w:type="dxa"/>
          </w:tcPr>
          <w:p w:rsidR="00306250" w:rsidRDefault="00C55C52">
            <w:pPr>
              <w:spacing w:before="10" w:after="10"/>
            </w:pPr>
            <w:r>
              <w:rPr>
                <w:sz w:val="13"/>
              </w:rPr>
              <w:t>Değerler: V3-V7, V10-V12, V14, V15, V18, V20</w:t>
            </w:r>
          </w:p>
          <w:p w:rsidR="00306250" w:rsidRDefault="00C55C52">
            <w:pPr>
              <w:spacing w:after="10"/>
            </w:pPr>
            <w:r>
              <w:rPr>
                <w:sz w:val="13"/>
              </w:rPr>
              <w:t>Okuryaz.:</w:t>
            </w:r>
            <w:r>
              <w:rPr>
                <w:sz w:val="13"/>
              </w:rPr>
              <w:t xml:space="preserve"> LS1, LS2, LS4-LS6</w:t>
            </w:r>
          </w:p>
        </w:tc>
        <w:tc>
          <w:tcPr>
            <w:tcW w:w="1020" w:type="dxa"/>
          </w:tcPr>
          <w:p w:rsidR="00306250" w:rsidRDefault="00C55C52">
            <w:pPr>
              <w:spacing w:before="10" w:after="10"/>
            </w:pPr>
            <w:r>
              <w:rPr>
                <w:sz w:val="14"/>
              </w:rPr>
              <w:t>December 3 International Day of Persons with Disabilities</w:t>
            </w:r>
          </w:p>
        </w:tc>
        <w:tc>
          <w:tcPr>
            <w:tcW w:w="1417" w:type="dxa"/>
          </w:tcPr>
          <w:p w:rsidR="00306250" w:rsidRDefault="00C55C52">
            <w:pPr>
              <w:spacing w:before="10" w:after="10"/>
            </w:pPr>
            <w:r>
              <w:rPr>
                <w:sz w:val="13"/>
              </w:rPr>
              <w:t>▲ yukarıdaki ile aynı</w:t>
            </w:r>
          </w:p>
        </w:tc>
      </w:tr>
      <w:tr w:rsidR="00306250">
        <w:trPr>
          <w:cantSplit/>
        </w:trPr>
        <w:tc>
          <w:tcPr>
            <w:tcW w:w="624" w:type="dxa"/>
          </w:tcPr>
          <w:p w:rsidR="00306250" w:rsidRDefault="00C55C52">
            <w:pPr>
              <w:spacing w:before="10" w:after="10"/>
              <w:jc w:val="center"/>
            </w:pPr>
            <w:r>
              <w:rPr>
                <w:sz w:val="14"/>
              </w:rPr>
              <w:t>Dec.</w:t>
            </w:r>
          </w:p>
        </w:tc>
        <w:tc>
          <w:tcPr>
            <w:tcW w:w="1077" w:type="dxa"/>
          </w:tcPr>
          <w:p w:rsidR="00306250" w:rsidRDefault="00C55C52">
            <w:pPr>
              <w:spacing w:before="10" w:after="10"/>
              <w:jc w:val="center"/>
            </w:pPr>
            <w:r>
              <w:rPr>
                <w:sz w:val="14"/>
              </w:rPr>
              <w:t>WEEK 12: December 7-11</w:t>
            </w:r>
          </w:p>
        </w:tc>
        <w:tc>
          <w:tcPr>
            <w:tcW w:w="794" w:type="dxa"/>
          </w:tcPr>
          <w:p w:rsidR="00306250" w:rsidRDefault="00C55C52">
            <w:pPr>
              <w:spacing w:before="10" w:after="10"/>
              <w:jc w:val="center"/>
            </w:pPr>
            <w:r>
              <w:rPr>
                <w:sz w:val="14"/>
              </w:rPr>
              <w:t>2</w:t>
            </w:r>
          </w:p>
        </w:tc>
        <w:tc>
          <w:tcPr>
            <w:tcW w:w="1304" w:type="dxa"/>
            <w:shd w:val="clear" w:color="auto" w:fill="EDF2FA"/>
          </w:tcPr>
          <w:p w:rsidR="00306250" w:rsidRDefault="00C55C52">
            <w:pPr>
              <w:spacing w:before="10" w:after="10"/>
            </w:pPr>
            <w:r>
              <w:rPr>
                <w:sz w:val="14"/>
              </w:rPr>
              <w:t>THEME 2</w:t>
            </w:r>
          </w:p>
          <w:p w:rsidR="00306250" w:rsidRDefault="00C55C52">
            <w:pPr>
              <w:spacing w:after="10"/>
            </w:pPr>
            <w:r>
              <w:rPr>
                <w:sz w:val="14"/>
              </w:rPr>
              <w:t>CLASSROOM LIFE</w:t>
            </w:r>
          </w:p>
        </w:tc>
        <w:tc>
          <w:tcPr>
            <w:tcW w:w="3855" w:type="dxa"/>
          </w:tcPr>
          <w:p w:rsidR="00306250" w:rsidRDefault="00C55C52">
            <w:pPr>
              <w:spacing w:before="10" w:after="10"/>
            </w:pPr>
            <w:r>
              <w:rPr>
                <w:sz w:val="13"/>
              </w:rPr>
              <w:t>▲ aynı tema devam ediyor</w:t>
            </w:r>
          </w:p>
        </w:tc>
        <w:tc>
          <w:tcPr>
            <w:tcW w:w="2721" w:type="dxa"/>
          </w:tcPr>
          <w:p w:rsidR="00306250" w:rsidRDefault="00C55C52">
            <w:pPr>
              <w:spacing w:before="10" w:after="10"/>
            </w:pPr>
            <w:r>
              <w:rPr>
                <w:b/>
                <w:sz w:val="14"/>
              </w:rPr>
              <w:t>ENG.3.2 › G1, L1-L4, P1, R1-R4, S1-S6, V1, W1-W6</w:t>
            </w:r>
          </w:p>
        </w:tc>
        <w:tc>
          <w:tcPr>
            <w:tcW w:w="1814" w:type="dxa"/>
          </w:tcPr>
          <w:p w:rsidR="00306250" w:rsidRDefault="00C55C52">
            <w:pPr>
              <w:spacing w:before="10" w:after="10"/>
            </w:pPr>
            <w:r>
              <w:rPr>
                <w:sz w:val="13"/>
              </w:rPr>
              <w:t>▲ yukarıdaki ile aynı</w:t>
            </w:r>
          </w:p>
        </w:tc>
        <w:tc>
          <w:tcPr>
            <w:tcW w:w="1077" w:type="dxa"/>
          </w:tcPr>
          <w:p w:rsidR="00306250" w:rsidRDefault="00C55C52">
            <w:pPr>
              <w:spacing w:before="10" w:after="10"/>
            </w:pPr>
            <w:r>
              <w:rPr>
                <w:sz w:val="13"/>
              </w:rPr>
              <w:t>Değerler: V3-V7, V10-V12, V14, V15, V18, V20</w:t>
            </w:r>
          </w:p>
          <w:p w:rsidR="00306250" w:rsidRDefault="00C55C52">
            <w:pPr>
              <w:spacing w:after="10"/>
            </w:pPr>
            <w:r>
              <w:rPr>
                <w:sz w:val="13"/>
              </w:rPr>
              <w:t>Okuryaz.: LS1, LS2, LS4-LS6</w:t>
            </w:r>
          </w:p>
        </w:tc>
        <w:tc>
          <w:tcPr>
            <w:tcW w:w="1020" w:type="dxa"/>
          </w:tcPr>
          <w:p w:rsidR="00306250" w:rsidRDefault="00C55C52">
            <w:pPr>
              <w:spacing w:before="10" w:after="10"/>
            </w:pPr>
            <w:r>
              <w:rPr>
                <w:sz w:val="14"/>
              </w:rPr>
              <w:t>—</w:t>
            </w:r>
          </w:p>
        </w:tc>
        <w:tc>
          <w:tcPr>
            <w:tcW w:w="1417" w:type="dxa"/>
          </w:tcPr>
          <w:p w:rsidR="00306250" w:rsidRDefault="00C55C52">
            <w:pPr>
              <w:spacing w:before="10" w:after="10"/>
            </w:pPr>
            <w:r>
              <w:rPr>
                <w:sz w:val="13"/>
              </w:rPr>
              <w:t>▲ yukarıdaki ile aynı</w:t>
            </w:r>
          </w:p>
        </w:tc>
      </w:tr>
      <w:tr w:rsidR="00306250">
        <w:trPr>
          <w:cantSplit/>
        </w:trPr>
        <w:tc>
          <w:tcPr>
            <w:tcW w:w="624" w:type="dxa"/>
          </w:tcPr>
          <w:p w:rsidR="00306250" w:rsidRDefault="00C55C52">
            <w:pPr>
              <w:spacing w:before="10" w:after="10"/>
              <w:jc w:val="center"/>
            </w:pPr>
            <w:r>
              <w:rPr>
                <w:sz w:val="14"/>
              </w:rPr>
              <w:lastRenderedPageBreak/>
              <w:t>Dec.</w:t>
            </w:r>
          </w:p>
        </w:tc>
        <w:tc>
          <w:tcPr>
            <w:tcW w:w="1077" w:type="dxa"/>
          </w:tcPr>
          <w:p w:rsidR="00306250" w:rsidRDefault="00C55C52">
            <w:pPr>
              <w:spacing w:before="10" w:after="10"/>
              <w:jc w:val="center"/>
            </w:pPr>
            <w:r>
              <w:rPr>
                <w:sz w:val="14"/>
              </w:rPr>
              <w:t>WEEK 13: December 14-18</w:t>
            </w:r>
          </w:p>
        </w:tc>
        <w:tc>
          <w:tcPr>
            <w:tcW w:w="794" w:type="dxa"/>
          </w:tcPr>
          <w:p w:rsidR="00306250" w:rsidRDefault="00C55C52">
            <w:pPr>
              <w:spacing w:before="10" w:after="10"/>
              <w:jc w:val="center"/>
            </w:pPr>
            <w:r>
              <w:rPr>
                <w:sz w:val="14"/>
              </w:rPr>
              <w:t>2</w:t>
            </w:r>
          </w:p>
        </w:tc>
        <w:tc>
          <w:tcPr>
            <w:tcW w:w="1304" w:type="dxa"/>
            <w:shd w:val="clear" w:color="auto" w:fill="EDF2FA"/>
          </w:tcPr>
          <w:p w:rsidR="00306250" w:rsidRDefault="00C55C52">
            <w:pPr>
              <w:spacing w:before="10" w:after="10"/>
            </w:pPr>
            <w:r>
              <w:rPr>
                <w:sz w:val="14"/>
              </w:rPr>
              <w:t>THEME 2</w:t>
            </w:r>
          </w:p>
          <w:p w:rsidR="00306250" w:rsidRDefault="00C55C52">
            <w:pPr>
              <w:spacing w:after="10"/>
            </w:pPr>
            <w:r>
              <w:rPr>
                <w:sz w:val="14"/>
              </w:rPr>
              <w:t>CLASSROOM LIFE</w:t>
            </w:r>
          </w:p>
        </w:tc>
        <w:tc>
          <w:tcPr>
            <w:tcW w:w="3855" w:type="dxa"/>
          </w:tcPr>
          <w:p w:rsidR="00306250" w:rsidRDefault="00C55C52">
            <w:pPr>
              <w:spacing w:before="10" w:after="10"/>
            </w:pPr>
            <w:r>
              <w:rPr>
                <w:sz w:val="13"/>
              </w:rPr>
              <w:t>▲ aynı tema devam ediyor</w:t>
            </w:r>
          </w:p>
        </w:tc>
        <w:tc>
          <w:tcPr>
            <w:tcW w:w="2721" w:type="dxa"/>
          </w:tcPr>
          <w:p w:rsidR="00306250" w:rsidRDefault="00C55C52">
            <w:pPr>
              <w:spacing w:before="10" w:after="10"/>
            </w:pPr>
            <w:r>
              <w:rPr>
                <w:b/>
                <w:sz w:val="14"/>
              </w:rPr>
              <w:t>ENG.3.2 › G1, L1-L4, P1, R1-R4, S1-S6, V1, W1-W6</w:t>
            </w:r>
          </w:p>
        </w:tc>
        <w:tc>
          <w:tcPr>
            <w:tcW w:w="1814" w:type="dxa"/>
          </w:tcPr>
          <w:p w:rsidR="00306250" w:rsidRDefault="00C55C52">
            <w:pPr>
              <w:spacing w:before="10" w:after="10"/>
            </w:pPr>
            <w:r>
              <w:rPr>
                <w:sz w:val="13"/>
              </w:rPr>
              <w:t>▲ yukarıdaki ile aynı</w:t>
            </w:r>
          </w:p>
        </w:tc>
        <w:tc>
          <w:tcPr>
            <w:tcW w:w="1077" w:type="dxa"/>
          </w:tcPr>
          <w:p w:rsidR="00306250" w:rsidRDefault="00C55C52">
            <w:pPr>
              <w:spacing w:before="10" w:after="10"/>
            </w:pPr>
            <w:r>
              <w:rPr>
                <w:sz w:val="13"/>
              </w:rPr>
              <w:t>Değerler: V3-V7, V10-V12, V14, V15, V18, V20</w:t>
            </w:r>
          </w:p>
          <w:p w:rsidR="00306250" w:rsidRDefault="00C55C52">
            <w:pPr>
              <w:spacing w:after="10"/>
            </w:pPr>
            <w:r>
              <w:rPr>
                <w:sz w:val="13"/>
              </w:rPr>
              <w:t>Okuryaz.: LS1, LS2, LS4-LS6</w:t>
            </w:r>
          </w:p>
        </w:tc>
        <w:tc>
          <w:tcPr>
            <w:tcW w:w="1020" w:type="dxa"/>
          </w:tcPr>
          <w:p w:rsidR="00306250" w:rsidRDefault="00C55C52">
            <w:pPr>
              <w:spacing w:before="10" w:after="10"/>
            </w:pPr>
            <w:r>
              <w:rPr>
                <w:sz w:val="14"/>
              </w:rPr>
              <w:t>—</w:t>
            </w:r>
          </w:p>
        </w:tc>
        <w:tc>
          <w:tcPr>
            <w:tcW w:w="1417" w:type="dxa"/>
          </w:tcPr>
          <w:p w:rsidR="00306250" w:rsidRDefault="00C55C52">
            <w:pPr>
              <w:spacing w:before="10" w:after="10"/>
            </w:pPr>
            <w:r>
              <w:rPr>
                <w:sz w:val="13"/>
              </w:rPr>
              <w:t>▲ yukarıdaki ile aynı</w:t>
            </w:r>
          </w:p>
        </w:tc>
      </w:tr>
      <w:tr w:rsidR="00306250">
        <w:trPr>
          <w:cantSplit/>
        </w:trPr>
        <w:tc>
          <w:tcPr>
            <w:tcW w:w="624" w:type="dxa"/>
          </w:tcPr>
          <w:p w:rsidR="00306250" w:rsidRDefault="00C55C52">
            <w:pPr>
              <w:spacing w:before="10" w:after="10"/>
              <w:jc w:val="center"/>
            </w:pPr>
            <w:r>
              <w:rPr>
                <w:sz w:val="14"/>
              </w:rPr>
              <w:t>Dec.</w:t>
            </w:r>
          </w:p>
        </w:tc>
        <w:tc>
          <w:tcPr>
            <w:tcW w:w="1077" w:type="dxa"/>
          </w:tcPr>
          <w:p w:rsidR="00306250" w:rsidRDefault="00C55C52">
            <w:pPr>
              <w:spacing w:before="10" w:after="10"/>
              <w:jc w:val="center"/>
            </w:pPr>
            <w:r>
              <w:rPr>
                <w:sz w:val="14"/>
              </w:rPr>
              <w:t>WEEK 14: December 21-25</w:t>
            </w:r>
          </w:p>
        </w:tc>
        <w:tc>
          <w:tcPr>
            <w:tcW w:w="794" w:type="dxa"/>
          </w:tcPr>
          <w:p w:rsidR="00306250" w:rsidRDefault="00C55C52">
            <w:pPr>
              <w:spacing w:before="10" w:after="10"/>
              <w:jc w:val="center"/>
            </w:pPr>
            <w:r>
              <w:rPr>
                <w:sz w:val="14"/>
              </w:rPr>
              <w:t>2</w:t>
            </w:r>
          </w:p>
        </w:tc>
        <w:tc>
          <w:tcPr>
            <w:tcW w:w="1304" w:type="dxa"/>
            <w:shd w:val="clear" w:color="auto" w:fill="EDF2FA"/>
          </w:tcPr>
          <w:p w:rsidR="00306250" w:rsidRDefault="00C55C52">
            <w:pPr>
              <w:spacing w:before="10" w:after="10"/>
            </w:pPr>
            <w:r>
              <w:rPr>
                <w:sz w:val="14"/>
              </w:rPr>
              <w:t>THEME 2</w:t>
            </w:r>
          </w:p>
          <w:p w:rsidR="00306250" w:rsidRDefault="00C55C52">
            <w:pPr>
              <w:spacing w:after="10"/>
            </w:pPr>
            <w:r>
              <w:rPr>
                <w:sz w:val="14"/>
              </w:rPr>
              <w:t>CLASSROOM LIFE</w:t>
            </w:r>
          </w:p>
        </w:tc>
        <w:tc>
          <w:tcPr>
            <w:tcW w:w="3855" w:type="dxa"/>
          </w:tcPr>
          <w:p w:rsidR="00306250" w:rsidRDefault="00C55C52">
            <w:pPr>
              <w:spacing w:before="10" w:after="10"/>
            </w:pPr>
            <w:r>
              <w:rPr>
                <w:sz w:val="13"/>
              </w:rPr>
              <w:t>▲ aynı tema devam ediyor</w:t>
            </w:r>
          </w:p>
        </w:tc>
        <w:tc>
          <w:tcPr>
            <w:tcW w:w="2721" w:type="dxa"/>
          </w:tcPr>
          <w:p w:rsidR="00306250" w:rsidRDefault="00C55C52">
            <w:pPr>
              <w:spacing w:before="10" w:after="10"/>
            </w:pPr>
            <w:r>
              <w:rPr>
                <w:b/>
                <w:sz w:val="14"/>
              </w:rPr>
              <w:t>ENG.3.2 › G1, L1-L4, P1, R1-R4, S1-S6, V1, W1-W6</w:t>
            </w:r>
          </w:p>
        </w:tc>
        <w:tc>
          <w:tcPr>
            <w:tcW w:w="1814" w:type="dxa"/>
          </w:tcPr>
          <w:p w:rsidR="00306250" w:rsidRDefault="00C55C52">
            <w:pPr>
              <w:spacing w:before="10" w:after="10"/>
            </w:pPr>
            <w:r>
              <w:rPr>
                <w:sz w:val="13"/>
              </w:rPr>
              <w:t>▲ yukarıdaki ile aynı</w:t>
            </w:r>
          </w:p>
        </w:tc>
        <w:tc>
          <w:tcPr>
            <w:tcW w:w="1077" w:type="dxa"/>
          </w:tcPr>
          <w:p w:rsidR="00306250" w:rsidRDefault="00C55C52">
            <w:pPr>
              <w:spacing w:before="10" w:after="10"/>
            </w:pPr>
            <w:r>
              <w:rPr>
                <w:sz w:val="13"/>
              </w:rPr>
              <w:t>Değerler: V3-V7, V10-V12, V14, V15, V18, V20</w:t>
            </w:r>
          </w:p>
          <w:p w:rsidR="00306250" w:rsidRDefault="00C55C52">
            <w:pPr>
              <w:spacing w:after="10"/>
            </w:pPr>
            <w:r>
              <w:rPr>
                <w:sz w:val="13"/>
              </w:rPr>
              <w:t>Okuryaz.: LS1, LS2, LS4-LS6</w:t>
            </w:r>
          </w:p>
        </w:tc>
        <w:tc>
          <w:tcPr>
            <w:tcW w:w="1020" w:type="dxa"/>
          </w:tcPr>
          <w:p w:rsidR="00306250" w:rsidRDefault="00C55C52">
            <w:pPr>
              <w:spacing w:before="10" w:after="10"/>
            </w:pPr>
            <w:r>
              <w:rPr>
                <w:sz w:val="14"/>
              </w:rPr>
              <w:t>—</w:t>
            </w:r>
          </w:p>
        </w:tc>
        <w:tc>
          <w:tcPr>
            <w:tcW w:w="1417" w:type="dxa"/>
          </w:tcPr>
          <w:p w:rsidR="00306250" w:rsidRDefault="00C55C52">
            <w:pPr>
              <w:spacing w:before="10" w:after="10"/>
            </w:pPr>
            <w:r>
              <w:rPr>
                <w:sz w:val="13"/>
              </w:rPr>
              <w:t>▲ yukarıdaki ile aynı</w:t>
            </w:r>
          </w:p>
        </w:tc>
      </w:tr>
      <w:tr w:rsidR="00306250">
        <w:trPr>
          <w:cantSplit/>
        </w:trPr>
        <w:tc>
          <w:tcPr>
            <w:tcW w:w="624" w:type="dxa"/>
          </w:tcPr>
          <w:p w:rsidR="00306250" w:rsidRDefault="00C55C52">
            <w:pPr>
              <w:spacing w:before="10" w:after="10"/>
              <w:jc w:val="center"/>
            </w:pPr>
            <w:r>
              <w:rPr>
                <w:sz w:val="14"/>
              </w:rPr>
              <w:t>Dec.</w:t>
            </w:r>
          </w:p>
        </w:tc>
        <w:tc>
          <w:tcPr>
            <w:tcW w:w="1077" w:type="dxa"/>
          </w:tcPr>
          <w:p w:rsidR="00306250" w:rsidRDefault="00C55C52">
            <w:pPr>
              <w:spacing w:before="10" w:after="10"/>
              <w:jc w:val="center"/>
            </w:pPr>
            <w:r>
              <w:rPr>
                <w:sz w:val="14"/>
              </w:rPr>
              <w:t>WEEK 15: December 28 - January 1</w:t>
            </w:r>
          </w:p>
        </w:tc>
        <w:tc>
          <w:tcPr>
            <w:tcW w:w="794" w:type="dxa"/>
          </w:tcPr>
          <w:p w:rsidR="00306250" w:rsidRDefault="00C55C52">
            <w:pPr>
              <w:spacing w:before="10" w:after="10"/>
              <w:jc w:val="center"/>
            </w:pPr>
            <w:r>
              <w:rPr>
                <w:sz w:val="14"/>
              </w:rPr>
              <w:t>2</w:t>
            </w:r>
          </w:p>
        </w:tc>
        <w:tc>
          <w:tcPr>
            <w:tcW w:w="1304" w:type="dxa"/>
            <w:shd w:val="clear" w:color="auto" w:fill="EDF2FA"/>
          </w:tcPr>
          <w:p w:rsidR="00306250" w:rsidRDefault="00C55C52">
            <w:pPr>
              <w:spacing w:before="10" w:after="10"/>
            </w:pPr>
            <w:r>
              <w:rPr>
                <w:sz w:val="14"/>
              </w:rPr>
              <w:t>THEME 3</w:t>
            </w:r>
          </w:p>
          <w:p w:rsidR="00306250" w:rsidRDefault="00C55C52">
            <w:pPr>
              <w:spacing w:after="10"/>
            </w:pPr>
            <w:r>
              <w:rPr>
                <w:sz w:val="14"/>
              </w:rPr>
              <w:t>PERSONAL LIFE</w:t>
            </w:r>
          </w:p>
        </w:tc>
        <w:tc>
          <w:tcPr>
            <w:tcW w:w="3855" w:type="dxa"/>
          </w:tcPr>
          <w:p w:rsidR="00306250" w:rsidRDefault="00C55C52">
            <w:pPr>
              <w:spacing w:before="10" w:after="10"/>
            </w:pPr>
            <w:r>
              <w:rPr>
                <w:sz w:val="13"/>
              </w:rPr>
              <w:t xml:space="preserve">Alt temalar: Parts of the body and physical features; personal characters; weather conditions; </w:t>
            </w:r>
            <w:r>
              <w:rPr>
                <w:sz w:val="13"/>
              </w:rPr>
              <w:t>clothing according to seasons and weather conditions; preferences for clothing</w:t>
            </w:r>
          </w:p>
          <w:p w:rsidR="00306250" w:rsidRDefault="00C55C52">
            <w:pPr>
              <w:spacing w:after="10"/>
            </w:pPr>
            <w:r>
              <w:rPr>
                <w:sz w:val="13"/>
              </w:rPr>
              <w:t>Kelime: Parts of the body · Adjectives · Weather · Verbs for feelings about body parts · Clothes · Bottoms · Dresses · Accessories</w:t>
            </w:r>
          </w:p>
          <w:p w:rsidR="00306250" w:rsidRDefault="00C55C52">
            <w:pPr>
              <w:spacing w:after="10"/>
            </w:pPr>
            <w:r>
              <w:rPr>
                <w:sz w:val="13"/>
              </w:rPr>
              <w:t xml:space="preserve">Dil bilgisi: To be · Have got/ Has got · </w:t>
            </w:r>
            <w:r>
              <w:rPr>
                <w:sz w:val="13"/>
              </w:rPr>
              <w:t>Like/dislike · Possessive 's · Present Progressive</w:t>
            </w:r>
          </w:p>
          <w:p w:rsidR="00306250" w:rsidRDefault="00C55C52">
            <w:pPr>
              <w:spacing w:after="10"/>
            </w:pPr>
            <w:r>
              <w:rPr>
                <w:sz w:val="13"/>
              </w:rPr>
              <w:t>Kalıp ifadeler: You look great! · Anytime! · It’s my pleasure! · Go on , please! · Nice shirt/T-shirt/etc.! · I’m so excited! · (+4 ifade daha)</w:t>
            </w:r>
          </w:p>
          <w:p w:rsidR="00306250" w:rsidRDefault="00C55C52">
            <w:pPr>
              <w:spacing w:after="10"/>
            </w:pPr>
            <w:r>
              <w:rPr>
                <w:sz w:val="13"/>
              </w:rPr>
              <w:t>Telaffuz: Sounds of the letters e, f, g, h, i, j</w:t>
            </w:r>
          </w:p>
        </w:tc>
        <w:tc>
          <w:tcPr>
            <w:tcW w:w="2721" w:type="dxa"/>
          </w:tcPr>
          <w:p w:rsidR="00306250" w:rsidRDefault="00C55C52">
            <w:pPr>
              <w:spacing w:before="10" w:after="10"/>
            </w:pPr>
            <w:r>
              <w:rPr>
                <w:b/>
                <w:sz w:val="14"/>
              </w:rPr>
              <w:t>ENG.3.3 › G1</w:t>
            </w:r>
            <w:r>
              <w:rPr>
                <w:b/>
                <w:sz w:val="14"/>
              </w:rPr>
              <w:t>, L1-L4, P1, R1-R4, S1-S6, V1, W1-W6</w:t>
            </w:r>
          </w:p>
        </w:tc>
        <w:tc>
          <w:tcPr>
            <w:tcW w:w="1814" w:type="dxa"/>
          </w:tcPr>
          <w:p w:rsidR="00306250" w:rsidRDefault="00C55C52">
            <w:pPr>
              <w:spacing w:before="10" w:after="10"/>
            </w:pPr>
            <w:r>
              <w:rPr>
                <w:sz w:val="13"/>
              </w:rPr>
              <w:t>Assessment and Evaluation Scheme</w:t>
            </w:r>
          </w:p>
          <w:p w:rsidR="00306250" w:rsidRDefault="00306250">
            <w:pPr>
              <w:spacing w:after="10"/>
            </w:pPr>
          </w:p>
          <w:p w:rsidR="00306250" w:rsidRDefault="00C55C52">
            <w:pPr>
              <w:spacing w:after="10"/>
            </w:pPr>
            <w:r>
              <w:rPr>
                <w:sz w:val="13"/>
              </w:rPr>
              <w:t>PERFORMANCE ASSIGNMENT: Pupils will write a project about “Personal Life” to talk about themselves and what they like. In their project, they will write about four things: physical feat</w:t>
            </w:r>
            <w:r>
              <w:rPr>
                <w:sz w:val="13"/>
              </w:rPr>
              <w:t>ures and descriptions, preferences for physical features,…</w:t>
            </w:r>
          </w:p>
        </w:tc>
        <w:tc>
          <w:tcPr>
            <w:tcW w:w="1077" w:type="dxa"/>
          </w:tcPr>
          <w:p w:rsidR="00306250" w:rsidRDefault="00C55C52">
            <w:pPr>
              <w:spacing w:before="10" w:after="10"/>
            </w:pPr>
            <w:r>
              <w:rPr>
                <w:sz w:val="13"/>
              </w:rPr>
              <w:t>Değerler: V3, V4, V6, V7, V10-V15, V18, V20</w:t>
            </w:r>
          </w:p>
          <w:p w:rsidR="00306250" w:rsidRDefault="00C55C52">
            <w:pPr>
              <w:spacing w:after="10"/>
            </w:pPr>
            <w:r>
              <w:rPr>
                <w:sz w:val="13"/>
              </w:rPr>
              <w:t>Okuryaz.: LS1, LS2, LS4-LS6</w:t>
            </w:r>
          </w:p>
        </w:tc>
        <w:tc>
          <w:tcPr>
            <w:tcW w:w="1020" w:type="dxa"/>
          </w:tcPr>
          <w:p w:rsidR="00306250" w:rsidRDefault="00C55C52">
            <w:pPr>
              <w:spacing w:before="10" w:after="10"/>
            </w:pPr>
            <w:r>
              <w:rPr>
                <w:sz w:val="14"/>
              </w:rPr>
              <w:t>—</w:t>
            </w:r>
          </w:p>
        </w:tc>
        <w:tc>
          <w:tcPr>
            <w:tcW w:w="1417" w:type="dxa"/>
          </w:tcPr>
          <w:p w:rsidR="00306250" w:rsidRDefault="00C55C52">
            <w:pPr>
              <w:spacing w:before="10" w:after="10"/>
            </w:pPr>
            <w:r>
              <w:rPr>
                <w:sz w:val="13"/>
              </w:rPr>
              <w:t>Zenginleştirme / Destek: Talk about basic body parts by using the target vocabulary and target chunks.</w:t>
            </w:r>
          </w:p>
        </w:tc>
      </w:tr>
      <w:tr w:rsidR="00306250">
        <w:trPr>
          <w:cantSplit/>
        </w:trPr>
        <w:tc>
          <w:tcPr>
            <w:tcW w:w="624" w:type="dxa"/>
          </w:tcPr>
          <w:p w:rsidR="00306250" w:rsidRDefault="00C55C52">
            <w:pPr>
              <w:spacing w:before="10" w:after="10"/>
              <w:jc w:val="center"/>
            </w:pPr>
            <w:r>
              <w:rPr>
                <w:sz w:val="14"/>
              </w:rPr>
              <w:t>Jan.</w:t>
            </w:r>
          </w:p>
        </w:tc>
        <w:tc>
          <w:tcPr>
            <w:tcW w:w="1077" w:type="dxa"/>
          </w:tcPr>
          <w:p w:rsidR="00306250" w:rsidRDefault="00C55C52">
            <w:pPr>
              <w:spacing w:before="10" w:after="10"/>
              <w:jc w:val="center"/>
            </w:pPr>
            <w:r>
              <w:rPr>
                <w:sz w:val="14"/>
              </w:rPr>
              <w:t xml:space="preserve">WEEK 16: </w:t>
            </w:r>
            <w:r>
              <w:rPr>
                <w:sz w:val="14"/>
              </w:rPr>
              <w:t>January 4-8</w:t>
            </w:r>
          </w:p>
        </w:tc>
        <w:tc>
          <w:tcPr>
            <w:tcW w:w="794" w:type="dxa"/>
          </w:tcPr>
          <w:p w:rsidR="00306250" w:rsidRDefault="00C55C52">
            <w:pPr>
              <w:spacing w:before="10" w:after="10"/>
              <w:jc w:val="center"/>
            </w:pPr>
            <w:r>
              <w:rPr>
                <w:sz w:val="14"/>
              </w:rPr>
              <w:t>2</w:t>
            </w:r>
          </w:p>
        </w:tc>
        <w:tc>
          <w:tcPr>
            <w:tcW w:w="1304" w:type="dxa"/>
            <w:shd w:val="clear" w:color="auto" w:fill="EDF2FA"/>
          </w:tcPr>
          <w:p w:rsidR="00306250" w:rsidRDefault="00C55C52">
            <w:pPr>
              <w:spacing w:before="10" w:after="10"/>
            </w:pPr>
            <w:r>
              <w:rPr>
                <w:sz w:val="14"/>
              </w:rPr>
              <w:t>THEME 3</w:t>
            </w:r>
          </w:p>
          <w:p w:rsidR="00306250" w:rsidRDefault="00C55C52">
            <w:pPr>
              <w:spacing w:after="10"/>
            </w:pPr>
            <w:r>
              <w:rPr>
                <w:sz w:val="14"/>
              </w:rPr>
              <w:t>PERSONAL LIFE</w:t>
            </w:r>
          </w:p>
        </w:tc>
        <w:tc>
          <w:tcPr>
            <w:tcW w:w="3855" w:type="dxa"/>
          </w:tcPr>
          <w:p w:rsidR="00306250" w:rsidRDefault="00C55C52">
            <w:pPr>
              <w:spacing w:before="10" w:after="10"/>
            </w:pPr>
            <w:r>
              <w:rPr>
                <w:sz w:val="13"/>
              </w:rPr>
              <w:t>▲ aynı tema devam ediyor</w:t>
            </w:r>
          </w:p>
        </w:tc>
        <w:tc>
          <w:tcPr>
            <w:tcW w:w="2721" w:type="dxa"/>
          </w:tcPr>
          <w:p w:rsidR="00306250" w:rsidRDefault="00C55C52">
            <w:pPr>
              <w:spacing w:before="10" w:after="10"/>
            </w:pPr>
            <w:r>
              <w:rPr>
                <w:b/>
                <w:sz w:val="14"/>
              </w:rPr>
              <w:t>ENG.3.3 › G1, L1-L4, P1, R1-R4, S1-S6, V1, W1-W6</w:t>
            </w:r>
          </w:p>
        </w:tc>
        <w:tc>
          <w:tcPr>
            <w:tcW w:w="1814" w:type="dxa"/>
          </w:tcPr>
          <w:p w:rsidR="00306250" w:rsidRDefault="00C55C52">
            <w:pPr>
              <w:spacing w:before="10" w:after="10"/>
            </w:pPr>
            <w:r>
              <w:rPr>
                <w:sz w:val="13"/>
              </w:rPr>
              <w:t>▲ yukarıdaki ile aynı</w:t>
            </w:r>
          </w:p>
        </w:tc>
        <w:tc>
          <w:tcPr>
            <w:tcW w:w="1077" w:type="dxa"/>
          </w:tcPr>
          <w:p w:rsidR="00306250" w:rsidRDefault="00C55C52">
            <w:pPr>
              <w:spacing w:before="10" w:after="10"/>
            </w:pPr>
            <w:r>
              <w:rPr>
                <w:sz w:val="13"/>
              </w:rPr>
              <w:t>Değerler: V3, V4, V6, V7, V10-V15, V18, V20</w:t>
            </w:r>
          </w:p>
          <w:p w:rsidR="00306250" w:rsidRDefault="00C55C52">
            <w:pPr>
              <w:spacing w:after="10"/>
            </w:pPr>
            <w:r>
              <w:rPr>
                <w:sz w:val="13"/>
              </w:rPr>
              <w:t>Okuryaz.: LS1, LS2, LS4-LS6</w:t>
            </w:r>
          </w:p>
        </w:tc>
        <w:tc>
          <w:tcPr>
            <w:tcW w:w="1020" w:type="dxa"/>
          </w:tcPr>
          <w:p w:rsidR="00306250" w:rsidRDefault="00C55C52">
            <w:pPr>
              <w:spacing w:before="10" w:after="10"/>
            </w:pPr>
            <w:r>
              <w:rPr>
                <w:sz w:val="14"/>
              </w:rPr>
              <w:t>—</w:t>
            </w:r>
          </w:p>
        </w:tc>
        <w:tc>
          <w:tcPr>
            <w:tcW w:w="1417" w:type="dxa"/>
          </w:tcPr>
          <w:p w:rsidR="00306250" w:rsidRDefault="00C55C52">
            <w:pPr>
              <w:spacing w:before="10" w:after="10"/>
            </w:pPr>
            <w:r>
              <w:rPr>
                <w:sz w:val="13"/>
              </w:rPr>
              <w:t>▲ yukarıdaki ile aynı</w:t>
            </w:r>
          </w:p>
        </w:tc>
      </w:tr>
      <w:tr w:rsidR="00306250">
        <w:trPr>
          <w:cantSplit/>
        </w:trPr>
        <w:tc>
          <w:tcPr>
            <w:tcW w:w="624" w:type="dxa"/>
          </w:tcPr>
          <w:p w:rsidR="00306250" w:rsidRDefault="00C55C52">
            <w:pPr>
              <w:spacing w:before="10" w:after="10"/>
              <w:jc w:val="center"/>
            </w:pPr>
            <w:r>
              <w:rPr>
                <w:sz w:val="14"/>
              </w:rPr>
              <w:t>Jan.</w:t>
            </w:r>
          </w:p>
        </w:tc>
        <w:tc>
          <w:tcPr>
            <w:tcW w:w="1077" w:type="dxa"/>
          </w:tcPr>
          <w:p w:rsidR="00306250" w:rsidRDefault="00C55C52">
            <w:pPr>
              <w:spacing w:before="10" w:after="10"/>
              <w:jc w:val="center"/>
            </w:pPr>
            <w:r>
              <w:rPr>
                <w:sz w:val="14"/>
              </w:rPr>
              <w:t>WEEK 17: January 11-15</w:t>
            </w:r>
          </w:p>
        </w:tc>
        <w:tc>
          <w:tcPr>
            <w:tcW w:w="794" w:type="dxa"/>
          </w:tcPr>
          <w:p w:rsidR="00306250" w:rsidRDefault="00C55C52">
            <w:pPr>
              <w:spacing w:before="10" w:after="10"/>
              <w:jc w:val="center"/>
            </w:pPr>
            <w:r>
              <w:rPr>
                <w:sz w:val="14"/>
              </w:rPr>
              <w:t>2</w:t>
            </w:r>
          </w:p>
        </w:tc>
        <w:tc>
          <w:tcPr>
            <w:tcW w:w="1304" w:type="dxa"/>
            <w:shd w:val="clear" w:color="auto" w:fill="EDF2FA"/>
          </w:tcPr>
          <w:p w:rsidR="00306250" w:rsidRDefault="00C55C52">
            <w:pPr>
              <w:spacing w:before="10" w:after="10"/>
            </w:pPr>
            <w:r>
              <w:rPr>
                <w:sz w:val="14"/>
              </w:rPr>
              <w:t>THEME 3</w:t>
            </w:r>
          </w:p>
          <w:p w:rsidR="00306250" w:rsidRDefault="00C55C52">
            <w:pPr>
              <w:spacing w:after="10"/>
            </w:pPr>
            <w:r>
              <w:rPr>
                <w:sz w:val="14"/>
              </w:rPr>
              <w:t>PERSONAL LIFE</w:t>
            </w:r>
          </w:p>
        </w:tc>
        <w:tc>
          <w:tcPr>
            <w:tcW w:w="3855" w:type="dxa"/>
          </w:tcPr>
          <w:p w:rsidR="00306250" w:rsidRDefault="00C55C52">
            <w:pPr>
              <w:spacing w:before="10" w:after="10"/>
            </w:pPr>
            <w:r>
              <w:rPr>
                <w:sz w:val="13"/>
              </w:rPr>
              <w:t>▲ aynı tema devam ediyor</w:t>
            </w:r>
          </w:p>
        </w:tc>
        <w:tc>
          <w:tcPr>
            <w:tcW w:w="2721" w:type="dxa"/>
          </w:tcPr>
          <w:p w:rsidR="00306250" w:rsidRDefault="00C55C52">
            <w:pPr>
              <w:spacing w:before="10" w:after="10"/>
            </w:pPr>
            <w:r>
              <w:rPr>
                <w:b/>
                <w:sz w:val="14"/>
              </w:rPr>
              <w:t>ENG.3.3 › G1, L1-L4, P1, R1-R4, S1-S6, V1, W1-W6</w:t>
            </w:r>
          </w:p>
        </w:tc>
        <w:tc>
          <w:tcPr>
            <w:tcW w:w="1814" w:type="dxa"/>
          </w:tcPr>
          <w:p w:rsidR="00306250" w:rsidRDefault="00C55C52">
            <w:pPr>
              <w:spacing w:before="10" w:after="10"/>
            </w:pPr>
            <w:r>
              <w:rPr>
                <w:sz w:val="13"/>
              </w:rPr>
              <w:t>▲ yukarıdaki ile aynı</w:t>
            </w:r>
          </w:p>
        </w:tc>
        <w:tc>
          <w:tcPr>
            <w:tcW w:w="1077" w:type="dxa"/>
          </w:tcPr>
          <w:p w:rsidR="00306250" w:rsidRDefault="00C55C52">
            <w:pPr>
              <w:spacing w:before="10" w:after="10"/>
            </w:pPr>
            <w:r>
              <w:rPr>
                <w:sz w:val="13"/>
              </w:rPr>
              <w:t>Değerler: V3, V4, V6, V7, V10-V15, V18, V20</w:t>
            </w:r>
          </w:p>
          <w:p w:rsidR="00306250" w:rsidRDefault="00C55C52">
            <w:pPr>
              <w:spacing w:after="10"/>
            </w:pPr>
            <w:r>
              <w:rPr>
                <w:sz w:val="13"/>
              </w:rPr>
              <w:t>Okuryaz.: LS1, LS2, LS4-LS6</w:t>
            </w:r>
          </w:p>
        </w:tc>
        <w:tc>
          <w:tcPr>
            <w:tcW w:w="1020" w:type="dxa"/>
          </w:tcPr>
          <w:p w:rsidR="00306250" w:rsidRDefault="00C55C52">
            <w:pPr>
              <w:spacing w:before="10" w:after="10"/>
            </w:pPr>
            <w:r>
              <w:rPr>
                <w:sz w:val="14"/>
              </w:rPr>
              <w:t>—</w:t>
            </w:r>
          </w:p>
        </w:tc>
        <w:tc>
          <w:tcPr>
            <w:tcW w:w="1417" w:type="dxa"/>
          </w:tcPr>
          <w:p w:rsidR="00306250" w:rsidRDefault="00C55C52">
            <w:pPr>
              <w:spacing w:before="10" w:after="10"/>
            </w:pPr>
            <w:r>
              <w:rPr>
                <w:sz w:val="13"/>
              </w:rPr>
              <w:t>▲ yukarıdaki ile aynı</w:t>
            </w:r>
          </w:p>
        </w:tc>
      </w:tr>
      <w:tr w:rsidR="00306250">
        <w:trPr>
          <w:cantSplit/>
        </w:trPr>
        <w:tc>
          <w:tcPr>
            <w:tcW w:w="624" w:type="dxa"/>
            <w:shd w:val="clear" w:color="auto" w:fill="E2F0D9"/>
          </w:tcPr>
          <w:p w:rsidR="00306250" w:rsidRDefault="00C55C52">
            <w:pPr>
              <w:spacing w:before="10" w:after="10"/>
              <w:jc w:val="center"/>
            </w:pPr>
            <w:r>
              <w:rPr>
                <w:sz w:val="14"/>
              </w:rPr>
              <w:t>Jan.</w:t>
            </w:r>
          </w:p>
        </w:tc>
        <w:tc>
          <w:tcPr>
            <w:tcW w:w="1077" w:type="dxa"/>
            <w:shd w:val="clear" w:color="auto" w:fill="E2F0D9"/>
          </w:tcPr>
          <w:p w:rsidR="00306250" w:rsidRDefault="00C55C52">
            <w:pPr>
              <w:spacing w:before="10" w:after="10"/>
              <w:jc w:val="center"/>
            </w:pPr>
            <w:r>
              <w:rPr>
                <w:sz w:val="14"/>
              </w:rPr>
              <w:t>WEEK 18: January 18-22</w:t>
            </w:r>
          </w:p>
        </w:tc>
        <w:tc>
          <w:tcPr>
            <w:tcW w:w="794" w:type="dxa"/>
            <w:shd w:val="clear" w:color="auto" w:fill="E2F0D9"/>
          </w:tcPr>
          <w:p w:rsidR="00306250" w:rsidRDefault="00C55C52">
            <w:pPr>
              <w:spacing w:before="10" w:after="10"/>
              <w:jc w:val="center"/>
            </w:pPr>
            <w:r>
              <w:rPr>
                <w:sz w:val="14"/>
              </w:rPr>
              <w:t xml:space="preserve">( 1 SBP + </w:t>
            </w:r>
            <w:r>
              <w:rPr>
                <w:sz w:val="14"/>
              </w:rPr>
              <w:t>1 )</w:t>
            </w:r>
          </w:p>
        </w:tc>
        <w:tc>
          <w:tcPr>
            <w:tcW w:w="1304" w:type="dxa"/>
            <w:shd w:val="clear" w:color="auto" w:fill="E2F0D9"/>
          </w:tcPr>
          <w:p w:rsidR="00306250" w:rsidRDefault="00C55C52">
            <w:pPr>
              <w:spacing w:before="10" w:after="10"/>
            </w:pPr>
            <w:r>
              <w:rPr>
                <w:b/>
                <w:sz w:val="14"/>
              </w:rPr>
              <w:t>SCHOOL-BASED PLANNING*</w:t>
            </w:r>
          </w:p>
          <w:p w:rsidR="00306250" w:rsidRDefault="00C55C52">
            <w:pPr>
              <w:spacing w:after="10"/>
            </w:pPr>
            <w:r>
              <w:rPr>
                <w:sz w:val="14"/>
              </w:rPr>
              <w:t>THEME 3</w:t>
            </w:r>
          </w:p>
          <w:p w:rsidR="00306250" w:rsidRDefault="00C55C52">
            <w:pPr>
              <w:spacing w:after="10"/>
            </w:pPr>
            <w:r>
              <w:rPr>
                <w:sz w:val="14"/>
              </w:rPr>
              <w:t>PERSONAL LIFE</w:t>
            </w:r>
          </w:p>
        </w:tc>
        <w:tc>
          <w:tcPr>
            <w:tcW w:w="3855" w:type="dxa"/>
            <w:shd w:val="clear" w:color="auto" w:fill="E2F0D9"/>
          </w:tcPr>
          <w:p w:rsidR="00306250" w:rsidRDefault="00C55C52">
            <w:pPr>
              <w:spacing w:before="10" w:after="10"/>
            </w:pPr>
            <w:r>
              <w:rPr>
                <w:sz w:val="13"/>
              </w:rPr>
              <w:t>Focus: First-Term Review &amp; Product File</w:t>
            </w:r>
          </w:p>
          <w:p w:rsidR="00306250" w:rsidRDefault="00C55C52">
            <w:pPr>
              <w:spacing w:after="10"/>
            </w:pPr>
            <w:r>
              <w:rPr>
                <w:sz w:val="13"/>
              </w:rPr>
              <w:t>General revision of the topics covered in the first term with word cards and picture dictionaries · Reteaching of unattained outcomes in small groups · Organisation of</w:t>
            </w:r>
            <w:r>
              <w:rPr>
                <w:sz w:val="13"/>
              </w:rPr>
              <w:t xml:space="preserve"> pupils’ product files (drawings, worksheets, posters) · Simple “I can…” self-assessment checklist</w:t>
            </w:r>
          </w:p>
          <w:p w:rsidR="00306250" w:rsidRDefault="00C55C52">
            <w:pPr>
              <w:spacing w:after="10"/>
            </w:pPr>
            <w:r>
              <w:rPr>
                <w:sz w:val="13"/>
              </w:rPr>
              <w:t>(1 hour school-based planning + 1 hour theme lesson)</w:t>
            </w:r>
          </w:p>
          <w:p w:rsidR="00306250" w:rsidRDefault="00C55C52">
            <w:pPr>
              <w:spacing w:after="10"/>
            </w:pPr>
            <w:r>
              <w:rPr>
                <w:sz w:val="13"/>
              </w:rPr>
              <w:t>▲ aynı tema devam ediyor</w:t>
            </w:r>
          </w:p>
        </w:tc>
        <w:tc>
          <w:tcPr>
            <w:tcW w:w="2721" w:type="dxa"/>
            <w:shd w:val="clear" w:color="auto" w:fill="E2F0D9"/>
          </w:tcPr>
          <w:p w:rsidR="00306250" w:rsidRDefault="00C55C52">
            <w:pPr>
              <w:spacing w:before="10" w:after="10"/>
            </w:pPr>
            <w:r>
              <w:rPr>
                <w:b/>
                <w:sz w:val="14"/>
              </w:rPr>
              <w:t>ENG.3.3 › W5-W6</w:t>
            </w:r>
          </w:p>
        </w:tc>
        <w:tc>
          <w:tcPr>
            <w:tcW w:w="1814" w:type="dxa"/>
            <w:shd w:val="clear" w:color="auto" w:fill="E2F0D9"/>
          </w:tcPr>
          <w:p w:rsidR="00306250" w:rsidRDefault="00306250">
            <w:pPr>
              <w:spacing w:before="10" w:after="10"/>
            </w:pPr>
          </w:p>
        </w:tc>
        <w:tc>
          <w:tcPr>
            <w:tcW w:w="1077" w:type="dxa"/>
            <w:shd w:val="clear" w:color="auto" w:fill="E2F0D9"/>
          </w:tcPr>
          <w:p w:rsidR="00306250" w:rsidRDefault="00306250">
            <w:pPr>
              <w:spacing w:before="10" w:after="10"/>
            </w:pPr>
          </w:p>
        </w:tc>
        <w:tc>
          <w:tcPr>
            <w:tcW w:w="1020" w:type="dxa"/>
            <w:shd w:val="clear" w:color="auto" w:fill="E2F0D9"/>
          </w:tcPr>
          <w:p w:rsidR="00306250" w:rsidRDefault="00C55C52">
            <w:pPr>
              <w:spacing w:before="10" w:after="10"/>
            </w:pPr>
            <w:r>
              <w:rPr>
                <w:sz w:val="14"/>
              </w:rPr>
              <w:t>—</w:t>
            </w:r>
          </w:p>
        </w:tc>
        <w:tc>
          <w:tcPr>
            <w:tcW w:w="1417" w:type="dxa"/>
            <w:shd w:val="clear" w:color="auto" w:fill="E2F0D9"/>
          </w:tcPr>
          <w:p w:rsidR="00306250" w:rsidRDefault="00306250">
            <w:pPr>
              <w:spacing w:before="10" w:after="10"/>
            </w:pPr>
          </w:p>
        </w:tc>
      </w:tr>
      <w:tr w:rsidR="00306250">
        <w:trPr>
          <w:cantSplit/>
        </w:trPr>
        <w:tc>
          <w:tcPr>
            <w:tcW w:w="15701" w:type="dxa"/>
            <w:gridSpan w:val="10"/>
            <w:shd w:val="clear" w:color="auto" w:fill="FFF2CC"/>
          </w:tcPr>
          <w:p w:rsidR="00306250" w:rsidRDefault="00C55C52">
            <w:pPr>
              <w:spacing w:before="10" w:after="10"/>
              <w:jc w:val="center"/>
            </w:pPr>
            <w:r>
              <w:rPr>
                <w:b/>
              </w:rPr>
              <w:t>SEMESTER BREAK: January 25 - February 5</w:t>
            </w:r>
          </w:p>
        </w:tc>
      </w:tr>
      <w:tr w:rsidR="00306250">
        <w:trPr>
          <w:cantSplit/>
        </w:trPr>
        <w:tc>
          <w:tcPr>
            <w:tcW w:w="624" w:type="dxa"/>
          </w:tcPr>
          <w:p w:rsidR="00306250" w:rsidRDefault="00C55C52">
            <w:pPr>
              <w:spacing w:before="10" w:after="10"/>
              <w:jc w:val="center"/>
            </w:pPr>
            <w:r>
              <w:rPr>
                <w:sz w:val="14"/>
              </w:rPr>
              <w:t>Feb.</w:t>
            </w:r>
          </w:p>
        </w:tc>
        <w:tc>
          <w:tcPr>
            <w:tcW w:w="1077" w:type="dxa"/>
          </w:tcPr>
          <w:p w:rsidR="00306250" w:rsidRDefault="00C55C52">
            <w:pPr>
              <w:spacing w:before="10" w:after="10"/>
              <w:jc w:val="center"/>
            </w:pPr>
            <w:r>
              <w:rPr>
                <w:sz w:val="14"/>
              </w:rPr>
              <w:t xml:space="preserve">WEEK 19: </w:t>
            </w:r>
            <w:r>
              <w:rPr>
                <w:sz w:val="14"/>
              </w:rPr>
              <w:t>February 8-12</w:t>
            </w:r>
          </w:p>
        </w:tc>
        <w:tc>
          <w:tcPr>
            <w:tcW w:w="794" w:type="dxa"/>
          </w:tcPr>
          <w:p w:rsidR="00306250" w:rsidRDefault="00C55C52">
            <w:pPr>
              <w:spacing w:before="10" w:after="10"/>
              <w:jc w:val="center"/>
            </w:pPr>
            <w:r>
              <w:rPr>
                <w:sz w:val="14"/>
              </w:rPr>
              <w:t>2</w:t>
            </w:r>
          </w:p>
        </w:tc>
        <w:tc>
          <w:tcPr>
            <w:tcW w:w="1304" w:type="dxa"/>
            <w:shd w:val="clear" w:color="auto" w:fill="EDF2FA"/>
          </w:tcPr>
          <w:p w:rsidR="00306250" w:rsidRDefault="00C55C52">
            <w:pPr>
              <w:spacing w:before="10" w:after="10"/>
            </w:pPr>
            <w:r>
              <w:rPr>
                <w:sz w:val="14"/>
              </w:rPr>
              <w:t>THEME 3</w:t>
            </w:r>
          </w:p>
          <w:p w:rsidR="00306250" w:rsidRDefault="00C55C52">
            <w:pPr>
              <w:spacing w:after="10"/>
            </w:pPr>
            <w:r>
              <w:rPr>
                <w:sz w:val="14"/>
              </w:rPr>
              <w:t>PERSONAL LIFE</w:t>
            </w:r>
          </w:p>
        </w:tc>
        <w:tc>
          <w:tcPr>
            <w:tcW w:w="3855" w:type="dxa"/>
          </w:tcPr>
          <w:p w:rsidR="00306250" w:rsidRDefault="00C55C52">
            <w:pPr>
              <w:spacing w:before="10" w:after="10"/>
            </w:pPr>
            <w:r>
              <w:rPr>
                <w:sz w:val="13"/>
              </w:rPr>
              <w:t>▲ aynı tema devam ediyor</w:t>
            </w:r>
          </w:p>
        </w:tc>
        <w:tc>
          <w:tcPr>
            <w:tcW w:w="2721" w:type="dxa"/>
          </w:tcPr>
          <w:p w:rsidR="00306250" w:rsidRDefault="00C55C52">
            <w:pPr>
              <w:spacing w:before="10" w:after="10"/>
            </w:pPr>
            <w:r>
              <w:rPr>
                <w:b/>
                <w:sz w:val="14"/>
              </w:rPr>
              <w:t>ENG.3.3 › G1, L1-L4, P1, R1-R4, S1-S6, V1, W1-W6</w:t>
            </w:r>
          </w:p>
        </w:tc>
        <w:tc>
          <w:tcPr>
            <w:tcW w:w="1814" w:type="dxa"/>
          </w:tcPr>
          <w:p w:rsidR="00306250" w:rsidRDefault="00C55C52">
            <w:pPr>
              <w:spacing w:before="10" w:after="10"/>
            </w:pPr>
            <w:r>
              <w:rPr>
                <w:sz w:val="13"/>
              </w:rPr>
              <w:t>▲ yukarıdaki ile aynı</w:t>
            </w:r>
          </w:p>
        </w:tc>
        <w:tc>
          <w:tcPr>
            <w:tcW w:w="1077" w:type="dxa"/>
          </w:tcPr>
          <w:p w:rsidR="00306250" w:rsidRDefault="00C55C52">
            <w:pPr>
              <w:spacing w:before="10" w:after="10"/>
            </w:pPr>
            <w:r>
              <w:rPr>
                <w:sz w:val="13"/>
              </w:rPr>
              <w:t>Değerler: V3, V4, V6, V7, V10-V15, V18, V20</w:t>
            </w:r>
          </w:p>
          <w:p w:rsidR="00306250" w:rsidRDefault="00C55C52">
            <w:pPr>
              <w:spacing w:after="10"/>
            </w:pPr>
            <w:r>
              <w:rPr>
                <w:sz w:val="13"/>
              </w:rPr>
              <w:t>Okuryaz.: LS1, LS2, LS4-LS6</w:t>
            </w:r>
          </w:p>
        </w:tc>
        <w:tc>
          <w:tcPr>
            <w:tcW w:w="1020" w:type="dxa"/>
          </w:tcPr>
          <w:p w:rsidR="00306250" w:rsidRDefault="00C55C52">
            <w:pPr>
              <w:spacing w:before="10" w:after="10"/>
            </w:pPr>
            <w:r>
              <w:rPr>
                <w:sz w:val="14"/>
              </w:rPr>
              <w:t>—</w:t>
            </w:r>
          </w:p>
        </w:tc>
        <w:tc>
          <w:tcPr>
            <w:tcW w:w="1417" w:type="dxa"/>
          </w:tcPr>
          <w:p w:rsidR="00306250" w:rsidRDefault="00C55C52">
            <w:pPr>
              <w:spacing w:before="10" w:after="10"/>
            </w:pPr>
            <w:r>
              <w:rPr>
                <w:sz w:val="13"/>
              </w:rPr>
              <w:t>▲ yukarıdaki ile aynı</w:t>
            </w:r>
          </w:p>
        </w:tc>
      </w:tr>
      <w:tr w:rsidR="00306250">
        <w:trPr>
          <w:cantSplit/>
        </w:trPr>
        <w:tc>
          <w:tcPr>
            <w:tcW w:w="624" w:type="dxa"/>
          </w:tcPr>
          <w:p w:rsidR="00306250" w:rsidRDefault="00C55C52">
            <w:pPr>
              <w:spacing w:before="10" w:after="10"/>
              <w:jc w:val="center"/>
            </w:pPr>
            <w:r>
              <w:rPr>
                <w:sz w:val="14"/>
              </w:rPr>
              <w:lastRenderedPageBreak/>
              <w:t>Feb.</w:t>
            </w:r>
          </w:p>
        </w:tc>
        <w:tc>
          <w:tcPr>
            <w:tcW w:w="1077" w:type="dxa"/>
          </w:tcPr>
          <w:p w:rsidR="00306250" w:rsidRDefault="00C55C52">
            <w:pPr>
              <w:spacing w:before="10" w:after="10"/>
              <w:jc w:val="center"/>
            </w:pPr>
            <w:r>
              <w:rPr>
                <w:sz w:val="14"/>
              </w:rPr>
              <w:t xml:space="preserve">WEEK 20: February </w:t>
            </w:r>
            <w:r>
              <w:rPr>
                <w:sz w:val="14"/>
              </w:rPr>
              <w:t>15-19</w:t>
            </w:r>
          </w:p>
        </w:tc>
        <w:tc>
          <w:tcPr>
            <w:tcW w:w="794" w:type="dxa"/>
          </w:tcPr>
          <w:p w:rsidR="00306250" w:rsidRDefault="00C55C52">
            <w:pPr>
              <w:spacing w:before="10" w:after="10"/>
              <w:jc w:val="center"/>
            </w:pPr>
            <w:r>
              <w:rPr>
                <w:sz w:val="14"/>
              </w:rPr>
              <w:t>2</w:t>
            </w:r>
          </w:p>
        </w:tc>
        <w:tc>
          <w:tcPr>
            <w:tcW w:w="1304" w:type="dxa"/>
            <w:shd w:val="clear" w:color="auto" w:fill="EDF2FA"/>
          </w:tcPr>
          <w:p w:rsidR="00306250" w:rsidRDefault="00C55C52">
            <w:pPr>
              <w:spacing w:before="10" w:after="10"/>
            </w:pPr>
            <w:r>
              <w:rPr>
                <w:sz w:val="14"/>
              </w:rPr>
              <w:t>THEME 3</w:t>
            </w:r>
          </w:p>
          <w:p w:rsidR="00306250" w:rsidRDefault="00C55C52">
            <w:pPr>
              <w:spacing w:after="10"/>
            </w:pPr>
            <w:r>
              <w:rPr>
                <w:sz w:val="14"/>
              </w:rPr>
              <w:t>PERSONAL LIFE</w:t>
            </w:r>
          </w:p>
        </w:tc>
        <w:tc>
          <w:tcPr>
            <w:tcW w:w="3855" w:type="dxa"/>
          </w:tcPr>
          <w:p w:rsidR="00306250" w:rsidRDefault="00C55C52">
            <w:pPr>
              <w:spacing w:before="10" w:after="10"/>
            </w:pPr>
            <w:r>
              <w:rPr>
                <w:sz w:val="13"/>
              </w:rPr>
              <w:t>▲ aynı tema devam ediyor</w:t>
            </w:r>
          </w:p>
        </w:tc>
        <w:tc>
          <w:tcPr>
            <w:tcW w:w="2721" w:type="dxa"/>
          </w:tcPr>
          <w:p w:rsidR="00306250" w:rsidRDefault="00C55C52">
            <w:pPr>
              <w:spacing w:before="10" w:after="10"/>
            </w:pPr>
            <w:r>
              <w:rPr>
                <w:b/>
                <w:sz w:val="14"/>
              </w:rPr>
              <w:t>ENG.3.3 › G1, L1-L4, P1, R1-R4, S1-S6, V1, W1-W6</w:t>
            </w:r>
          </w:p>
        </w:tc>
        <w:tc>
          <w:tcPr>
            <w:tcW w:w="1814" w:type="dxa"/>
          </w:tcPr>
          <w:p w:rsidR="00306250" w:rsidRDefault="00C55C52">
            <w:pPr>
              <w:spacing w:before="10" w:after="10"/>
            </w:pPr>
            <w:r>
              <w:rPr>
                <w:sz w:val="13"/>
              </w:rPr>
              <w:t>▲ yukarıdaki ile aynı</w:t>
            </w:r>
          </w:p>
        </w:tc>
        <w:tc>
          <w:tcPr>
            <w:tcW w:w="1077" w:type="dxa"/>
          </w:tcPr>
          <w:p w:rsidR="00306250" w:rsidRDefault="00C55C52">
            <w:pPr>
              <w:spacing w:before="10" w:after="10"/>
            </w:pPr>
            <w:r>
              <w:rPr>
                <w:sz w:val="13"/>
              </w:rPr>
              <w:t>Değerler: V3, V4, V6, V7, V10-V15, V18, V20</w:t>
            </w:r>
          </w:p>
          <w:p w:rsidR="00306250" w:rsidRDefault="00C55C52">
            <w:pPr>
              <w:spacing w:after="10"/>
            </w:pPr>
            <w:r>
              <w:rPr>
                <w:sz w:val="13"/>
              </w:rPr>
              <w:t>Okuryaz.: LS1, LS2, LS4-LS6</w:t>
            </w:r>
          </w:p>
        </w:tc>
        <w:tc>
          <w:tcPr>
            <w:tcW w:w="1020" w:type="dxa"/>
          </w:tcPr>
          <w:p w:rsidR="00306250" w:rsidRDefault="00C55C52">
            <w:pPr>
              <w:spacing w:before="10" w:after="10"/>
            </w:pPr>
            <w:r>
              <w:rPr>
                <w:sz w:val="14"/>
              </w:rPr>
              <w:t>—</w:t>
            </w:r>
          </w:p>
        </w:tc>
        <w:tc>
          <w:tcPr>
            <w:tcW w:w="1417" w:type="dxa"/>
          </w:tcPr>
          <w:p w:rsidR="00306250" w:rsidRDefault="00C55C52">
            <w:pPr>
              <w:spacing w:before="10" w:after="10"/>
            </w:pPr>
            <w:r>
              <w:rPr>
                <w:sz w:val="13"/>
              </w:rPr>
              <w:t>▲ yukarıdaki ile aynı</w:t>
            </w:r>
          </w:p>
        </w:tc>
      </w:tr>
      <w:tr w:rsidR="00306250">
        <w:trPr>
          <w:cantSplit/>
        </w:trPr>
        <w:tc>
          <w:tcPr>
            <w:tcW w:w="624" w:type="dxa"/>
          </w:tcPr>
          <w:p w:rsidR="00306250" w:rsidRDefault="00C55C52">
            <w:pPr>
              <w:spacing w:before="10" w:after="10"/>
              <w:jc w:val="center"/>
            </w:pPr>
            <w:r>
              <w:rPr>
                <w:sz w:val="14"/>
              </w:rPr>
              <w:t>Feb.</w:t>
            </w:r>
          </w:p>
        </w:tc>
        <w:tc>
          <w:tcPr>
            <w:tcW w:w="1077" w:type="dxa"/>
          </w:tcPr>
          <w:p w:rsidR="00306250" w:rsidRDefault="00C55C52">
            <w:pPr>
              <w:spacing w:before="10" w:after="10"/>
              <w:jc w:val="center"/>
            </w:pPr>
            <w:r>
              <w:rPr>
                <w:sz w:val="14"/>
              </w:rPr>
              <w:t>WEEK 21: February 22-26</w:t>
            </w:r>
          </w:p>
        </w:tc>
        <w:tc>
          <w:tcPr>
            <w:tcW w:w="794" w:type="dxa"/>
          </w:tcPr>
          <w:p w:rsidR="00306250" w:rsidRDefault="00C55C52">
            <w:pPr>
              <w:spacing w:before="10" w:after="10"/>
              <w:jc w:val="center"/>
            </w:pPr>
            <w:r>
              <w:rPr>
                <w:sz w:val="14"/>
              </w:rPr>
              <w:t>2</w:t>
            </w:r>
          </w:p>
        </w:tc>
        <w:tc>
          <w:tcPr>
            <w:tcW w:w="1304" w:type="dxa"/>
            <w:shd w:val="clear" w:color="auto" w:fill="EDF2FA"/>
          </w:tcPr>
          <w:p w:rsidR="00306250" w:rsidRDefault="00C55C52">
            <w:pPr>
              <w:spacing w:before="10" w:after="10"/>
            </w:pPr>
            <w:r>
              <w:rPr>
                <w:sz w:val="14"/>
              </w:rPr>
              <w:t>THEME 4</w:t>
            </w:r>
          </w:p>
          <w:p w:rsidR="00306250" w:rsidRDefault="00C55C52">
            <w:pPr>
              <w:spacing w:after="10"/>
            </w:pPr>
            <w:r>
              <w:rPr>
                <w:sz w:val="14"/>
              </w:rPr>
              <w:t>FAMILY LIFE</w:t>
            </w:r>
          </w:p>
        </w:tc>
        <w:tc>
          <w:tcPr>
            <w:tcW w:w="3855" w:type="dxa"/>
          </w:tcPr>
          <w:p w:rsidR="00306250" w:rsidRDefault="00C55C52">
            <w:pPr>
              <w:spacing w:before="10" w:after="10"/>
            </w:pPr>
            <w:r>
              <w:rPr>
                <w:sz w:val="13"/>
              </w:rPr>
              <w:t>Alt temalar: Family members; ages of family members; daily routines and chores of family members; hobbies and abilities of family members</w:t>
            </w:r>
          </w:p>
          <w:p w:rsidR="00306250" w:rsidRDefault="00C55C52">
            <w:pPr>
              <w:spacing w:after="10"/>
            </w:pPr>
            <w:r>
              <w:rPr>
                <w:sz w:val="13"/>
              </w:rPr>
              <w:t>Kelime: Family members · Daily routines · Hobbies · Chores /housework</w:t>
            </w:r>
          </w:p>
          <w:p w:rsidR="00306250" w:rsidRDefault="00C55C52">
            <w:pPr>
              <w:spacing w:after="10"/>
            </w:pPr>
            <w:r>
              <w:rPr>
                <w:sz w:val="13"/>
              </w:rPr>
              <w:t>Dil bilgisi: To be Present ·</w:t>
            </w:r>
            <w:r>
              <w:rPr>
                <w:sz w:val="13"/>
              </w:rPr>
              <w:t xml:space="preserve"> The Simple Present Tense · Can/can’t · Could</w:t>
            </w:r>
          </w:p>
          <w:p w:rsidR="00306250" w:rsidRDefault="00C55C52">
            <w:pPr>
              <w:spacing w:after="10"/>
            </w:pPr>
            <w:r>
              <w:rPr>
                <w:sz w:val="13"/>
              </w:rPr>
              <w:t>Kalıp ifadeler: Can I have some water, please? · Let’s eat together! · That’s so cool · Do me a favour! · Give me a hand! · No problem! · (+3 ifade daha)</w:t>
            </w:r>
          </w:p>
          <w:p w:rsidR="00306250" w:rsidRDefault="00C55C52">
            <w:pPr>
              <w:spacing w:after="10"/>
            </w:pPr>
            <w:r>
              <w:rPr>
                <w:sz w:val="13"/>
              </w:rPr>
              <w:t>Telaffuz: Sounds of the letters k, l, m, n, o, p</w:t>
            </w:r>
          </w:p>
        </w:tc>
        <w:tc>
          <w:tcPr>
            <w:tcW w:w="2721" w:type="dxa"/>
          </w:tcPr>
          <w:p w:rsidR="00306250" w:rsidRDefault="00C55C52">
            <w:pPr>
              <w:spacing w:before="10" w:after="10"/>
            </w:pPr>
            <w:r>
              <w:rPr>
                <w:b/>
                <w:sz w:val="14"/>
              </w:rPr>
              <w:t>ENG.3.4</w:t>
            </w:r>
            <w:r>
              <w:rPr>
                <w:b/>
                <w:sz w:val="14"/>
              </w:rPr>
              <w:t xml:space="preserve"> › G1, L1-L4, P1, R1-R4, S1-S6, V1, W1-W6</w:t>
            </w:r>
          </w:p>
        </w:tc>
        <w:tc>
          <w:tcPr>
            <w:tcW w:w="1814" w:type="dxa"/>
          </w:tcPr>
          <w:p w:rsidR="00306250" w:rsidRDefault="00C55C52">
            <w:pPr>
              <w:spacing w:before="10" w:after="10"/>
            </w:pPr>
            <w:r>
              <w:rPr>
                <w:sz w:val="13"/>
              </w:rPr>
              <w:t>Assessment and Evaluation Scheme</w:t>
            </w:r>
          </w:p>
          <w:p w:rsidR="00306250" w:rsidRDefault="00306250">
            <w:pPr>
              <w:spacing w:after="10"/>
            </w:pPr>
          </w:p>
          <w:p w:rsidR="00306250" w:rsidRDefault="00C55C52">
            <w:pPr>
              <w:spacing w:after="10"/>
            </w:pPr>
            <w:r>
              <w:rPr>
                <w:sz w:val="13"/>
              </w:rPr>
              <w:t>PERFORMANCE ASSIGNMENT: Pupils will write a project about “Family Life” to share details about their family members and daily routines. In their project, they will write about four</w:t>
            </w:r>
            <w:r>
              <w:rPr>
                <w:sz w:val="13"/>
              </w:rPr>
              <w:t xml:space="preserve"> things: family members and their physical features, daily routines,…</w:t>
            </w:r>
          </w:p>
        </w:tc>
        <w:tc>
          <w:tcPr>
            <w:tcW w:w="1077" w:type="dxa"/>
          </w:tcPr>
          <w:p w:rsidR="00306250" w:rsidRDefault="00C55C52">
            <w:pPr>
              <w:spacing w:before="10" w:after="10"/>
            </w:pPr>
            <w:r>
              <w:rPr>
                <w:sz w:val="13"/>
              </w:rPr>
              <w:t>Değerler: V2-V4, V6-V8, V10-V12, V14, V15, V20</w:t>
            </w:r>
          </w:p>
          <w:p w:rsidR="00306250" w:rsidRDefault="00C55C52">
            <w:pPr>
              <w:spacing w:after="10"/>
            </w:pPr>
            <w:r>
              <w:rPr>
                <w:sz w:val="13"/>
              </w:rPr>
              <w:t>Okuryaz.: LS1, LS2, LS4-LS6</w:t>
            </w:r>
          </w:p>
        </w:tc>
        <w:tc>
          <w:tcPr>
            <w:tcW w:w="1020" w:type="dxa"/>
          </w:tcPr>
          <w:p w:rsidR="00306250" w:rsidRDefault="00C55C52">
            <w:pPr>
              <w:spacing w:before="10" w:after="10"/>
            </w:pPr>
            <w:r>
              <w:rPr>
                <w:sz w:val="14"/>
              </w:rPr>
              <w:t>—</w:t>
            </w:r>
          </w:p>
        </w:tc>
        <w:tc>
          <w:tcPr>
            <w:tcW w:w="1417" w:type="dxa"/>
          </w:tcPr>
          <w:p w:rsidR="00306250" w:rsidRDefault="00C55C52">
            <w:pPr>
              <w:spacing w:before="10" w:after="10"/>
            </w:pPr>
            <w:r>
              <w:rPr>
                <w:sz w:val="13"/>
              </w:rPr>
              <w:t>Zenginleştirme / Destek: Talk about family members and physical appearances by using the target vocabulary an</w:t>
            </w:r>
            <w:r>
              <w:rPr>
                <w:sz w:val="13"/>
              </w:rPr>
              <w:t>d target chunks.</w:t>
            </w:r>
          </w:p>
        </w:tc>
      </w:tr>
      <w:tr w:rsidR="00306250">
        <w:trPr>
          <w:cantSplit/>
        </w:trPr>
        <w:tc>
          <w:tcPr>
            <w:tcW w:w="624" w:type="dxa"/>
          </w:tcPr>
          <w:p w:rsidR="00306250" w:rsidRDefault="00C55C52">
            <w:pPr>
              <w:spacing w:before="10" w:after="10"/>
              <w:jc w:val="center"/>
            </w:pPr>
            <w:r>
              <w:rPr>
                <w:sz w:val="14"/>
              </w:rPr>
              <w:t>Mar.</w:t>
            </w:r>
          </w:p>
        </w:tc>
        <w:tc>
          <w:tcPr>
            <w:tcW w:w="1077" w:type="dxa"/>
          </w:tcPr>
          <w:p w:rsidR="00306250" w:rsidRDefault="00C55C52">
            <w:pPr>
              <w:spacing w:before="10" w:after="10"/>
              <w:jc w:val="center"/>
            </w:pPr>
            <w:r>
              <w:rPr>
                <w:sz w:val="14"/>
              </w:rPr>
              <w:t>WEEK 22: March 1-5</w:t>
            </w:r>
          </w:p>
        </w:tc>
        <w:tc>
          <w:tcPr>
            <w:tcW w:w="794" w:type="dxa"/>
          </w:tcPr>
          <w:p w:rsidR="00306250" w:rsidRDefault="00C55C52">
            <w:pPr>
              <w:spacing w:before="10" w:after="10"/>
              <w:jc w:val="center"/>
            </w:pPr>
            <w:r>
              <w:rPr>
                <w:sz w:val="14"/>
              </w:rPr>
              <w:t>2</w:t>
            </w:r>
          </w:p>
        </w:tc>
        <w:tc>
          <w:tcPr>
            <w:tcW w:w="1304" w:type="dxa"/>
            <w:shd w:val="clear" w:color="auto" w:fill="EDF2FA"/>
          </w:tcPr>
          <w:p w:rsidR="00306250" w:rsidRDefault="00C55C52">
            <w:pPr>
              <w:spacing w:before="10" w:after="10"/>
            </w:pPr>
            <w:r>
              <w:rPr>
                <w:sz w:val="14"/>
              </w:rPr>
              <w:t>THEME 4</w:t>
            </w:r>
          </w:p>
          <w:p w:rsidR="00306250" w:rsidRDefault="00C55C52">
            <w:pPr>
              <w:spacing w:after="10"/>
            </w:pPr>
            <w:r>
              <w:rPr>
                <w:sz w:val="14"/>
              </w:rPr>
              <w:t>FAMILY LIFE</w:t>
            </w:r>
          </w:p>
        </w:tc>
        <w:tc>
          <w:tcPr>
            <w:tcW w:w="3855" w:type="dxa"/>
          </w:tcPr>
          <w:p w:rsidR="00306250" w:rsidRDefault="00C55C52">
            <w:pPr>
              <w:spacing w:before="10" w:after="10"/>
            </w:pPr>
            <w:r>
              <w:rPr>
                <w:sz w:val="13"/>
              </w:rPr>
              <w:t>▲ aynı tema devam ediyor</w:t>
            </w:r>
          </w:p>
        </w:tc>
        <w:tc>
          <w:tcPr>
            <w:tcW w:w="2721" w:type="dxa"/>
          </w:tcPr>
          <w:p w:rsidR="00306250" w:rsidRDefault="00C55C52">
            <w:pPr>
              <w:spacing w:before="10" w:after="10"/>
            </w:pPr>
            <w:r>
              <w:rPr>
                <w:b/>
                <w:sz w:val="14"/>
              </w:rPr>
              <w:t>ENG.3.4 › G1, L1-L4, P1, R1-R4, S1-S6, V1, W1-W6</w:t>
            </w:r>
          </w:p>
        </w:tc>
        <w:tc>
          <w:tcPr>
            <w:tcW w:w="1814" w:type="dxa"/>
          </w:tcPr>
          <w:p w:rsidR="00306250" w:rsidRDefault="00C55C52">
            <w:pPr>
              <w:spacing w:before="10" w:after="10"/>
            </w:pPr>
            <w:r>
              <w:rPr>
                <w:sz w:val="13"/>
              </w:rPr>
              <w:t>▲ yukarıdaki ile aynı</w:t>
            </w:r>
          </w:p>
        </w:tc>
        <w:tc>
          <w:tcPr>
            <w:tcW w:w="1077" w:type="dxa"/>
          </w:tcPr>
          <w:p w:rsidR="00306250" w:rsidRDefault="00C55C52">
            <w:pPr>
              <w:spacing w:before="10" w:after="10"/>
            </w:pPr>
            <w:r>
              <w:rPr>
                <w:sz w:val="13"/>
              </w:rPr>
              <w:t>Değerler: V2-V4, V6-V8, V10-V12, V14, V15, V20</w:t>
            </w:r>
          </w:p>
          <w:p w:rsidR="00306250" w:rsidRDefault="00C55C52">
            <w:pPr>
              <w:spacing w:after="10"/>
            </w:pPr>
            <w:r>
              <w:rPr>
                <w:sz w:val="13"/>
              </w:rPr>
              <w:t>Okuryaz.: LS1, LS2, LS4-LS6</w:t>
            </w:r>
          </w:p>
        </w:tc>
        <w:tc>
          <w:tcPr>
            <w:tcW w:w="1020" w:type="dxa"/>
          </w:tcPr>
          <w:p w:rsidR="00306250" w:rsidRDefault="00C55C52">
            <w:pPr>
              <w:spacing w:before="10" w:after="10"/>
            </w:pPr>
            <w:r>
              <w:rPr>
                <w:sz w:val="14"/>
              </w:rPr>
              <w:t>—</w:t>
            </w:r>
          </w:p>
        </w:tc>
        <w:tc>
          <w:tcPr>
            <w:tcW w:w="1417" w:type="dxa"/>
          </w:tcPr>
          <w:p w:rsidR="00306250" w:rsidRDefault="00C55C52">
            <w:pPr>
              <w:spacing w:before="10" w:after="10"/>
            </w:pPr>
            <w:r>
              <w:rPr>
                <w:sz w:val="13"/>
              </w:rPr>
              <w:t xml:space="preserve">▲ yukarıdaki ile </w:t>
            </w:r>
            <w:r>
              <w:rPr>
                <w:sz w:val="13"/>
              </w:rPr>
              <w:t>aynı</w:t>
            </w:r>
          </w:p>
        </w:tc>
      </w:tr>
      <w:tr w:rsidR="00306250">
        <w:trPr>
          <w:cantSplit/>
        </w:trPr>
        <w:tc>
          <w:tcPr>
            <w:tcW w:w="15701" w:type="dxa"/>
            <w:gridSpan w:val="10"/>
            <w:shd w:val="clear" w:color="auto" w:fill="FFF2CC"/>
          </w:tcPr>
          <w:p w:rsidR="00306250" w:rsidRDefault="00C55C52">
            <w:pPr>
              <w:spacing w:before="10" w:after="10"/>
              <w:jc w:val="center"/>
            </w:pPr>
            <w:r>
              <w:rPr>
                <w:b/>
              </w:rPr>
              <w:t>SECOND MIDTERM BREAK: March 8 - 12  ·  March 12 Acceptance of İstiklâl Marşı and Mehmet Akif Ersoy Memorial Day</w:t>
            </w:r>
          </w:p>
        </w:tc>
      </w:tr>
      <w:tr w:rsidR="00306250">
        <w:trPr>
          <w:cantSplit/>
        </w:trPr>
        <w:tc>
          <w:tcPr>
            <w:tcW w:w="624" w:type="dxa"/>
          </w:tcPr>
          <w:p w:rsidR="00306250" w:rsidRDefault="00C55C52">
            <w:pPr>
              <w:spacing w:before="10" w:after="10"/>
              <w:jc w:val="center"/>
            </w:pPr>
            <w:r>
              <w:rPr>
                <w:sz w:val="14"/>
              </w:rPr>
              <w:t>Mar.</w:t>
            </w:r>
          </w:p>
        </w:tc>
        <w:tc>
          <w:tcPr>
            <w:tcW w:w="1077" w:type="dxa"/>
          </w:tcPr>
          <w:p w:rsidR="00306250" w:rsidRDefault="00C55C52">
            <w:pPr>
              <w:spacing w:before="10" w:after="10"/>
              <w:jc w:val="center"/>
            </w:pPr>
            <w:r>
              <w:rPr>
                <w:sz w:val="14"/>
              </w:rPr>
              <w:t>WEEK 23: March 15-19</w:t>
            </w:r>
          </w:p>
        </w:tc>
        <w:tc>
          <w:tcPr>
            <w:tcW w:w="794" w:type="dxa"/>
          </w:tcPr>
          <w:p w:rsidR="00306250" w:rsidRDefault="00C55C52">
            <w:pPr>
              <w:spacing w:before="10" w:after="10"/>
              <w:jc w:val="center"/>
            </w:pPr>
            <w:r>
              <w:rPr>
                <w:sz w:val="14"/>
              </w:rPr>
              <w:t>2</w:t>
            </w:r>
          </w:p>
        </w:tc>
        <w:tc>
          <w:tcPr>
            <w:tcW w:w="1304" w:type="dxa"/>
            <w:shd w:val="clear" w:color="auto" w:fill="EDF2FA"/>
          </w:tcPr>
          <w:p w:rsidR="00306250" w:rsidRDefault="00C55C52">
            <w:pPr>
              <w:spacing w:before="10" w:after="10"/>
            </w:pPr>
            <w:r>
              <w:rPr>
                <w:sz w:val="14"/>
              </w:rPr>
              <w:t>THEME 4</w:t>
            </w:r>
          </w:p>
          <w:p w:rsidR="00306250" w:rsidRDefault="00C55C52">
            <w:pPr>
              <w:spacing w:after="10"/>
            </w:pPr>
            <w:r>
              <w:rPr>
                <w:sz w:val="14"/>
              </w:rPr>
              <w:t>FAMILY LIFE</w:t>
            </w:r>
          </w:p>
        </w:tc>
        <w:tc>
          <w:tcPr>
            <w:tcW w:w="3855" w:type="dxa"/>
          </w:tcPr>
          <w:p w:rsidR="00306250" w:rsidRDefault="00C55C52">
            <w:pPr>
              <w:spacing w:before="10" w:after="10"/>
            </w:pPr>
            <w:r>
              <w:rPr>
                <w:sz w:val="13"/>
              </w:rPr>
              <w:t>▲ aynı tema devam ediyor</w:t>
            </w:r>
          </w:p>
        </w:tc>
        <w:tc>
          <w:tcPr>
            <w:tcW w:w="2721" w:type="dxa"/>
          </w:tcPr>
          <w:p w:rsidR="00306250" w:rsidRDefault="00C55C52">
            <w:pPr>
              <w:spacing w:before="10" w:after="10"/>
            </w:pPr>
            <w:r>
              <w:rPr>
                <w:b/>
                <w:sz w:val="14"/>
              </w:rPr>
              <w:t>ENG.3.4 › G1, L1-L4, P1, R1-R4, S1-S6, V1, W1-W6</w:t>
            </w:r>
          </w:p>
        </w:tc>
        <w:tc>
          <w:tcPr>
            <w:tcW w:w="1814" w:type="dxa"/>
          </w:tcPr>
          <w:p w:rsidR="00306250" w:rsidRDefault="00C55C52">
            <w:pPr>
              <w:spacing w:before="10" w:after="10"/>
            </w:pPr>
            <w:r>
              <w:rPr>
                <w:sz w:val="13"/>
              </w:rPr>
              <w:t xml:space="preserve">▲ yukarıdaki </w:t>
            </w:r>
            <w:r>
              <w:rPr>
                <w:sz w:val="13"/>
              </w:rPr>
              <w:t>ile aynı</w:t>
            </w:r>
          </w:p>
        </w:tc>
        <w:tc>
          <w:tcPr>
            <w:tcW w:w="1077" w:type="dxa"/>
          </w:tcPr>
          <w:p w:rsidR="00306250" w:rsidRDefault="00C55C52">
            <w:pPr>
              <w:spacing w:before="10" w:after="10"/>
            </w:pPr>
            <w:r>
              <w:rPr>
                <w:sz w:val="13"/>
              </w:rPr>
              <w:t>Değerler: V2-V4, V6-V8, V10-V12, V14, V15, V20</w:t>
            </w:r>
          </w:p>
          <w:p w:rsidR="00306250" w:rsidRDefault="00C55C52">
            <w:pPr>
              <w:spacing w:after="10"/>
            </w:pPr>
            <w:r>
              <w:rPr>
                <w:sz w:val="13"/>
              </w:rPr>
              <w:t>Okuryaz.: LS1, LS2, LS4-LS6</w:t>
            </w:r>
          </w:p>
        </w:tc>
        <w:tc>
          <w:tcPr>
            <w:tcW w:w="1020" w:type="dxa"/>
          </w:tcPr>
          <w:p w:rsidR="00306250" w:rsidRDefault="00C55C52">
            <w:pPr>
              <w:spacing w:before="10" w:after="10"/>
            </w:pPr>
            <w:r>
              <w:rPr>
                <w:sz w:val="14"/>
              </w:rPr>
              <w:t>March 16-22 Turkic World and Communities Week</w:t>
            </w:r>
          </w:p>
          <w:p w:rsidR="00306250" w:rsidRDefault="00C55C52">
            <w:pPr>
              <w:spacing w:before="10" w:after="10"/>
            </w:pPr>
            <w:r>
              <w:rPr>
                <w:sz w:val="14"/>
              </w:rPr>
              <w:t>March 18 Çanakkale Victory and Martyrs' Memorial Day</w:t>
            </w:r>
          </w:p>
        </w:tc>
        <w:tc>
          <w:tcPr>
            <w:tcW w:w="1417" w:type="dxa"/>
          </w:tcPr>
          <w:p w:rsidR="00306250" w:rsidRDefault="00C55C52">
            <w:pPr>
              <w:spacing w:before="10" w:after="10"/>
            </w:pPr>
            <w:r>
              <w:rPr>
                <w:sz w:val="13"/>
              </w:rPr>
              <w:t>▲ yukarıdaki ile aynı</w:t>
            </w:r>
          </w:p>
        </w:tc>
      </w:tr>
      <w:tr w:rsidR="00306250">
        <w:trPr>
          <w:cantSplit/>
        </w:trPr>
        <w:tc>
          <w:tcPr>
            <w:tcW w:w="624" w:type="dxa"/>
          </w:tcPr>
          <w:p w:rsidR="00306250" w:rsidRDefault="00C55C52">
            <w:pPr>
              <w:spacing w:before="10" w:after="10"/>
              <w:jc w:val="center"/>
            </w:pPr>
            <w:r>
              <w:rPr>
                <w:sz w:val="14"/>
              </w:rPr>
              <w:t>Mar.</w:t>
            </w:r>
          </w:p>
        </w:tc>
        <w:tc>
          <w:tcPr>
            <w:tcW w:w="1077" w:type="dxa"/>
          </w:tcPr>
          <w:p w:rsidR="00306250" w:rsidRDefault="00C55C52">
            <w:pPr>
              <w:spacing w:before="10" w:after="10"/>
              <w:jc w:val="center"/>
            </w:pPr>
            <w:r>
              <w:rPr>
                <w:sz w:val="14"/>
              </w:rPr>
              <w:t>WEEK 24: March 22-26</w:t>
            </w:r>
          </w:p>
        </w:tc>
        <w:tc>
          <w:tcPr>
            <w:tcW w:w="794" w:type="dxa"/>
          </w:tcPr>
          <w:p w:rsidR="00306250" w:rsidRDefault="00C55C52">
            <w:pPr>
              <w:spacing w:before="10" w:after="10"/>
              <w:jc w:val="center"/>
            </w:pPr>
            <w:r>
              <w:rPr>
                <w:sz w:val="14"/>
              </w:rPr>
              <w:t>2</w:t>
            </w:r>
          </w:p>
        </w:tc>
        <w:tc>
          <w:tcPr>
            <w:tcW w:w="1304" w:type="dxa"/>
            <w:shd w:val="clear" w:color="auto" w:fill="EDF2FA"/>
          </w:tcPr>
          <w:p w:rsidR="00306250" w:rsidRDefault="00C55C52">
            <w:pPr>
              <w:spacing w:before="10" w:after="10"/>
            </w:pPr>
            <w:r>
              <w:rPr>
                <w:sz w:val="14"/>
              </w:rPr>
              <w:t>THEME 4</w:t>
            </w:r>
          </w:p>
          <w:p w:rsidR="00306250" w:rsidRDefault="00C55C52">
            <w:pPr>
              <w:spacing w:after="10"/>
            </w:pPr>
            <w:r>
              <w:rPr>
                <w:sz w:val="14"/>
              </w:rPr>
              <w:t>FAMILY LIFE</w:t>
            </w:r>
          </w:p>
        </w:tc>
        <w:tc>
          <w:tcPr>
            <w:tcW w:w="3855" w:type="dxa"/>
          </w:tcPr>
          <w:p w:rsidR="00306250" w:rsidRDefault="00C55C52">
            <w:pPr>
              <w:spacing w:before="10" w:after="10"/>
            </w:pPr>
            <w:r>
              <w:rPr>
                <w:sz w:val="13"/>
              </w:rPr>
              <w:t xml:space="preserve">▲ </w:t>
            </w:r>
            <w:r>
              <w:rPr>
                <w:sz w:val="13"/>
              </w:rPr>
              <w:t>aynı tema devam ediyor</w:t>
            </w:r>
          </w:p>
        </w:tc>
        <w:tc>
          <w:tcPr>
            <w:tcW w:w="2721" w:type="dxa"/>
          </w:tcPr>
          <w:p w:rsidR="00306250" w:rsidRDefault="00C55C52">
            <w:pPr>
              <w:spacing w:before="10" w:after="10"/>
            </w:pPr>
            <w:r>
              <w:rPr>
                <w:b/>
                <w:sz w:val="14"/>
              </w:rPr>
              <w:t>ENG.3.4 › G1, L1-L4, P1, R1-R4, S1-S6, V1, W1-W6</w:t>
            </w:r>
          </w:p>
        </w:tc>
        <w:tc>
          <w:tcPr>
            <w:tcW w:w="1814" w:type="dxa"/>
          </w:tcPr>
          <w:p w:rsidR="00306250" w:rsidRDefault="00C55C52">
            <w:pPr>
              <w:spacing w:before="10" w:after="10"/>
            </w:pPr>
            <w:r>
              <w:rPr>
                <w:sz w:val="13"/>
              </w:rPr>
              <w:t>▲ yukarıdaki ile aynı</w:t>
            </w:r>
          </w:p>
        </w:tc>
        <w:tc>
          <w:tcPr>
            <w:tcW w:w="1077" w:type="dxa"/>
          </w:tcPr>
          <w:p w:rsidR="00306250" w:rsidRDefault="00C55C52">
            <w:pPr>
              <w:spacing w:before="10" w:after="10"/>
            </w:pPr>
            <w:r>
              <w:rPr>
                <w:sz w:val="13"/>
              </w:rPr>
              <w:t>Değerler: V2-V4, V6-V8, V10-V12, V14, V15, V20</w:t>
            </w:r>
          </w:p>
          <w:p w:rsidR="00306250" w:rsidRDefault="00C55C52">
            <w:pPr>
              <w:spacing w:after="10"/>
            </w:pPr>
            <w:r>
              <w:rPr>
                <w:sz w:val="13"/>
              </w:rPr>
              <w:t>Okuryaz.: LS1, LS2, LS4-LS6</w:t>
            </w:r>
          </w:p>
        </w:tc>
        <w:tc>
          <w:tcPr>
            <w:tcW w:w="1020" w:type="dxa"/>
          </w:tcPr>
          <w:p w:rsidR="00306250" w:rsidRDefault="00C55C52">
            <w:pPr>
              <w:spacing w:before="10" w:after="10"/>
            </w:pPr>
            <w:r>
              <w:rPr>
                <w:sz w:val="14"/>
              </w:rPr>
              <w:t>—</w:t>
            </w:r>
          </w:p>
        </w:tc>
        <w:tc>
          <w:tcPr>
            <w:tcW w:w="1417" w:type="dxa"/>
          </w:tcPr>
          <w:p w:rsidR="00306250" w:rsidRDefault="00C55C52">
            <w:pPr>
              <w:spacing w:before="10" w:after="10"/>
            </w:pPr>
            <w:r>
              <w:rPr>
                <w:sz w:val="13"/>
              </w:rPr>
              <w:t>▲ yukarıdaki ile aynı</w:t>
            </w:r>
          </w:p>
        </w:tc>
      </w:tr>
      <w:tr w:rsidR="00306250">
        <w:trPr>
          <w:cantSplit/>
        </w:trPr>
        <w:tc>
          <w:tcPr>
            <w:tcW w:w="624" w:type="dxa"/>
          </w:tcPr>
          <w:p w:rsidR="00306250" w:rsidRDefault="00C55C52">
            <w:pPr>
              <w:spacing w:before="10" w:after="10"/>
              <w:jc w:val="center"/>
            </w:pPr>
            <w:r>
              <w:rPr>
                <w:sz w:val="14"/>
              </w:rPr>
              <w:t>Mar.</w:t>
            </w:r>
          </w:p>
        </w:tc>
        <w:tc>
          <w:tcPr>
            <w:tcW w:w="1077" w:type="dxa"/>
          </w:tcPr>
          <w:p w:rsidR="00306250" w:rsidRDefault="00C55C52">
            <w:pPr>
              <w:spacing w:before="10" w:after="10"/>
              <w:jc w:val="center"/>
            </w:pPr>
            <w:r>
              <w:rPr>
                <w:sz w:val="14"/>
              </w:rPr>
              <w:t>WEEK 25: March 29 - April 2</w:t>
            </w:r>
          </w:p>
        </w:tc>
        <w:tc>
          <w:tcPr>
            <w:tcW w:w="794" w:type="dxa"/>
          </w:tcPr>
          <w:p w:rsidR="00306250" w:rsidRDefault="00C55C52">
            <w:pPr>
              <w:spacing w:before="10" w:after="10"/>
              <w:jc w:val="center"/>
            </w:pPr>
            <w:r>
              <w:rPr>
                <w:sz w:val="14"/>
              </w:rPr>
              <w:t>2</w:t>
            </w:r>
          </w:p>
        </w:tc>
        <w:tc>
          <w:tcPr>
            <w:tcW w:w="1304" w:type="dxa"/>
            <w:shd w:val="clear" w:color="auto" w:fill="EDF2FA"/>
          </w:tcPr>
          <w:p w:rsidR="00306250" w:rsidRDefault="00C55C52">
            <w:pPr>
              <w:spacing w:before="10" w:after="10"/>
            </w:pPr>
            <w:r>
              <w:rPr>
                <w:sz w:val="14"/>
              </w:rPr>
              <w:t>THEME 4</w:t>
            </w:r>
          </w:p>
          <w:p w:rsidR="00306250" w:rsidRDefault="00C55C52">
            <w:pPr>
              <w:spacing w:after="10"/>
            </w:pPr>
            <w:r>
              <w:rPr>
                <w:sz w:val="14"/>
              </w:rPr>
              <w:t>FAMILY LIFE</w:t>
            </w:r>
          </w:p>
        </w:tc>
        <w:tc>
          <w:tcPr>
            <w:tcW w:w="3855" w:type="dxa"/>
          </w:tcPr>
          <w:p w:rsidR="00306250" w:rsidRDefault="00C55C52">
            <w:pPr>
              <w:spacing w:before="10" w:after="10"/>
            </w:pPr>
            <w:r>
              <w:rPr>
                <w:sz w:val="13"/>
              </w:rPr>
              <w:t xml:space="preserve">▲ aynı </w:t>
            </w:r>
            <w:r>
              <w:rPr>
                <w:sz w:val="13"/>
              </w:rPr>
              <w:t>tema devam ediyor</w:t>
            </w:r>
          </w:p>
        </w:tc>
        <w:tc>
          <w:tcPr>
            <w:tcW w:w="2721" w:type="dxa"/>
          </w:tcPr>
          <w:p w:rsidR="00306250" w:rsidRDefault="00C55C52">
            <w:pPr>
              <w:spacing w:before="10" w:after="10"/>
            </w:pPr>
            <w:r>
              <w:rPr>
                <w:b/>
                <w:sz w:val="14"/>
              </w:rPr>
              <w:t>ENG.3.4 › G1, L1-L4, P1, R1-R4, S1-S6, V1, W1-W6</w:t>
            </w:r>
          </w:p>
        </w:tc>
        <w:tc>
          <w:tcPr>
            <w:tcW w:w="1814" w:type="dxa"/>
          </w:tcPr>
          <w:p w:rsidR="00306250" w:rsidRDefault="00C55C52">
            <w:pPr>
              <w:spacing w:before="10" w:after="10"/>
            </w:pPr>
            <w:r>
              <w:rPr>
                <w:sz w:val="13"/>
              </w:rPr>
              <w:t>▲ yukarıdaki ile aynı</w:t>
            </w:r>
          </w:p>
        </w:tc>
        <w:tc>
          <w:tcPr>
            <w:tcW w:w="1077" w:type="dxa"/>
          </w:tcPr>
          <w:p w:rsidR="00306250" w:rsidRDefault="00C55C52">
            <w:pPr>
              <w:spacing w:before="10" w:after="10"/>
            </w:pPr>
            <w:r>
              <w:rPr>
                <w:sz w:val="13"/>
              </w:rPr>
              <w:t>Değerler: V2-V4, V6-V8, V10-V12, V14, V15, V20</w:t>
            </w:r>
          </w:p>
          <w:p w:rsidR="00306250" w:rsidRDefault="00C55C52">
            <w:pPr>
              <w:spacing w:after="10"/>
            </w:pPr>
            <w:r>
              <w:rPr>
                <w:sz w:val="13"/>
              </w:rPr>
              <w:t>Okuryaz.: LS1, LS2, LS4-LS6</w:t>
            </w:r>
          </w:p>
        </w:tc>
        <w:tc>
          <w:tcPr>
            <w:tcW w:w="1020" w:type="dxa"/>
          </w:tcPr>
          <w:p w:rsidR="00306250" w:rsidRDefault="00C55C52">
            <w:pPr>
              <w:spacing w:before="10" w:after="10"/>
            </w:pPr>
            <w:r>
              <w:rPr>
                <w:sz w:val="14"/>
              </w:rPr>
              <w:t>—</w:t>
            </w:r>
          </w:p>
        </w:tc>
        <w:tc>
          <w:tcPr>
            <w:tcW w:w="1417" w:type="dxa"/>
          </w:tcPr>
          <w:p w:rsidR="00306250" w:rsidRDefault="00C55C52">
            <w:pPr>
              <w:spacing w:before="10" w:after="10"/>
            </w:pPr>
            <w:r>
              <w:rPr>
                <w:sz w:val="13"/>
              </w:rPr>
              <w:t>▲ yukarıdaki ile aynı</w:t>
            </w:r>
          </w:p>
        </w:tc>
      </w:tr>
      <w:tr w:rsidR="00306250">
        <w:trPr>
          <w:cantSplit/>
        </w:trPr>
        <w:tc>
          <w:tcPr>
            <w:tcW w:w="624" w:type="dxa"/>
          </w:tcPr>
          <w:p w:rsidR="00306250" w:rsidRDefault="00C55C52">
            <w:pPr>
              <w:spacing w:before="10" w:after="10"/>
              <w:jc w:val="center"/>
            </w:pPr>
            <w:r>
              <w:rPr>
                <w:sz w:val="14"/>
              </w:rPr>
              <w:lastRenderedPageBreak/>
              <w:t>Apr.</w:t>
            </w:r>
          </w:p>
        </w:tc>
        <w:tc>
          <w:tcPr>
            <w:tcW w:w="1077" w:type="dxa"/>
          </w:tcPr>
          <w:p w:rsidR="00306250" w:rsidRDefault="00C55C52">
            <w:pPr>
              <w:spacing w:before="10" w:after="10"/>
              <w:jc w:val="center"/>
            </w:pPr>
            <w:r>
              <w:rPr>
                <w:sz w:val="14"/>
              </w:rPr>
              <w:t>WEEK 26: April 5-9</w:t>
            </w:r>
          </w:p>
        </w:tc>
        <w:tc>
          <w:tcPr>
            <w:tcW w:w="794" w:type="dxa"/>
          </w:tcPr>
          <w:p w:rsidR="00306250" w:rsidRDefault="00C55C52">
            <w:pPr>
              <w:spacing w:before="10" w:after="10"/>
              <w:jc w:val="center"/>
            </w:pPr>
            <w:r>
              <w:rPr>
                <w:sz w:val="14"/>
              </w:rPr>
              <w:t>2</w:t>
            </w:r>
          </w:p>
        </w:tc>
        <w:tc>
          <w:tcPr>
            <w:tcW w:w="1304" w:type="dxa"/>
            <w:shd w:val="clear" w:color="auto" w:fill="EDF2FA"/>
          </w:tcPr>
          <w:p w:rsidR="00306250" w:rsidRDefault="00C55C52">
            <w:pPr>
              <w:spacing w:before="10" w:after="10"/>
            </w:pPr>
            <w:r>
              <w:rPr>
                <w:sz w:val="14"/>
              </w:rPr>
              <w:t>THEME 5</w:t>
            </w:r>
          </w:p>
          <w:p w:rsidR="00306250" w:rsidRDefault="00C55C52">
            <w:pPr>
              <w:spacing w:after="10"/>
            </w:pPr>
            <w:r>
              <w:rPr>
                <w:sz w:val="14"/>
              </w:rPr>
              <w:t xml:space="preserve">HOMES &amp; HOUSES &amp; THE </w:t>
            </w:r>
            <w:r>
              <w:rPr>
                <w:sz w:val="14"/>
              </w:rPr>
              <w:t>NEIGHBOURHOOD</w:t>
            </w:r>
          </w:p>
        </w:tc>
        <w:tc>
          <w:tcPr>
            <w:tcW w:w="3855" w:type="dxa"/>
          </w:tcPr>
          <w:p w:rsidR="00306250" w:rsidRDefault="00C55C52">
            <w:pPr>
              <w:spacing w:before="10" w:after="10"/>
            </w:pPr>
            <w:r>
              <w:rPr>
                <w:sz w:val="13"/>
              </w:rPr>
              <w:t>Alt temalar: Life in the countryside; farmhouses and farm animals; activities and chores on a farm</w:t>
            </w:r>
          </w:p>
          <w:p w:rsidR="00306250" w:rsidRDefault="00C55C52">
            <w:pPr>
              <w:spacing w:after="10"/>
            </w:pPr>
            <w:r>
              <w:rPr>
                <w:sz w:val="13"/>
              </w:rPr>
              <w:t>Kelime: Farm animals · Vocabulary for the countryside · Activities/chores on a farm</w:t>
            </w:r>
          </w:p>
          <w:p w:rsidR="00306250" w:rsidRDefault="00C55C52">
            <w:pPr>
              <w:spacing w:after="10"/>
            </w:pPr>
            <w:r>
              <w:rPr>
                <w:sz w:val="13"/>
              </w:rPr>
              <w:t xml:space="preserve">Dil bilgisi: There is/There are · The Simple Present Tense </w:t>
            </w:r>
            <w:r>
              <w:rPr>
                <w:sz w:val="13"/>
              </w:rPr>
              <w:t>· The Present Progressive Tense</w:t>
            </w:r>
          </w:p>
          <w:p w:rsidR="00306250" w:rsidRDefault="00C55C52">
            <w:pPr>
              <w:spacing w:after="10"/>
            </w:pPr>
            <w:r>
              <w:rPr>
                <w:sz w:val="13"/>
              </w:rPr>
              <w:t>Kalıp ifadeler: No way! · No idea · Fantastic! · Help me! · Why not? · What a surprise! · (+2 ifade daha)</w:t>
            </w:r>
          </w:p>
          <w:p w:rsidR="00306250" w:rsidRDefault="00C55C52">
            <w:pPr>
              <w:spacing w:after="10"/>
            </w:pPr>
            <w:r>
              <w:rPr>
                <w:sz w:val="13"/>
              </w:rPr>
              <w:t>Telaffuz: Sounds of the letters q, r, s, t, v</w:t>
            </w:r>
          </w:p>
        </w:tc>
        <w:tc>
          <w:tcPr>
            <w:tcW w:w="2721" w:type="dxa"/>
          </w:tcPr>
          <w:p w:rsidR="00306250" w:rsidRDefault="00C55C52">
            <w:pPr>
              <w:spacing w:before="10" w:after="10"/>
            </w:pPr>
            <w:r>
              <w:rPr>
                <w:b/>
                <w:sz w:val="14"/>
              </w:rPr>
              <w:t>ENG.3.5 › G1, L1-L4, P1, R1-R4, S1-S6, V1, W1-W6</w:t>
            </w:r>
          </w:p>
        </w:tc>
        <w:tc>
          <w:tcPr>
            <w:tcW w:w="1814" w:type="dxa"/>
          </w:tcPr>
          <w:p w:rsidR="00306250" w:rsidRDefault="00C55C52">
            <w:pPr>
              <w:spacing w:before="10" w:after="10"/>
            </w:pPr>
            <w:r>
              <w:rPr>
                <w:sz w:val="13"/>
              </w:rPr>
              <w:t>Assessment and Evaluati</w:t>
            </w:r>
            <w:r>
              <w:rPr>
                <w:sz w:val="13"/>
              </w:rPr>
              <w:t>on Scheme</w:t>
            </w:r>
          </w:p>
          <w:p w:rsidR="00306250" w:rsidRDefault="00306250">
            <w:pPr>
              <w:spacing w:after="10"/>
            </w:pPr>
          </w:p>
          <w:p w:rsidR="00306250" w:rsidRDefault="00C55C52">
            <w:pPr>
              <w:spacing w:after="10"/>
            </w:pPr>
            <w:r>
              <w:rPr>
                <w:sz w:val="13"/>
              </w:rPr>
              <w:t>PERFORMANCE ASSIGNMENT: Pupils will create a brochure about “Homes, Houses &amp; The Neighbourhood” with a focus on life in the countryside. In their brochure, they will describe different types of houses such as farmhouses, cottages, and barns,…</w:t>
            </w:r>
          </w:p>
        </w:tc>
        <w:tc>
          <w:tcPr>
            <w:tcW w:w="1077" w:type="dxa"/>
          </w:tcPr>
          <w:p w:rsidR="00306250" w:rsidRDefault="00C55C52">
            <w:pPr>
              <w:spacing w:before="10" w:after="10"/>
            </w:pPr>
            <w:r>
              <w:rPr>
                <w:sz w:val="13"/>
              </w:rPr>
              <w:t>De</w:t>
            </w:r>
            <w:r>
              <w:rPr>
                <w:sz w:val="13"/>
              </w:rPr>
              <w:t>ğerler: V3-V7, V10-V12, V14, V15, V20</w:t>
            </w:r>
          </w:p>
          <w:p w:rsidR="00306250" w:rsidRDefault="00C55C52">
            <w:pPr>
              <w:spacing w:after="10"/>
            </w:pPr>
            <w:r>
              <w:rPr>
                <w:sz w:val="13"/>
              </w:rPr>
              <w:t>Okuryaz.: LS1, LS2, LS4-LS6</w:t>
            </w:r>
          </w:p>
        </w:tc>
        <w:tc>
          <w:tcPr>
            <w:tcW w:w="1020" w:type="dxa"/>
          </w:tcPr>
          <w:p w:rsidR="00306250" w:rsidRDefault="00C55C52">
            <w:pPr>
              <w:spacing w:before="10" w:after="10"/>
            </w:pPr>
            <w:r>
              <w:rPr>
                <w:sz w:val="14"/>
              </w:rPr>
              <w:t>—</w:t>
            </w:r>
          </w:p>
        </w:tc>
        <w:tc>
          <w:tcPr>
            <w:tcW w:w="1417" w:type="dxa"/>
          </w:tcPr>
          <w:p w:rsidR="00306250" w:rsidRDefault="00C55C52">
            <w:pPr>
              <w:spacing w:before="10" w:after="10"/>
            </w:pPr>
            <w:r>
              <w:rPr>
                <w:sz w:val="13"/>
              </w:rPr>
              <w:t>Zenginleştirme / Destek: Talk about farm animals by using the target vocabulary and target chunks.</w:t>
            </w:r>
          </w:p>
        </w:tc>
      </w:tr>
      <w:tr w:rsidR="00306250">
        <w:trPr>
          <w:cantSplit/>
        </w:trPr>
        <w:tc>
          <w:tcPr>
            <w:tcW w:w="624" w:type="dxa"/>
          </w:tcPr>
          <w:p w:rsidR="00306250" w:rsidRDefault="00C55C52">
            <w:pPr>
              <w:spacing w:before="10" w:after="10"/>
              <w:jc w:val="center"/>
            </w:pPr>
            <w:r>
              <w:rPr>
                <w:sz w:val="14"/>
              </w:rPr>
              <w:t>Apr.</w:t>
            </w:r>
          </w:p>
        </w:tc>
        <w:tc>
          <w:tcPr>
            <w:tcW w:w="1077" w:type="dxa"/>
          </w:tcPr>
          <w:p w:rsidR="00306250" w:rsidRDefault="00C55C52">
            <w:pPr>
              <w:spacing w:before="10" w:after="10"/>
              <w:jc w:val="center"/>
            </w:pPr>
            <w:r>
              <w:rPr>
                <w:sz w:val="14"/>
              </w:rPr>
              <w:t>WEEK 27: April 12-16</w:t>
            </w:r>
          </w:p>
        </w:tc>
        <w:tc>
          <w:tcPr>
            <w:tcW w:w="794" w:type="dxa"/>
          </w:tcPr>
          <w:p w:rsidR="00306250" w:rsidRDefault="00C55C52">
            <w:pPr>
              <w:spacing w:before="10" w:after="10"/>
              <w:jc w:val="center"/>
            </w:pPr>
            <w:r>
              <w:rPr>
                <w:sz w:val="14"/>
              </w:rPr>
              <w:t>2</w:t>
            </w:r>
          </w:p>
        </w:tc>
        <w:tc>
          <w:tcPr>
            <w:tcW w:w="1304" w:type="dxa"/>
            <w:shd w:val="clear" w:color="auto" w:fill="EDF2FA"/>
          </w:tcPr>
          <w:p w:rsidR="00306250" w:rsidRDefault="00C55C52">
            <w:pPr>
              <w:spacing w:before="10" w:after="10"/>
            </w:pPr>
            <w:r>
              <w:rPr>
                <w:sz w:val="14"/>
              </w:rPr>
              <w:t>THEME 5</w:t>
            </w:r>
          </w:p>
          <w:p w:rsidR="00306250" w:rsidRDefault="00C55C52">
            <w:pPr>
              <w:spacing w:after="10"/>
            </w:pPr>
            <w:r>
              <w:rPr>
                <w:sz w:val="14"/>
              </w:rPr>
              <w:t>HOMES &amp; HOUSES &amp; THE NEIGHBOURHOOD</w:t>
            </w:r>
          </w:p>
        </w:tc>
        <w:tc>
          <w:tcPr>
            <w:tcW w:w="3855" w:type="dxa"/>
          </w:tcPr>
          <w:p w:rsidR="00306250" w:rsidRDefault="00C55C52">
            <w:pPr>
              <w:spacing w:before="10" w:after="10"/>
            </w:pPr>
            <w:r>
              <w:rPr>
                <w:sz w:val="13"/>
              </w:rPr>
              <w:t>▲ aynı tema devam</w:t>
            </w:r>
            <w:r>
              <w:rPr>
                <w:sz w:val="13"/>
              </w:rPr>
              <w:t xml:space="preserve"> ediyor</w:t>
            </w:r>
          </w:p>
        </w:tc>
        <w:tc>
          <w:tcPr>
            <w:tcW w:w="2721" w:type="dxa"/>
          </w:tcPr>
          <w:p w:rsidR="00306250" w:rsidRDefault="00C55C52">
            <w:pPr>
              <w:spacing w:before="10" w:after="10"/>
            </w:pPr>
            <w:r>
              <w:rPr>
                <w:b/>
                <w:sz w:val="14"/>
              </w:rPr>
              <w:t>ENG.3.5 › G1, L1-L4, P1, R1-R4, S1-S6, V1, W1-W6</w:t>
            </w:r>
          </w:p>
        </w:tc>
        <w:tc>
          <w:tcPr>
            <w:tcW w:w="1814" w:type="dxa"/>
          </w:tcPr>
          <w:p w:rsidR="00306250" w:rsidRDefault="00C55C52">
            <w:pPr>
              <w:spacing w:before="10" w:after="10"/>
            </w:pPr>
            <w:r>
              <w:rPr>
                <w:sz w:val="13"/>
              </w:rPr>
              <w:t>▲ yukarıdaki ile aynı</w:t>
            </w:r>
          </w:p>
        </w:tc>
        <w:tc>
          <w:tcPr>
            <w:tcW w:w="1077" w:type="dxa"/>
          </w:tcPr>
          <w:p w:rsidR="00306250" w:rsidRDefault="00C55C52">
            <w:pPr>
              <w:spacing w:before="10" w:after="10"/>
            </w:pPr>
            <w:r>
              <w:rPr>
                <w:sz w:val="13"/>
              </w:rPr>
              <w:t>Değerler: V3-V7, V10-V12, V14, V15, V20</w:t>
            </w:r>
          </w:p>
          <w:p w:rsidR="00306250" w:rsidRDefault="00C55C52">
            <w:pPr>
              <w:spacing w:after="10"/>
            </w:pPr>
            <w:r>
              <w:rPr>
                <w:sz w:val="13"/>
              </w:rPr>
              <w:t>Okuryaz.: LS1, LS2, LS4-LS6</w:t>
            </w:r>
          </w:p>
        </w:tc>
        <w:tc>
          <w:tcPr>
            <w:tcW w:w="1020" w:type="dxa"/>
          </w:tcPr>
          <w:p w:rsidR="00306250" w:rsidRDefault="00C55C52">
            <w:pPr>
              <w:spacing w:before="10" w:after="10"/>
            </w:pPr>
            <w:r>
              <w:rPr>
                <w:sz w:val="14"/>
              </w:rPr>
              <w:t>—</w:t>
            </w:r>
          </w:p>
        </w:tc>
        <w:tc>
          <w:tcPr>
            <w:tcW w:w="1417" w:type="dxa"/>
          </w:tcPr>
          <w:p w:rsidR="00306250" w:rsidRDefault="00C55C52">
            <w:pPr>
              <w:spacing w:before="10" w:after="10"/>
            </w:pPr>
            <w:r>
              <w:rPr>
                <w:sz w:val="13"/>
              </w:rPr>
              <w:t>▲ yukarıdaki ile aynı</w:t>
            </w:r>
          </w:p>
        </w:tc>
      </w:tr>
      <w:tr w:rsidR="00306250">
        <w:trPr>
          <w:cantSplit/>
        </w:trPr>
        <w:tc>
          <w:tcPr>
            <w:tcW w:w="624" w:type="dxa"/>
            <w:shd w:val="clear" w:color="auto" w:fill="E2F0D9"/>
          </w:tcPr>
          <w:p w:rsidR="00306250" w:rsidRDefault="00C55C52">
            <w:pPr>
              <w:spacing w:before="10" w:after="10"/>
              <w:jc w:val="center"/>
            </w:pPr>
            <w:r>
              <w:rPr>
                <w:sz w:val="14"/>
              </w:rPr>
              <w:t>Apr.</w:t>
            </w:r>
          </w:p>
        </w:tc>
        <w:tc>
          <w:tcPr>
            <w:tcW w:w="1077" w:type="dxa"/>
            <w:shd w:val="clear" w:color="auto" w:fill="E2F0D9"/>
          </w:tcPr>
          <w:p w:rsidR="00306250" w:rsidRDefault="00C55C52">
            <w:pPr>
              <w:spacing w:before="10" w:after="10"/>
              <w:jc w:val="center"/>
            </w:pPr>
            <w:r>
              <w:rPr>
                <w:sz w:val="14"/>
              </w:rPr>
              <w:t>WEEK 28: April 19-23</w:t>
            </w:r>
          </w:p>
        </w:tc>
        <w:tc>
          <w:tcPr>
            <w:tcW w:w="794" w:type="dxa"/>
            <w:shd w:val="clear" w:color="auto" w:fill="E2F0D9"/>
          </w:tcPr>
          <w:p w:rsidR="00306250" w:rsidRDefault="00C55C52">
            <w:pPr>
              <w:spacing w:before="10" w:after="10"/>
              <w:jc w:val="center"/>
            </w:pPr>
            <w:r>
              <w:rPr>
                <w:sz w:val="14"/>
              </w:rPr>
              <w:t>( 1 SBP + 1 )</w:t>
            </w:r>
          </w:p>
        </w:tc>
        <w:tc>
          <w:tcPr>
            <w:tcW w:w="1304" w:type="dxa"/>
            <w:shd w:val="clear" w:color="auto" w:fill="E2F0D9"/>
          </w:tcPr>
          <w:p w:rsidR="00306250" w:rsidRDefault="00C55C52">
            <w:pPr>
              <w:spacing w:before="10" w:after="10"/>
            </w:pPr>
            <w:r>
              <w:rPr>
                <w:b/>
                <w:sz w:val="14"/>
              </w:rPr>
              <w:t>SCHOOL-BASED PLANNING*</w:t>
            </w:r>
          </w:p>
          <w:p w:rsidR="00306250" w:rsidRDefault="00C55C52">
            <w:pPr>
              <w:spacing w:after="10"/>
            </w:pPr>
            <w:r>
              <w:rPr>
                <w:sz w:val="14"/>
              </w:rPr>
              <w:t>THEME 5</w:t>
            </w:r>
          </w:p>
          <w:p w:rsidR="00306250" w:rsidRDefault="00C55C52">
            <w:pPr>
              <w:spacing w:after="10"/>
            </w:pPr>
            <w:r>
              <w:rPr>
                <w:sz w:val="14"/>
              </w:rPr>
              <w:t xml:space="preserve">HOMES &amp; </w:t>
            </w:r>
            <w:r>
              <w:rPr>
                <w:sz w:val="14"/>
              </w:rPr>
              <w:t>HOUSES &amp; THE NEIGHBOURHOOD</w:t>
            </w:r>
          </w:p>
        </w:tc>
        <w:tc>
          <w:tcPr>
            <w:tcW w:w="3855" w:type="dxa"/>
            <w:shd w:val="clear" w:color="auto" w:fill="E2F0D9"/>
          </w:tcPr>
          <w:p w:rsidR="00306250" w:rsidRDefault="00C55C52">
            <w:pPr>
              <w:spacing w:before="10" w:after="10"/>
            </w:pPr>
            <w:r>
              <w:rPr>
                <w:sz w:val="13"/>
              </w:rPr>
              <w:t>Focus: Children’s Day Activities</w:t>
            </w:r>
          </w:p>
          <w:p w:rsidR="00306250" w:rsidRDefault="00C55C52">
            <w:pPr>
              <w:spacing w:after="10"/>
            </w:pPr>
            <w:r>
              <w:rPr>
                <w:sz w:val="13"/>
              </w:rPr>
              <w:t>English activities for the 23 April National Sovereignty and Children’s Day (songs, rhymes, greeting cards, a classroom board display) · Short role-plays welcoming guest pupils · Preparation of th</w:t>
            </w:r>
            <w:r>
              <w:rPr>
                <w:sz w:val="13"/>
              </w:rPr>
              <w:t>e classroom exhibition corner</w:t>
            </w:r>
          </w:p>
          <w:p w:rsidR="00306250" w:rsidRDefault="00C55C52">
            <w:pPr>
              <w:spacing w:after="10"/>
            </w:pPr>
            <w:r>
              <w:rPr>
                <w:sz w:val="13"/>
              </w:rPr>
              <w:t>(1 hour school-based planning + 1 hour theme lesson)</w:t>
            </w:r>
          </w:p>
          <w:p w:rsidR="00306250" w:rsidRDefault="00C55C52">
            <w:pPr>
              <w:spacing w:after="10"/>
            </w:pPr>
            <w:r>
              <w:rPr>
                <w:sz w:val="13"/>
              </w:rPr>
              <w:t>▲ aynı tema devam ediyor</w:t>
            </w:r>
          </w:p>
        </w:tc>
        <w:tc>
          <w:tcPr>
            <w:tcW w:w="2721" w:type="dxa"/>
            <w:shd w:val="clear" w:color="auto" w:fill="E2F0D9"/>
          </w:tcPr>
          <w:p w:rsidR="00306250" w:rsidRDefault="00C55C52">
            <w:pPr>
              <w:spacing w:before="10" w:after="10"/>
            </w:pPr>
            <w:r>
              <w:rPr>
                <w:b/>
                <w:sz w:val="14"/>
              </w:rPr>
              <w:t>ENG.3.5 › W5-W6</w:t>
            </w:r>
          </w:p>
        </w:tc>
        <w:tc>
          <w:tcPr>
            <w:tcW w:w="1814" w:type="dxa"/>
            <w:shd w:val="clear" w:color="auto" w:fill="E2F0D9"/>
          </w:tcPr>
          <w:p w:rsidR="00306250" w:rsidRDefault="00306250">
            <w:pPr>
              <w:spacing w:before="10" w:after="10"/>
            </w:pPr>
          </w:p>
        </w:tc>
        <w:tc>
          <w:tcPr>
            <w:tcW w:w="1077" w:type="dxa"/>
            <w:shd w:val="clear" w:color="auto" w:fill="E2F0D9"/>
          </w:tcPr>
          <w:p w:rsidR="00306250" w:rsidRDefault="00306250">
            <w:pPr>
              <w:spacing w:before="10" w:after="10"/>
            </w:pPr>
          </w:p>
        </w:tc>
        <w:tc>
          <w:tcPr>
            <w:tcW w:w="1020" w:type="dxa"/>
            <w:shd w:val="clear" w:color="auto" w:fill="E2F0D9"/>
          </w:tcPr>
          <w:p w:rsidR="00306250" w:rsidRDefault="00C55C52">
            <w:pPr>
              <w:spacing w:before="10" w:after="10"/>
            </w:pPr>
            <w:r>
              <w:rPr>
                <w:sz w:val="14"/>
              </w:rPr>
              <w:t>April 23 National Sovereignty and Children's Day</w:t>
            </w:r>
          </w:p>
        </w:tc>
        <w:tc>
          <w:tcPr>
            <w:tcW w:w="1417" w:type="dxa"/>
            <w:shd w:val="clear" w:color="auto" w:fill="E2F0D9"/>
          </w:tcPr>
          <w:p w:rsidR="00306250" w:rsidRDefault="00306250">
            <w:pPr>
              <w:spacing w:before="10" w:after="10"/>
            </w:pPr>
          </w:p>
        </w:tc>
      </w:tr>
      <w:tr w:rsidR="00306250">
        <w:trPr>
          <w:cantSplit/>
        </w:trPr>
        <w:tc>
          <w:tcPr>
            <w:tcW w:w="624" w:type="dxa"/>
          </w:tcPr>
          <w:p w:rsidR="00306250" w:rsidRDefault="00C55C52">
            <w:pPr>
              <w:spacing w:before="10" w:after="10"/>
              <w:jc w:val="center"/>
            </w:pPr>
            <w:r>
              <w:rPr>
                <w:sz w:val="14"/>
              </w:rPr>
              <w:t>Apr.</w:t>
            </w:r>
          </w:p>
        </w:tc>
        <w:tc>
          <w:tcPr>
            <w:tcW w:w="1077" w:type="dxa"/>
          </w:tcPr>
          <w:p w:rsidR="00306250" w:rsidRDefault="00C55C52">
            <w:pPr>
              <w:spacing w:before="10" w:after="10"/>
              <w:jc w:val="center"/>
            </w:pPr>
            <w:r>
              <w:rPr>
                <w:sz w:val="14"/>
              </w:rPr>
              <w:t>WEEK 29: April 26-30</w:t>
            </w:r>
          </w:p>
        </w:tc>
        <w:tc>
          <w:tcPr>
            <w:tcW w:w="794" w:type="dxa"/>
          </w:tcPr>
          <w:p w:rsidR="00306250" w:rsidRDefault="00C55C52">
            <w:pPr>
              <w:spacing w:before="10" w:after="10"/>
              <w:jc w:val="center"/>
            </w:pPr>
            <w:r>
              <w:rPr>
                <w:sz w:val="14"/>
              </w:rPr>
              <w:t>2</w:t>
            </w:r>
          </w:p>
        </w:tc>
        <w:tc>
          <w:tcPr>
            <w:tcW w:w="1304" w:type="dxa"/>
            <w:shd w:val="clear" w:color="auto" w:fill="EDF2FA"/>
          </w:tcPr>
          <w:p w:rsidR="00306250" w:rsidRDefault="00C55C52">
            <w:pPr>
              <w:spacing w:before="10" w:after="10"/>
            </w:pPr>
            <w:r>
              <w:rPr>
                <w:sz w:val="14"/>
              </w:rPr>
              <w:t>THEME 5</w:t>
            </w:r>
          </w:p>
          <w:p w:rsidR="00306250" w:rsidRDefault="00C55C52">
            <w:pPr>
              <w:spacing w:after="10"/>
            </w:pPr>
            <w:r>
              <w:rPr>
                <w:sz w:val="14"/>
              </w:rPr>
              <w:t>HOMES &amp; HOUSES &amp; THE NEIGHBOURHOOD</w:t>
            </w:r>
          </w:p>
        </w:tc>
        <w:tc>
          <w:tcPr>
            <w:tcW w:w="3855" w:type="dxa"/>
          </w:tcPr>
          <w:p w:rsidR="00306250" w:rsidRDefault="00C55C52">
            <w:pPr>
              <w:spacing w:before="10" w:after="10"/>
            </w:pPr>
            <w:r>
              <w:rPr>
                <w:sz w:val="13"/>
              </w:rPr>
              <w:t xml:space="preserve">▲ aynı </w:t>
            </w:r>
            <w:r>
              <w:rPr>
                <w:sz w:val="13"/>
              </w:rPr>
              <w:t>tema devam ediyor</w:t>
            </w:r>
          </w:p>
        </w:tc>
        <w:tc>
          <w:tcPr>
            <w:tcW w:w="2721" w:type="dxa"/>
          </w:tcPr>
          <w:p w:rsidR="00306250" w:rsidRDefault="00C55C52">
            <w:pPr>
              <w:spacing w:before="10" w:after="10"/>
            </w:pPr>
            <w:r>
              <w:rPr>
                <w:b/>
                <w:sz w:val="14"/>
              </w:rPr>
              <w:t>ENG.3.5 › G1, L1-L4, P1, R1-R4, S1-S6, V1, W1-W6</w:t>
            </w:r>
          </w:p>
        </w:tc>
        <w:tc>
          <w:tcPr>
            <w:tcW w:w="1814" w:type="dxa"/>
          </w:tcPr>
          <w:p w:rsidR="00306250" w:rsidRDefault="00C55C52">
            <w:pPr>
              <w:spacing w:before="10" w:after="10"/>
            </w:pPr>
            <w:r>
              <w:rPr>
                <w:sz w:val="13"/>
              </w:rPr>
              <w:t>▲ yukarıdaki ile aynı</w:t>
            </w:r>
          </w:p>
        </w:tc>
        <w:tc>
          <w:tcPr>
            <w:tcW w:w="1077" w:type="dxa"/>
          </w:tcPr>
          <w:p w:rsidR="00306250" w:rsidRDefault="00C55C52">
            <w:pPr>
              <w:spacing w:before="10" w:after="10"/>
            </w:pPr>
            <w:r>
              <w:rPr>
                <w:sz w:val="13"/>
              </w:rPr>
              <w:t>Değerler: V3-V7, V10-V12, V14, V15, V20</w:t>
            </w:r>
          </w:p>
          <w:p w:rsidR="00306250" w:rsidRDefault="00C55C52">
            <w:pPr>
              <w:spacing w:after="10"/>
            </w:pPr>
            <w:r>
              <w:rPr>
                <w:sz w:val="13"/>
              </w:rPr>
              <w:t>Okuryaz.: LS1, LS2, LS4-LS6</w:t>
            </w:r>
          </w:p>
        </w:tc>
        <w:tc>
          <w:tcPr>
            <w:tcW w:w="1020" w:type="dxa"/>
          </w:tcPr>
          <w:p w:rsidR="00306250" w:rsidRDefault="00C55C52">
            <w:pPr>
              <w:spacing w:before="10" w:after="10"/>
            </w:pPr>
            <w:r>
              <w:rPr>
                <w:sz w:val="14"/>
              </w:rPr>
              <w:t>April 29 Kût'ül Amâre Victory</w:t>
            </w:r>
          </w:p>
          <w:p w:rsidR="00306250" w:rsidRDefault="00C55C52">
            <w:pPr>
              <w:spacing w:after="10"/>
            </w:pPr>
            <w:r>
              <w:rPr>
                <w:sz w:val="14"/>
              </w:rPr>
              <w:t>May 1 Labour Day</w:t>
            </w:r>
          </w:p>
        </w:tc>
        <w:tc>
          <w:tcPr>
            <w:tcW w:w="1417" w:type="dxa"/>
          </w:tcPr>
          <w:p w:rsidR="00306250" w:rsidRDefault="00C55C52">
            <w:pPr>
              <w:spacing w:before="10" w:after="10"/>
            </w:pPr>
            <w:r>
              <w:rPr>
                <w:sz w:val="13"/>
              </w:rPr>
              <w:t>▲ yukarıdaki ile aynı</w:t>
            </w:r>
          </w:p>
        </w:tc>
      </w:tr>
      <w:tr w:rsidR="00306250">
        <w:trPr>
          <w:cantSplit/>
        </w:trPr>
        <w:tc>
          <w:tcPr>
            <w:tcW w:w="624" w:type="dxa"/>
          </w:tcPr>
          <w:p w:rsidR="00306250" w:rsidRDefault="00C55C52">
            <w:pPr>
              <w:spacing w:before="10" w:after="10"/>
              <w:jc w:val="center"/>
            </w:pPr>
            <w:r>
              <w:rPr>
                <w:sz w:val="14"/>
              </w:rPr>
              <w:t>May</w:t>
            </w:r>
          </w:p>
        </w:tc>
        <w:tc>
          <w:tcPr>
            <w:tcW w:w="1077" w:type="dxa"/>
          </w:tcPr>
          <w:p w:rsidR="00306250" w:rsidRDefault="00C55C52">
            <w:pPr>
              <w:spacing w:before="10" w:after="10"/>
              <w:jc w:val="center"/>
            </w:pPr>
            <w:r>
              <w:rPr>
                <w:sz w:val="14"/>
              </w:rPr>
              <w:t>WEEK 30: May 3-7</w:t>
            </w:r>
          </w:p>
        </w:tc>
        <w:tc>
          <w:tcPr>
            <w:tcW w:w="794" w:type="dxa"/>
          </w:tcPr>
          <w:p w:rsidR="00306250" w:rsidRDefault="00C55C52">
            <w:pPr>
              <w:spacing w:before="10" w:after="10"/>
              <w:jc w:val="center"/>
            </w:pPr>
            <w:r>
              <w:rPr>
                <w:sz w:val="14"/>
              </w:rPr>
              <w:t>2</w:t>
            </w:r>
          </w:p>
        </w:tc>
        <w:tc>
          <w:tcPr>
            <w:tcW w:w="1304" w:type="dxa"/>
            <w:shd w:val="clear" w:color="auto" w:fill="EDF2FA"/>
          </w:tcPr>
          <w:p w:rsidR="00306250" w:rsidRDefault="00C55C52">
            <w:pPr>
              <w:spacing w:before="10" w:after="10"/>
            </w:pPr>
            <w:r>
              <w:rPr>
                <w:sz w:val="14"/>
              </w:rPr>
              <w:t xml:space="preserve">THEME </w:t>
            </w:r>
            <w:r>
              <w:rPr>
                <w:sz w:val="14"/>
              </w:rPr>
              <w:t>5</w:t>
            </w:r>
          </w:p>
          <w:p w:rsidR="00306250" w:rsidRDefault="00C55C52">
            <w:pPr>
              <w:spacing w:after="10"/>
            </w:pPr>
            <w:r>
              <w:rPr>
                <w:sz w:val="14"/>
              </w:rPr>
              <w:t>HOMES &amp; HOUSES &amp; THE NEIGHBOURHOOD</w:t>
            </w:r>
          </w:p>
        </w:tc>
        <w:tc>
          <w:tcPr>
            <w:tcW w:w="3855" w:type="dxa"/>
          </w:tcPr>
          <w:p w:rsidR="00306250" w:rsidRDefault="00C55C52">
            <w:pPr>
              <w:spacing w:before="10" w:after="10"/>
            </w:pPr>
            <w:r>
              <w:rPr>
                <w:sz w:val="13"/>
              </w:rPr>
              <w:t>▲ aynı tema devam ediyor</w:t>
            </w:r>
          </w:p>
        </w:tc>
        <w:tc>
          <w:tcPr>
            <w:tcW w:w="2721" w:type="dxa"/>
          </w:tcPr>
          <w:p w:rsidR="00306250" w:rsidRDefault="00C55C52">
            <w:pPr>
              <w:spacing w:before="10" w:after="10"/>
            </w:pPr>
            <w:r>
              <w:rPr>
                <w:b/>
                <w:sz w:val="14"/>
              </w:rPr>
              <w:t>ENG.3.5 › G1, L1-L4, P1, R1-R4, S1-S6, V1, W1-W6</w:t>
            </w:r>
          </w:p>
        </w:tc>
        <w:tc>
          <w:tcPr>
            <w:tcW w:w="1814" w:type="dxa"/>
          </w:tcPr>
          <w:p w:rsidR="00306250" w:rsidRDefault="00C55C52">
            <w:pPr>
              <w:spacing w:before="10" w:after="10"/>
            </w:pPr>
            <w:r>
              <w:rPr>
                <w:sz w:val="13"/>
              </w:rPr>
              <w:t>▲ yukarıdaki ile aynı</w:t>
            </w:r>
          </w:p>
        </w:tc>
        <w:tc>
          <w:tcPr>
            <w:tcW w:w="1077" w:type="dxa"/>
          </w:tcPr>
          <w:p w:rsidR="00306250" w:rsidRDefault="00C55C52">
            <w:pPr>
              <w:spacing w:before="10" w:after="10"/>
            </w:pPr>
            <w:r>
              <w:rPr>
                <w:sz w:val="13"/>
              </w:rPr>
              <w:t>Değerler: V3-V7, V10-V12, V14, V15, V20</w:t>
            </w:r>
          </w:p>
          <w:p w:rsidR="00306250" w:rsidRDefault="00C55C52">
            <w:pPr>
              <w:spacing w:after="10"/>
            </w:pPr>
            <w:r>
              <w:rPr>
                <w:sz w:val="13"/>
              </w:rPr>
              <w:t>Okuryaz.: LS1, LS2, LS4-LS6</w:t>
            </w:r>
          </w:p>
        </w:tc>
        <w:tc>
          <w:tcPr>
            <w:tcW w:w="1020" w:type="dxa"/>
          </w:tcPr>
          <w:p w:rsidR="00306250" w:rsidRDefault="00C55C52">
            <w:pPr>
              <w:spacing w:before="10" w:after="10"/>
            </w:pPr>
            <w:r>
              <w:rPr>
                <w:sz w:val="14"/>
              </w:rPr>
              <w:t>—</w:t>
            </w:r>
          </w:p>
        </w:tc>
        <w:tc>
          <w:tcPr>
            <w:tcW w:w="1417" w:type="dxa"/>
          </w:tcPr>
          <w:p w:rsidR="00306250" w:rsidRDefault="00C55C52">
            <w:pPr>
              <w:spacing w:before="10" w:after="10"/>
            </w:pPr>
            <w:r>
              <w:rPr>
                <w:sz w:val="13"/>
              </w:rPr>
              <w:t>▲ yukarıdaki ile aynı</w:t>
            </w:r>
          </w:p>
        </w:tc>
      </w:tr>
      <w:tr w:rsidR="00306250">
        <w:trPr>
          <w:cantSplit/>
        </w:trPr>
        <w:tc>
          <w:tcPr>
            <w:tcW w:w="624" w:type="dxa"/>
          </w:tcPr>
          <w:p w:rsidR="00306250" w:rsidRDefault="00C55C52">
            <w:pPr>
              <w:spacing w:before="10" w:after="10"/>
              <w:jc w:val="center"/>
            </w:pPr>
            <w:r>
              <w:rPr>
                <w:sz w:val="14"/>
              </w:rPr>
              <w:t>May</w:t>
            </w:r>
          </w:p>
        </w:tc>
        <w:tc>
          <w:tcPr>
            <w:tcW w:w="1077" w:type="dxa"/>
          </w:tcPr>
          <w:p w:rsidR="00306250" w:rsidRDefault="00C55C52">
            <w:pPr>
              <w:spacing w:before="10" w:after="10"/>
              <w:jc w:val="center"/>
            </w:pPr>
            <w:r>
              <w:rPr>
                <w:sz w:val="14"/>
              </w:rPr>
              <w:t>WEEK 31: May 10-14</w:t>
            </w:r>
          </w:p>
        </w:tc>
        <w:tc>
          <w:tcPr>
            <w:tcW w:w="794" w:type="dxa"/>
          </w:tcPr>
          <w:p w:rsidR="00306250" w:rsidRDefault="00C55C52">
            <w:pPr>
              <w:spacing w:before="10" w:after="10"/>
              <w:jc w:val="center"/>
            </w:pPr>
            <w:r>
              <w:rPr>
                <w:sz w:val="14"/>
              </w:rPr>
              <w:t>2</w:t>
            </w:r>
          </w:p>
        </w:tc>
        <w:tc>
          <w:tcPr>
            <w:tcW w:w="1304" w:type="dxa"/>
            <w:shd w:val="clear" w:color="auto" w:fill="EDF2FA"/>
          </w:tcPr>
          <w:p w:rsidR="00306250" w:rsidRDefault="00C55C52">
            <w:pPr>
              <w:spacing w:before="10" w:after="10"/>
            </w:pPr>
            <w:r>
              <w:rPr>
                <w:sz w:val="14"/>
              </w:rPr>
              <w:t>THEME</w:t>
            </w:r>
            <w:r>
              <w:rPr>
                <w:sz w:val="14"/>
              </w:rPr>
              <w:t xml:space="preserve"> 5</w:t>
            </w:r>
          </w:p>
          <w:p w:rsidR="00306250" w:rsidRDefault="00C55C52">
            <w:pPr>
              <w:spacing w:after="10"/>
            </w:pPr>
            <w:r>
              <w:rPr>
                <w:sz w:val="14"/>
              </w:rPr>
              <w:t>HOMES &amp; HOUSES &amp; THE NEIGHBOURHOOD</w:t>
            </w:r>
          </w:p>
        </w:tc>
        <w:tc>
          <w:tcPr>
            <w:tcW w:w="3855" w:type="dxa"/>
          </w:tcPr>
          <w:p w:rsidR="00306250" w:rsidRDefault="00C55C52">
            <w:pPr>
              <w:spacing w:before="10" w:after="10"/>
            </w:pPr>
            <w:r>
              <w:rPr>
                <w:sz w:val="13"/>
              </w:rPr>
              <w:t>▲ aynı tema devam ediyor</w:t>
            </w:r>
          </w:p>
        </w:tc>
        <w:tc>
          <w:tcPr>
            <w:tcW w:w="2721" w:type="dxa"/>
          </w:tcPr>
          <w:p w:rsidR="00306250" w:rsidRDefault="00C55C52">
            <w:pPr>
              <w:spacing w:before="10" w:after="10"/>
            </w:pPr>
            <w:r>
              <w:rPr>
                <w:b/>
                <w:sz w:val="14"/>
              </w:rPr>
              <w:t>ENG.3.5 › G1, L1-L4, P1, R1-R4, S1-S6, V1, W1-W6</w:t>
            </w:r>
          </w:p>
        </w:tc>
        <w:tc>
          <w:tcPr>
            <w:tcW w:w="1814" w:type="dxa"/>
          </w:tcPr>
          <w:p w:rsidR="00306250" w:rsidRDefault="00C55C52">
            <w:pPr>
              <w:spacing w:before="10" w:after="10"/>
            </w:pPr>
            <w:r>
              <w:rPr>
                <w:sz w:val="13"/>
              </w:rPr>
              <w:t>▲ yukarıdaki ile aynı</w:t>
            </w:r>
          </w:p>
        </w:tc>
        <w:tc>
          <w:tcPr>
            <w:tcW w:w="1077" w:type="dxa"/>
          </w:tcPr>
          <w:p w:rsidR="00306250" w:rsidRDefault="00C55C52">
            <w:pPr>
              <w:spacing w:before="10" w:after="10"/>
            </w:pPr>
            <w:r>
              <w:rPr>
                <w:sz w:val="13"/>
              </w:rPr>
              <w:t>Değerler: V3-V7, V10-V12, V14, V15, V20</w:t>
            </w:r>
          </w:p>
          <w:p w:rsidR="00306250" w:rsidRDefault="00C55C52">
            <w:pPr>
              <w:spacing w:after="10"/>
            </w:pPr>
            <w:r>
              <w:rPr>
                <w:sz w:val="13"/>
              </w:rPr>
              <w:t>Okuryaz.: LS1, LS2, LS4-LS6</w:t>
            </w:r>
          </w:p>
        </w:tc>
        <w:tc>
          <w:tcPr>
            <w:tcW w:w="1020" w:type="dxa"/>
          </w:tcPr>
          <w:p w:rsidR="00306250" w:rsidRDefault="00C55C52">
            <w:pPr>
              <w:spacing w:before="10" w:after="10"/>
            </w:pPr>
            <w:r>
              <w:rPr>
                <w:sz w:val="14"/>
              </w:rPr>
              <w:t>—</w:t>
            </w:r>
          </w:p>
        </w:tc>
        <w:tc>
          <w:tcPr>
            <w:tcW w:w="1417" w:type="dxa"/>
          </w:tcPr>
          <w:p w:rsidR="00306250" w:rsidRDefault="00C55C52">
            <w:pPr>
              <w:spacing w:before="10" w:after="10"/>
            </w:pPr>
            <w:r>
              <w:rPr>
                <w:sz w:val="13"/>
              </w:rPr>
              <w:t>▲ yukarıdaki ile aynı</w:t>
            </w:r>
          </w:p>
        </w:tc>
      </w:tr>
      <w:tr w:rsidR="00306250">
        <w:trPr>
          <w:cantSplit/>
        </w:trPr>
        <w:tc>
          <w:tcPr>
            <w:tcW w:w="624" w:type="dxa"/>
          </w:tcPr>
          <w:p w:rsidR="00306250" w:rsidRDefault="00C55C52">
            <w:pPr>
              <w:spacing w:before="10" w:after="10"/>
              <w:jc w:val="center"/>
            </w:pPr>
            <w:r>
              <w:rPr>
                <w:sz w:val="14"/>
              </w:rPr>
              <w:lastRenderedPageBreak/>
              <w:t>May</w:t>
            </w:r>
          </w:p>
        </w:tc>
        <w:tc>
          <w:tcPr>
            <w:tcW w:w="1077" w:type="dxa"/>
          </w:tcPr>
          <w:p w:rsidR="00306250" w:rsidRDefault="00C55C52">
            <w:pPr>
              <w:spacing w:before="10" w:after="10"/>
              <w:jc w:val="center"/>
            </w:pPr>
            <w:r>
              <w:rPr>
                <w:sz w:val="14"/>
              </w:rPr>
              <w:t>WEEK 32: May 17-21</w:t>
            </w:r>
          </w:p>
        </w:tc>
        <w:tc>
          <w:tcPr>
            <w:tcW w:w="794" w:type="dxa"/>
          </w:tcPr>
          <w:p w:rsidR="00306250" w:rsidRDefault="00C55C52">
            <w:pPr>
              <w:spacing w:before="10" w:after="10"/>
              <w:jc w:val="center"/>
            </w:pPr>
            <w:r>
              <w:rPr>
                <w:sz w:val="14"/>
              </w:rPr>
              <w:t>2</w:t>
            </w:r>
          </w:p>
        </w:tc>
        <w:tc>
          <w:tcPr>
            <w:tcW w:w="1304" w:type="dxa"/>
            <w:shd w:val="clear" w:color="auto" w:fill="EDF2FA"/>
          </w:tcPr>
          <w:p w:rsidR="00306250" w:rsidRDefault="00C55C52">
            <w:pPr>
              <w:spacing w:before="10" w:after="10"/>
            </w:pPr>
            <w:r>
              <w:rPr>
                <w:sz w:val="14"/>
              </w:rPr>
              <w:t>THEME 6</w:t>
            </w:r>
          </w:p>
          <w:p w:rsidR="00306250" w:rsidRDefault="00C55C52">
            <w:pPr>
              <w:spacing w:after="10"/>
            </w:pPr>
            <w:r>
              <w:rPr>
                <w:sz w:val="14"/>
              </w:rPr>
              <w:t>LIFE IN THE CITY &amp; THE WORLD</w:t>
            </w:r>
          </w:p>
        </w:tc>
        <w:tc>
          <w:tcPr>
            <w:tcW w:w="3855" w:type="dxa"/>
          </w:tcPr>
          <w:p w:rsidR="00306250" w:rsidRDefault="00C55C52">
            <w:pPr>
              <w:spacing w:before="10" w:after="10"/>
            </w:pPr>
            <w:r>
              <w:rPr>
                <w:sz w:val="13"/>
              </w:rPr>
              <w:t>Alt temalar: Food items and meals, eating outside and ordering food</w:t>
            </w:r>
          </w:p>
          <w:p w:rsidR="00306250" w:rsidRDefault="00C55C52">
            <w:pPr>
              <w:spacing w:after="10"/>
            </w:pPr>
            <w:r>
              <w:rPr>
                <w:sz w:val="13"/>
              </w:rPr>
              <w:t>Kelime: Meals · Food Items · Vocabulary for eating outside · Quantifiers</w:t>
            </w:r>
          </w:p>
          <w:p w:rsidR="00306250" w:rsidRDefault="00C55C52">
            <w:pPr>
              <w:spacing w:after="10"/>
            </w:pPr>
            <w:r>
              <w:rPr>
                <w:sz w:val="13"/>
              </w:rPr>
              <w:t>Dil bilgisi: The Simple Present Tense · Will · Can · Have got/Has got</w:t>
            </w:r>
          </w:p>
          <w:p w:rsidR="00306250" w:rsidRDefault="00C55C52">
            <w:pPr>
              <w:spacing w:after="10"/>
            </w:pPr>
            <w:r>
              <w:rPr>
                <w:sz w:val="13"/>
              </w:rPr>
              <w:t xml:space="preserve">Kalıp </w:t>
            </w:r>
            <w:r>
              <w:rPr>
                <w:sz w:val="13"/>
              </w:rPr>
              <w:t>ifadeler: Dinner is ready! · What’s for breakfast/dinner/lunch? · I am full · Enjoy your meal! · Breakfast/Lunch/Dinner time! · Pass me the salt, please · (+1 ifade daha)</w:t>
            </w:r>
          </w:p>
          <w:p w:rsidR="00306250" w:rsidRDefault="00C55C52">
            <w:pPr>
              <w:spacing w:after="10"/>
            </w:pPr>
            <w:r>
              <w:rPr>
                <w:sz w:val="13"/>
              </w:rPr>
              <w:t>Telaffuz: Sounds of the letters u, w, x, y, z</w:t>
            </w:r>
          </w:p>
        </w:tc>
        <w:tc>
          <w:tcPr>
            <w:tcW w:w="2721" w:type="dxa"/>
          </w:tcPr>
          <w:p w:rsidR="00306250" w:rsidRDefault="00C55C52">
            <w:pPr>
              <w:spacing w:before="10" w:after="10"/>
            </w:pPr>
            <w:r>
              <w:rPr>
                <w:b/>
                <w:sz w:val="14"/>
              </w:rPr>
              <w:t xml:space="preserve">ENG.3.6 › G1, L1-L4, P1, R1-R4, S1-S6, </w:t>
            </w:r>
            <w:r>
              <w:rPr>
                <w:b/>
                <w:sz w:val="14"/>
              </w:rPr>
              <w:t>V1, W1-W6</w:t>
            </w:r>
          </w:p>
        </w:tc>
        <w:tc>
          <w:tcPr>
            <w:tcW w:w="1814" w:type="dxa"/>
          </w:tcPr>
          <w:p w:rsidR="00306250" w:rsidRDefault="00C55C52">
            <w:pPr>
              <w:spacing w:before="10" w:after="10"/>
            </w:pPr>
            <w:r>
              <w:rPr>
                <w:sz w:val="13"/>
              </w:rPr>
              <w:t>Assessment and Evaluation Scheme</w:t>
            </w:r>
          </w:p>
          <w:p w:rsidR="00306250" w:rsidRDefault="00306250">
            <w:pPr>
              <w:spacing w:after="10"/>
            </w:pPr>
          </w:p>
          <w:p w:rsidR="00306250" w:rsidRDefault="00C55C52">
            <w:pPr>
              <w:spacing w:after="10"/>
            </w:pPr>
            <w:r>
              <w:rPr>
                <w:sz w:val="13"/>
              </w:rPr>
              <w:t>PERFORMANCE ASSIGNMENT: Pupils will create a menu for a restaurant or cafe. They will design the menu by including a variety of food and drink items, and they will categorise the items into different sections suc</w:t>
            </w:r>
            <w:r>
              <w:rPr>
                <w:sz w:val="13"/>
              </w:rPr>
              <w:t>h as breakfast, lunch, and dinner…</w:t>
            </w:r>
          </w:p>
        </w:tc>
        <w:tc>
          <w:tcPr>
            <w:tcW w:w="1077" w:type="dxa"/>
          </w:tcPr>
          <w:p w:rsidR="00306250" w:rsidRDefault="00C55C52">
            <w:pPr>
              <w:spacing w:before="10" w:after="10"/>
            </w:pPr>
            <w:r>
              <w:rPr>
                <w:sz w:val="13"/>
              </w:rPr>
              <w:t>Değerler: V3, V4, V6, V7, V10-V15, V17, V20</w:t>
            </w:r>
          </w:p>
          <w:p w:rsidR="00306250" w:rsidRDefault="00C55C52">
            <w:pPr>
              <w:spacing w:after="10"/>
            </w:pPr>
            <w:r>
              <w:rPr>
                <w:sz w:val="13"/>
              </w:rPr>
              <w:t>Okuryaz.: LS1-LS6</w:t>
            </w:r>
          </w:p>
        </w:tc>
        <w:tc>
          <w:tcPr>
            <w:tcW w:w="1020" w:type="dxa"/>
          </w:tcPr>
          <w:p w:rsidR="00306250" w:rsidRDefault="00C55C52">
            <w:pPr>
              <w:spacing w:before="10" w:after="10"/>
            </w:pPr>
            <w:r>
              <w:rPr>
                <w:sz w:val="14"/>
              </w:rPr>
              <w:t>May 19 The Commemoration of Atatürk, Youth and Sports Day</w:t>
            </w:r>
          </w:p>
          <w:p w:rsidR="00306250" w:rsidRDefault="00C55C52">
            <w:pPr>
              <w:spacing w:after="10"/>
            </w:pPr>
            <w:r>
              <w:rPr>
                <w:sz w:val="14"/>
              </w:rPr>
              <w:t>Kurban Bayramı: May 16-19 (Mon-Wed off)</w:t>
            </w:r>
          </w:p>
        </w:tc>
        <w:tc>
          <w:tcPr>
            <w:tcW w:w="1417" w:type="dxa"/>
          </w:tcPr>
          <w:p w:rsidR="00306250" w:rsidRDefault="00C55C52">
            <w:pPr>
              <w:spacing w:before="10" w:after="10"/>
            </w:pPr>
            <w:r>
              <w:rPr>
                <w:sz w:val="13"/>
              </w:rPr>
              <w:t xml:space="preserve">Zenginleştirme / Destek: Talk about food items by using the </w:t>
            </w:r>
            <w:r>
              <w:rPr>
                <w:sz w:val="13"/>
              </w:rPr>
              <w:t>target vocabulary and target chunks.</w:t>
            </w:r>
          </w:p>
        </w:tc>
      </w:tr>
      <w:tr w:rsidR="00306250">
        <w:trPr>
          <w:cantSplit/>
        </w:trPr>
        <w:tc>
          <w:tcPr>
            <w:tcW w:w="624" w:type="dxa"/>
          </w:tcPr>
          <w:p w:rsidR="00306250" w:rsidRDefault="00C55C52">
            <w:pPr>
              <w:spacing w:before="10" w:after="10"/>
              <w:jc w:val="center"/>
            </w:pPr>
            <w:r>
              <w:rPr>
                <w:sz w:val="14"/>
              </w:rPr>
              <w:t>May</w:t>
            </w:r>
          </w:p>
        </w:tc>
        <w:tc>
          <w:tcPr>
            <w:tcW w:w="1077" w:type="dxa"/>
          </w:tcPr>
          <w:p w:rsidR="00306250" w:rsidRDefault="00C55C52">
            <w:pPr>
              <w:spacing w:before="10" w:after="10"/>
              <w:jc w:val="center"/>
            </w:pPr>
            <w:r>
              <w:rPr>
                <w:sz w:val="14"/>
              </w:rPr>
              <w:t>WEEK 33: May 24-28</w:t>
            </w:r>
          </w:p>
        </w:tc>
        <w:tc>
          <w:tcPr>
            <w:tcW w:w="794" w:type="dxa"/>
          </w:tcPr>
          <w:p w:rsidR="00306250" w:rsidRDefault="00C55C52">
            <w:pPr>
              <w:spacing w:before="10" w:after="10"/>
              <w:jc w:val="center"/>
            </w:pPr>
            <w:r>
              <w:rPr>
                <w:sz w:val="14"/>
              </w:rPr>
              <w:t>2</w:t>
            </w:r>
          </w:p>
        </w:tc>
        <w:tc>
          <w:tcPr>
            <w:tcW w:w="1304" w:type="dxa"/>
            <w:shd w:val="clear" w:color="auto" w:fill="EDF2FA"/>
          </w:tcPr>
          <w:p w:rsidR="00306250" w:rsidRDefault="00C55C52">
            <w:pPr>
              <w:spacing w:before="10" w:after="10"/>
            </w:pPr>
            <w:r>
              <w:rPr>
                <w:sz w:val="14"/>
              </w:rPr>
              <w:t>THEME 6</w:t>
            </w:r>
          </w:p>
          <w:p w:rsidR="00306250" w:rsidRDefault="00C55C52">
            <w:pPr>
              <w:spacing w:after="10"/>
            </w:pPr>
            <w:r>
              <w:rPr>
                <w:sz w:val="14"/>
              </w:rPr>
              <w:t>LIFE IN THE CITY &amp; THE WORLD</w:t>
            </w:r>
          </w:p>
        </w:tc>
        <w:tc>
          <w:tcPr>
            <w:tcW w:w="3855" w:type="dxa"/>
          </w:tcPr>
          <w:p w:rsidR="00306250" w:rsidRDefault="00C55C52">
            <w:pPr>
              <w:spacing w:before="10" w:after="10"/>
            </w:pPr>
            <w:r>
              <w:rPr>
                <w:sz w:val="13"/>
              </w:rPr>
              <w:t>▲ aynı tema devam ediyor</w:t>
            </w:r>
          </w:p>
        </w:tc>
        <w:tc>
          <w:tcPr>
            <w:tcW w:w="2721" w:type="dxa"/>
          </w:tcPr>
          <w:p w:rsidR="00306250" w:rsidRDefault="00C55C52">
            <w:pPr>
              <w:spacing w:before="10" w:after="10"/>
            </w:pPr>
            <w:r>
              <w:rPr>
                <w:b/>
                <w:sz w:val="14"/>
              </w:rPr>
              <w:t>ENG.3.6 › G1, L1-L4, P1, R1-R4, S1-S6, V1, W1-W6</w:t>
            </w:r>
          </w:p>
        </w:tc>
        <w:tc>
          <w:tcPr>
            <w:tcW w:w="1814" w:type="dxa"/>
          </w:tcPr>
          <w:p w:rsidR="00306250" w:rsidRDefault="00C55C52">
            <w:pPr>
              <w:spacing w:before="10" w:after="10"/>
            </w:pPr>
            <w:r>
              <w:rPr>
                <w:sz w:val="13"/>
              </w:rPr>
              <w:t>▲ yukarıdaki ile aynı</w:t>
            </w:r>
          </w:p>
        </w:tc>
        <w:tc>
          <w:tcPr>
            <w:tcW w:w="1077" w:type="dxa"/>
          </w:tcPr>
          <w:p w:rsidR="00306250" w:rsidRDefault="00C55C52">
            <w:pPr>
              <w:spacing w:before="10" w:after="10"/>
            </w:pPr>
            <w:r>
              <w:rPr>
                <w:sz w:val="13"/>
              </w:rPr>
              <w:t>Değerler: V3, V4, V6, V7, V10-V15, V17, V20</w:t>
            </w:r>
          </w:p>
          <w:p w:rsidR="00306250" w:rsidRDefault="00C55C52">
            <w:pPr>
              <w:spacing w:after="10"/>
            </w:pPr>
            <w:r>
              <w:rPr>
                <w:sz w:val="13"/>
              </w:rPr>
              <w:t xml:space="preserve">Okuryaz.: </w:t>
            </w:r>
            <w:r>
              <w:rPr>
                <w:sz w:val="13"/>
              </w:rPr>
              <w:t>LS1-LS6</w:t>
            </w:r>
          </w:p>
        </w:tc>
        <w:tc>
          <w:tcPr>
            <w:tcW w:w="1020" w:type="dxa"/>
          </w:tcPr>
          <w:p w:rsidR="00306250" w:rsidRDefault="00C55C52">
            <w:pPr>
              <w:spacing w:before="10" w:after="10"/>
            </w:pPr>
            <w:r>
              <w:rPr>
                <w:sz w:val="14"/>
              </w:rPr>
              <w:t>—</w:t>
            </w:r>
          </w:p>
        </w:tc>
        <w:tc>
          <w:tcPr>
            <w:tcW w:w="1417" w:type="dxa"/>
          </w:tcPr>
          <w:p w:rsidR="00306250" w:rsidRDefault="00C55C52">
            <w:pPr>
              <w:spacing w:before="10" w:after="10"/>
            </w:pPr>
            <w:r>
              <w:rPr>
                <w:sz w:val="13"/>
              </w:rPr>
              <w:t>▲ yukarıdaki ile aynı</w:t>
            </w:r>
          </w:p>
        </w:tc>
      </w:tr>
      <w:tr w:rsidR="00306250">
        <w:trPr>
          <w:cantSplit/>
        </w:trPr>
        <w:tc>
          <w:tcPr>
            <w:tcW w:w="624" w:type="dxa"/>
          </w:tcPr>
          <w:p w:rsidR="00306250" w:rsidRDefault="00C55C52">
            <w:pPr>
              <w:spacing w:before="10" w:after="10"/>
              <w:jc w:val="center"/>
            </w:pPr>
            <w:r>
              <w:rPr>
                <w:sz w:val="14"/>
              </w:rPr>
              <w:t>May</w:t>
            </w:r>
          </w:p>
        </w:tc>
        <w:tc>
          <w:tcPr>
            <w:tcW w:w="1077" w:type="dxa"/>
          </w:tcPr>
          <w:p w:rsidR="00306250" w:rsidRDefault="00C55C52">
            <w:pPr>
              <w:spacing w:before="10" w:after="10"/>
              <w:jc w:val="center"/>
            </w:pPr>
            <w:r>
              <w:rPr>
                <w:sz w:val="14"/>
              </w:rPr>
              <w:t>WEEK 34: May 31 - June 4</w:t>
            </w:r>
          </w:p>
        </w:tc>
        <w:tc>
          <w:tcPr>
            <w:tcW w:w="794" w:type="dxa"/>
          </w:tcPr>
          <w:p w:rsidR="00306250" w:rsidRDefault="00C55C52">
            <w:pPr>
              <w:spacing w:before="10" w:after="10"/>
              <w:jc w:val="center"/>
            </w:pPr>
            <w:r>
              <w:rPr>
                <w:sz w:val="14"/>
              </w:rPr>
              <w:t>2</w:t>
            </w:r>
          </w:p>
        </w:tc>
        <w:tc>
          <w:tcPr>
            <w:tcW w:w="1304" w:type="dxa"/>
            <w:shd w:val="clear" w:color="auto" w:fill="EDF2FA"/>
          </w:tcPr>
          <w:p w:rsidR="00306250" w:rsidRDefault="00C55C52">
            <w:pPr>
              <w:spacing w:before="10" w:after="10"/>
            </w:pPr>
            <w:r>
              <w:rPr>
                <w:sz w:val="14"/>
              </w:rPr>
              <w:t>THEME 6</w:t>
            </w:r>
          </w:p>
          <w:p w:rsidR="00306250" w:rsidRDefault="00C55C52">
            <w:pPr>
              <w:spacing w:after="10"/>
            </w:pPr>
            <w:r>
              <w:rPr>
                <w:sz w:val="14"/>
              </w:rPr>
              <w:t>LIFE IN THE CITY &amp; THE WORLD</w:t>
            </w:r>
          </w:p>
        </w:tc>
        <w:tc>
          <w:tcPr>
            <w:tcW w:w="3855" w:type="dxa"/>
          </w:tcPr>
          <w:p w:rsidR="00306250" w:rsidRDefault="00C55C52">
            <w:pPr>
              <w:spacing w:before="10" w:after="10"/>
            </w:pPr>
            <w:r>
              <w:rPr>
                <w:sz w:val="13"/>
              </w:rPr>
              <w:t>▲ aynı tema devam ediyor</w:t>
            </w:r>
          </w:p>
        </w:tc>
        <w:tc>
          <w:tcPr>
            <w:tcW w:w="2721" w:type="dxa"/>
          </w:tcPr>
          <w:p w:rsidR="00306250" w:rsidRDefault="00C55C52">
            <w:pPr>
              <w:spacing w:before="10" w:after="10"/>
            </w:pPr>
            <w:r>
              <w:rPr>
                <w:b/>
                <w:sz w:val="14"/>
              </w:rPr>
              <w:t>ENG.3.6 › G1, L1-L4, P1, R1-R4, S1-S6, V1, W1-W6</w:t>
            </w:r>
          </w:p>
        </w:tc>
        <w:tc>
          <w:tcPr>
            <w:tcW w:w="1814" w:type="dxa"/>
          </w:tcPr>
          <w:p w:rsidR="00306250" w:rsidRDefault="00C55C52">
            <w:pPr>
              <w:spacing w:before="10" w:after="10"/>
            </w:pPr>
            <w:r>
              <w:rPr>
                <w:sz w:val="13"/>
              </w:rPr>
              <w:t>▲ yukarıdaki ile aynı</w:t>
            </w:r>
          </w:p>
        </w:tc>
        <w:tc>
          <w:tcPr>
            <w:tcW w:w="1077" w:type="dxa"/>
          </w:tcPr>
          <w:p w:rsidR="00306250" w:rsidRDefault="00C55C52">
            <w:pPr>
              <w:spacing w:before="10" w:after="10"/>
            </w:pPr>
            <w:r>
              <w:rPr>
                <w:sz w:val="13"/>
              </w:rPr>
              <w:t>Değerler: V3, V4, V6, V7, V10-V15, V17, V20</w:t>
            </w:r>
          </w:p>
          <w:p w:rsidR="00306250" w:rsidRDefault="00C55C52">
            <w:pPr>
              <w:spacing w:after="10"/>
            </w:pPr>
            <w:r>
              <w:rPr>
                <w:sz w:val="13"/>
              </w:rPr>
              <w:t xml:space="preserve">Okuryaz.: </w:t>
            </w:r>
            <w:r>
              <w:rPr>
                <w:sz w:val="13"/>
              </w:rPr>
              <w:t>LS1-LS6</w:t>
            </w:r>
          </w:p>
        </w:tc>
        <w:tc>
          <w:tcPr>
            <w:tcW w:w="1020" w:type="dxa"/>
          </w:tcPr>
          <w:p w:rsidR="00306250" w:rsidRDefault="00C55C52">
            <w:pPr>
              <w:spacing w:before="10" w:after="10"/>
            </w:pPr>
            <w:r>
              <w:rPr>
                <w:sz w:val="14"/>
              </w:rPr>
              <w:t>—</w:t>
            </w:r>
          </w:p>
        </w:tc>
        <w:tc>
          <w:tcPr>
            <w:tcW w:w="1417" w:type="dxa"/>
          </w:tcPr>
          <w:p w:rsidR="00306250" w:rsidRDefault="00C55C52">
            <w:pPr>
              <w:spacing w:before="10" w:after="10"/>
            </w:pPr>
            <w:r>
              <w:rPr>
                <w:sz w:val="13"/>
              </w:rPr>
              <w:t>▲ yukarıdaki ile aynı</w:t>
            </w:r>
          </w:p>
        </w:tc>
      </w:tr>
      <w:tr w:rsidR="00306250">
        <w:trPr>
          <w:cantSplit/>
        </w:trPr>
        <w:tc>
          <w:tcPr>
            <w:tcW w:w="624" w:type="dxa"/>
          </w:tcPr>
          <w:p w:rsidR="00306250" w:rsidRDefault="00C55C52">
            <w:pPr>
              <w:spacing w:before="10" w:after="10"/>
              <w:jc w:val="center"/>
            </w:pPr>
            <w:r>
              <w:rPr>
                <w:sz w:val="14"/>
              </w:rPr>
              <w:t>Jun.</w:t>
            </w:r>
          </w:p>
        </w:tc>
        <w:tc>
          <w:tcPr>
            <w:tcW w:w="1077" w:type="dxa"/>
          </w:tcPr>
          <w:p w:rsidR="00306250" w:rsidRDefault="00C55C52">
            <w:pPr>
              <w:spacing w:before="10" w:after="10"/>
              <w:jc w:val="center"/>
            </w:pPr>
            <w:r>
              <w:rPr>
                <w:sz w:val="14"/>
              </w:rPr>
              <w:t>WEEK 35: June 7-11</w:t>
            </w:r>
          </w:p>
        </w:tc>
        <w:tc>
          <w:tcPr>
            <w:tcW w:w="794" w:type="dxa"/>
          </w:tcPr>
          <w:p w:rsidR="00306250" w:rsidRDefault="00C55C52">
            <w:pPr>
              <w:spacing w:before="10" w:after="10"/>
              <w:jc w:val="center"/>
            </w:pPr>
            <w:r>
              <w:rPr>
                <w:sz w:val="14"/>
              </w:rPr>
              <w:t>2</w:t>
            </w:r>
          </w:p>
        </w:tc>
        <w:tc>
          <w:tcPr>
            <w:tcW w:w="1304" w:type="dxa"/>
            <w:shd w:val="clear" w:color="auto" w:fill="EDF2FA"/>
          </w:tcPr>
          <w:p w:rsidR="00306250" w:rsidRDefault="00C55C52">
            <w:pPr>
              <w:spacing w:before="10" w:after="10"/>
            </w:pPr>
            <w:r>
              <w:rPr>
                <w:sz w:val="14"/>
              </w:rPr>
              <w:t>THEME 6</w:t>
            </w:r>
          </w:p>
          <w:p w:rsidR="00306250" w:rsidRDefault="00C55C52">
            <w:pPr>
              <w:spacing w:after="10"/>
            </w:pPr>
            <w:r>
              <w:rPr>
                <w:sz w:val="14"/>
              </w:rPr>
              <w:t>LIFE IN THE CITY &amp; THE WORLD</w:t>
            </w:r>
          </w:p>
        </w:tc>
        <w:tc>
          <w:tcPr>
            <w:tcW w:w="3855" w:type="dxa"/>
          </w:tcPr>
          <w:p w:rsidR="00306250" w:rsidRDefault="00C55C52">
            <w:pPr>
              <w:spacing w:before="10" w:after="10"/>
            </w:pPr>
            <w:r>
              <w:rPr>
                <w:sz w:val="13"/>
              </w:rPr>
              <w:t>▲ aynı tema devam ediyor</w:t>
            </w:r>
          </w:p>
        </w:tc>
        <w:tc>
          <w:tcPr>
            <w:tcW w:w="2721" w:type="dxa"/>
          </w:tcPr>
          <w:p w:rsidR="00306250" w:rsidRDefault="00C55C52">
            <w:pPr>
              <w:spacing w:before="10" w:after="10"/>
            </w:pPr>
            <w:r>
              <w:rPr>
                <w:b/>
                <w:sz w:val="14"/>
              </w:rPr>
              <w:t>ENG.3.6 › G1, L1-L4, P1, R1-R4, S1-S6, V1, W1-W6</w:t>
            </w:r>
          </w:p>
        </w:tc>
        <w:tc>
          <w:tcPr>
            <w:tcW w:w="1814" w:type="dxa"/>
          </w:tcPr>
          <w:p w:rsidR="00306250" w:rsidRDefault="00C55C52">
            <w:pPr>
              <w:spacing w:before="10" w:after="10"/>
            </w:pPr>
            <w:r>
              <w:rPr>
                <w:sz w:val="13"/>
              </w:rPr>
              <w:t>▲ yukarıdaki ile aynı</w:t>
            </w:r>
          </w:p>
        </w:tc>
        <w:tc>
          <w:tcPr>
            <w:tcW w:w="1077" w:type="dxa"/>
          </w:tcPr>
          <w:p w:rsidR="00306250" w:rsidRDefault="00C55C52">
            <w:pPr>
              <w:spacing w:before="10" w:after="10"/>
            </w:pPr>
            <w:r>
              <w:rPr>
                <w:sz w:val="13"/>
              </w:rPr>
              <w:t>Değerler: V3, V4, V6, V7, V10-V15, V17, V20</w:t>
            </w:r>
          </w:p>
          <w:p w:rsidR="00306250" w:rsidRDefault="00C55C52">
            <w:pPr>
              <w:spacing w:after="10"/>
            </w:pPr>
            <w:r>
              <w:rPr>
                <w:sz w:val="13"/>
              </w:rPr>
              <w:t>Okuryaz.: LS1-LS6</w:t>
            </w:r>
          </w:p>
        </w:tc>
        <w:tc>
          <w:tcPr>
            <w:tcW w:w="1020" w:type="dxa"/>
          </w:tcPr>
          <w:p w:rsidR="00306250" w:rsidRDefault="00C55C52">
            <w:pPr>
              <w:spacing w:before="10" w:after="10"/>
            </w:pPr>
            <w:r>
              <w:rPr>
                <w:sz w:val="14"/>
              </w:rPr>
              <w:t>—</w:t>
            </w:r>
          </w:p>
        </w:tc>
        <w:tc>
          <w:tcPr>
            <w:tcW w:w="1417" w:type="dxa"/>
          </w:tcPr>
          <w:p w:rsidR="00306250" w:rsidRDefault="00C55C52">
            <w:pPr>
              <w:spacing w:before="10" w:after="10"/>
            </w:pPr>
            <w:r>
              <w:rPr>
                <w:sz w:val="13"/>
              </w:rPr>
              <w:t>▲ yukarıdaki ile aynı</w:t>
            </w:r>
          </w:p>
        </w:tc>
      </w:tr>
      <w:tr w:rsidR="00306250">
        <w:trPr>
          <w:cantSplit/>
        </w:trPr>
        <w:tc>
          <w:tcPr>
            <w:tcW w:w="624" w:type="dxa"/>
            <w:shd w:val="clear" w:color="auto" w:fill="E2F0D9"/>
          </w:tcPr>
          <w:p w:rsidR="00306250" w:rsidRDefault="00C55C52">
            <w:pPr>
              <w:spacing w:before="10" w:after="10"/>
              <w:jc w:val="center"/>
            </w:pPr>
            <w:r>
              <w:rPr>
                <w:sz w:val="14"/>
              </w:rPr>
              <w:t>Jun.</w:t>
            </w:r>
          </w:p>
        </w:tc>
        <w:tc>
          <w:tcPr>
            <w:tcW w:w="1077" w:type="dxa"/>
            <w:shd w:val="clear" w:color="auto" w:fill="E2F0D9"/>
          </w:tcPr>
          <w:p w:rsidR="00306250" w:rsidRDefault="00C55C52">
            <w:pPr>
              <w:spacing w:before="10" w:after="10"/>
              <w:jc w:val="center"/>
            </w:pPr>
            <w:r>
              <w:rPr>
                <w:sz w:val="14"/>
              </w:rPr>
              <w:t>WEEK 36: June 14-18</w:t>
            </w:r>
          </w:p>
        </w:tc>
        <w:tc>
          <w:tcPr>
            <w:tcW w:w="794" w:type="dxa"/>
            <w:shd w:val="clear" w:color="auto" w:fill="E2F0D9"/>
          </w:tcPr>
          <w:p w:rsidR="00306250" w:rsidRDefault="00C55C52">
            <w:pPr>
              <w:spacing w:before="10" w:after="10"/>
              <w:jc w:val="center"/>
            </w:pPr>
            <w:r>
              <w:rPr>
                <w:sz w:val="14"/>
              </w:rPr>
              <w:t>( 1 SBP + 1 )</w:t>
            </w:r>
          </w:p>
        </w:tc>
        <w:tc>
          <w:tcPr>
            <w:tcW w:w="1304" w:type="dxa"/>
            <w:shd w:val="clear" w:color="auto" w:fill="E2F0D9"/>
          </w:tcPr>
          <w:p w:rsidR="00306250" w:rsidRDefault="00C55C52">
            <w:pPr>
              <w:spacing w:before="10" w:after="10"/>
            </w:pPr>
            <w:r>
              <w:rPr>
                <w:b/>
                <w:sz w:val="14"/>
              </w:rPr>
              <w:t>SCHOOL-BASED PLANNING*</w:t>
            </w:r>
          </w:p>
          <w:p w:rsidR="00306250" w:rsidRDefault="00C55C52">
            <w:pPr>
              <w:spacing w:after="10"/>
            </w:pPr>
            <w:r>
              <w:rPr>
                <w:sz w:val="14"/>
              </w:rPr>
              <w:t>THEME 6</w:t>
            </w:r>
          </w:p>
          <w:p w:rsidR="00306250" w:rsidRDefault="00C55C52">
            <w:pPr>
              <w:spacing w:after="10"/>
            </w:pPr>
            <w:r>
              <w:rPr>
                <w:sz w:val="14"/>
              </w:rPr>
              <w:t>LIFE IN THE CITY &amp; THE WORLD</w:t>
            </w:r>
          </w:p>
        </w:tc>
        <w:tc>
          <w:tcPr>
            <w:tcW w:w="3855" w:type="dxa"/>
            <w:shd w:val="clear" w:color="auto" w:fill="E2F0D9"/>
          </w:tcPr>
          <w:p w:rsidR="00306250" w:rsidRDefault="00C55C52">
            <w:pPr>
              <w:spacing w:before="10" w:after="10"/>
            </w:pPr>
            <w:r>
              <w:rPr>
                <w:sz w:val="13"/>
              </w:rPr>
              <w:t>Focus: Product Presentation &amp; Social Activity</w:t>
            </w:r>
          </w:p>
          <w:p w:rsidR="00306250" w:rsidRDefault="00C55C52">
            <w:pPr>
              <w:spacing w:after="10"/>
            </w:pPr>
            <w:r>
              <w:rPr>
                <w:sz w:val="13"/>
              </w:rPr>
              <w:t xml:space="preserve">Pupils present the work in their product files to the class · A simple class </w:t>
            </w:r>
            <w:r>
              <w:rPr>
                <w:sz w:val="13"/>
              </w:rPr>
              <w:t>newspaper/wall display of the year’s work · Short English songs and role-plays for parents and other classes · Year-end sharing and feedback session</w:t>
            </w:r>
          </w:p>
          <w:p w:rsidR="00306250" w:rsidRDefault="00C55C52">
            <w:pPr>
              <w:spacing w:after="10"/>
            </w:pPr>
            <w:r>
              <w:rPr>
                <w:sz w:val="13"/>
              </w:rPr>
              <w:t>(1 hour school-based planning + 1 hour theme lesson)</w:t>
            </w:r>
          </w:p>
          <w:p w:rsidR="00306250" w:rsidRDefault="00C55C52">
            <w:pPr>
              <w:spacing w:after="10"/>
            </w:pPr>
            <w:r>
              <w:rPr>
                <w:sz w:val="13"/>
              </w:rPr>
              <w:t>▲ aynı tema devam ediyor</w:t>
            </w:r>
          </w:p>
        </w:tc>
        <w:tc>
          <w:tcPr>
            <w:tcW w:w="2721" w:type="dxa"/>
            <w:shd w:val="clear" w:color="auto" w:fill="E2F0D9"/>
          </w:tcPr>
          <w:p w:rsidR="00306250" w:rsidRDefault="00C55C52">
            <w:pPr>
              <w:spacing w:before="10" w:after="10"/>
            </w:pPr>
            <w:r>
              <w:rPr>
                <w:b/>
                <w:sz w:val="14"/>
              </w:rPr>
              <w:t>ENG.3.6 › W5-W6</w:t>
            </w:r>
          </w:p>
        </w:tc>
        <w:tc>
          <w:tcPr>
            <w:tcW w:w="1814" w:type="dxa"/>
            <w:shd w:val="clear" w:color="auto" w:fill="E2F0D9"/>
          </w:tcPr>
          <w:p w:rsidR="00306250" w:rsidRDefault="00306250">
            <w:pPr>
              <w:spacing w:before="10" w:after="10"/>
            </w:pPr>
          </w:p>
        </w:tc>
        <w:tc>
          <w:tcPr>
            <w:tcW w:w="1077" w:type="dxa"/>
            <w:shd w:val="clear" w:color="auto" w:fill="E2F0D9"/>
          </w:tcPr>
          <w:p w:rsidR="00306250" w:rsidRDefault="00306250">
            <w:pPr>
              <w:spacing w:before="10" w:after="10"/>
            </w:pPr>
          </w:p>
        </w:tc>
        <w:tc>
          <w:tcPr>
            <w:tcW w:w="1020" w:type="dxa"/>
            <w:shd w:val="clear" w:color="auto" w:fill="E2F0D9"/>
          </w:tcPr>
          <w:p w:rsidR="00306250" w:rsidRDefault="00C55C52">
            <w:pPr>
              <w:spacing w:before="10" w:after="10"/>
            </w:pPr>
            <w:r>
              <w:rPr>
                <w:sz w:val="14"/>
              </w:rPr>
              <w:t>—</w:t>
            </w:r>
          </w:p>
        </w:tc>
        <w:tc>
          <w:tcPr>
            <w:tcW w:w="1417" w:type="dxa"/>
            <w:shd w:val="clear" w:color="auto" w:fill="E2F0D9"/>
          </w:tcPr>
          <w:p w:rsidR="00306250" w:rsidRDefault="00306250">
            <w:pPr>
              <w:spacing w:before="10" w:after="10"/>
            </w:pPr>
          </w:p>
        </w:tc>
      </w:tr>
      <w:tr w:rsidR="00306250">
        <w:trPr>
          <w:cantSplit/>
        </w:trPr>
        <w:tc>
          <w:tcPr>
            <w:tcW w:w="624" w:type="dxa"/>
            <w:shd w:val="clear" w:color="auto" w:fill="EDEDF7"/>
          </w:tcPr>
          <w:p w:rsidR="00306250" w:rsidRDefault="00C55C52">
            <w:pPr>
              <w:spacing w:before="10" w:after="10"/>
              <w:jc w:val="center"/>
            </w:pPr>
            <w:r>
              <w:rPr>
                <w:sz w:val="14"/>
              </w:rPr>
              <w:t>Jun.</w:t>
            </w:r>
          </w:p>
        </w:tc>
        <w:tc>
          <w:tcPr>
            <w:tcW w:w="1077" w:type="dxa"/>
            <w:shd w:val="clear" w:color="auto" w:fill="EDEDF7"/>
          </w:tcPr>
          <w:p w:rsidR="00306250" w:rsidRDefault="00C55C52">
            <w:pPr>
              <w:spacing w:before="10" w:after="10"/>
              <w:jc w:val="center"/>
            </w:pPr>
            <w:r>
              <w:rPr>
                <w:sz w:val="14"/>
              </w:rPr>
              <w:t>WEEK 37: June 21-25</w:t>
            </w:r>
          </w:p>
        </w:tc>
        <w:tc>
          <w:tcPr>
            <w:tcW w:w="794" w:type="dxa"/>
            <w:shd w:val="clear" w:color="auto" w:fill="EDEDF7"/>
          </w:tcPr>
          <w:p w:rsidR="00306250" w:rsidRDefault="00C55C52">
            <w:pPr>
              <w:spacing w:before="10" w:after="10"/>
              <w:jc w:val="center"/>
            </w:pPr>
            <w:r>
              <w:rPr>
                <w:sz w:val="14"/>
              </w:rPr>
              <w:t>2</w:t>
            </w:r>
          </w:p>
        </w:tc>
        <w:tc>
          <w:tcPr>
            <w:tcW w:w="1304" w:type="dxa"/>
            <w:shd w:val="clear" w:color="auto" w:fill="EDEDF7"/>
          </w:tcPr>
          <w:p w:rsidR="00306250" w:rsidRDefault="00C55C52">
            <w:pPr>
              <w:spacing w:before="10" w:after="10"/>
            </w:pPr>
            <w:r>
              <w:rPr>
                <w:sz w:val="14"/>
              </w:rPr>
              <w:t>SOCIAL ACTIVITIES</w:t>
            </w:r>
          </w:p>
        </w:tc>
        <w:tc>
          <w:tcPr>
            <w:tcW w:w="3855" w:type="dxa"/>
            <w:shd w:val="clear" w:color="auto" w:fill="EDEDF7"/>
          </w:tcPr>
          <w:p w:rsidR="00306250" w:rsidRDefault="00C55C52">
            <w:pPr>
              <w:spacing w:before="10" w:after="10"/>
            </w:pPr>
            <w:r>
              <w:rPr>
                <w:sz w:val="13"/>
              </w:rPr>
              <w:t xml:space="preserve">Yıl sonu sosyal etkinlikleri · öğrenci ürün dosyalarının sergilenmesi · yıl boyunca yapılan resim, poster ve çalışma kâğıtlarının paylaşılması · dil oyunları, İngilizce şarkı ve kısa canlandırma etkinlikleri · yaz </w:t>
            </w:r>
            <w:r>
              <w:rPr>
                <w:sz w:val="13"/>
              </w:rPr>
              <w:t>tatili için resimli okuma önerileri</w:t>
            </w:r>
          </w:p>
        </w:tc>
        <w:tc>
          <w:tcPr>
            <w:tcW w:w="2721" w:type="dxa"/>
            <w:shd w:val="clear" w:color="auto" w:fill="EDEDF7"/>
          </w:tcPr>
          <w:p w:rsidR="00306250" w:rsidRDefault="00C55C52">
            <w:pPr>
              <w:spacing w:before="10" w:after="10"/>
            </w:pPr>
            <w:r>
              <w:rPr>
                <w:b/>
                <w:sz w:val="14"/>
              </w:rPr>
              <w:t>—</w:t>
            </w:r>
          </w:p>
        </w:tc>
        <w:tc>
          <w:tcPr>
            <w:tcW w:w="1814" w:type="dxa"/>
            <w:shd w:val="clear" w:color="auto" w:fill="EDEDF7"/>
          </w:tcPr>
          <w:p w:rsidR="00306250" w:rsidRDefault="00C55C52">
            <w:pPr>
              <w:spacing w:before="10" w:after="10"/>
            </w:pPr>
            <w:r>
              <w:rPr>
                <w:sz w:val="13"/>
              </w:rPr>
              <w:t>Ürün dosyası sergisi · yıl sonu genel değerlendirme</w:t>
            </w:r>
          </w:p>
        </w:tc>
        <w:tc>
          <w:tcPr>
            <w:tcW w:w="1077" w:type="dxa"/>
            <w:shd w:val="clear" w:color="auto" w:fill="EDEDF7"/>
          </w:tcPr>
          <w:p w:rsidR="00306250" w:rsidRDefault="00C55C52">
            <w:pPr>
              <w:spacing w:before="10" w:after="10"/>
            </w:pPr>
            <w:r>
              <w:rPr>
                <w:sz w:val="13"/>
              </w:rPr>
              <w:t>—</w:t>
            </w:r>
          </w:p>
        </w:tc>
        <w:tc>
          <w:tcPr>
            <w:tcW w:w="1020" w:type="dxa"/>
            <w:shd w:val="clear" w:color="auto" w:fill="EDEDF7"/>
          </w:tcPr>
          <w:p w:rsidR="00306250" w:rsidRDefault="00C55C52">
            <w:pPr>
              <w:spacing w:before="10" w:after="10"/>
            </w:pPr>
            <w:r>
              <w:rPr>
                <w:sz w:val="14"/>
              </w:rPr>
              <w:t>—</w:t>
            </w:r>
          </w:p>
        </w:tc>
        <w:tc>
          <w:tcPr>
            <w:tcW w:w="1417" w:type="dxa"/>
            <w:shd w:val="clear" w:color="auto" w:fill="EDEDF7"/>
          </w:tcPr>
          <w:p w:rsidR="00306250" w:rsidRDefault="00C55C52">
            <w:pPr>
              <w:spacing w:before="10" w:after="10"/>
            </w:pPr>
            <w:r>
              <w:rPr>
                <w:sz w:val="13"/>
              </w:rPr>
              <w:t>—</w:t>
            </w:r>
          </w:p>
        </w:tc>
      </w:tr>
    </w:tbl>
    <w:p w:rsidR="00306250" w:rsidRDefault="00306250">
      <w:pPr>
        <w:spacing w:after="80"/>
        <w:jc w:val="center"/>
      </w:pPr>
    </w:p>
    <w:p w:rsidR="00306250" w:rsidRDefault="00C55C52">
      <w:pPr>
        <w:spacing w:after="120"/>
      </w:pPr>
      <w:r>
        <w:rPr>
          <w:i/>
        </w:rPr>
        <w:t xml:space="preserve">Sosyal-Duygusal Öğrenme Becerileri (SELS): Tüm ders haftalarında SELS1.1–SELS3.3 (dokuz becerinin tamamı) kapsanmaktadır; haftadan haftaya değişmediği için </w:t>
      </w:r>
      <w:r>
        <w:rPr>
          <w:i/>
        </w:rPr>
        <w:t>tabloda ayrı sütun olarak gösterilmemiştir.</w:t>
      </w:r>
    </w:p>
    <w:p w:rsidR="00306250" w:rsidRDefault="00C55C52">
      <w:r>
        <w:br w:type="page"/>
      </w:r>
    </w:p>
    <w:p w:rsidR="00306250" w:rsidRDefault="00C55C52">
      <w:pPr>
        <w:spacing w:after="160"/>
      </w:pPr>
      <w:r>
        <w:rPr>
          <w:i/>
        </w:rPr>
        <w:lastRenderedPageBreak/>
        <w:t xml:space="preserve">Okul temelli planlama: Bu plandaki okul temelli planlama haftaları örnek niteliğindedir; toplam süre 4 ders saatidir (öğretim programında dersin toplam süresinin %5,56'sı; yıllık 72 ders saati üzerinden). Ders </w:t>
      </w:r>
      <w:r>
        <w:rPr>
          <w:i/>
        </w:rPr>
        <w:t>haftada 2 saat olduğu için bu süre dört haftaya bölünmüştür: her dönem iki hafta, birer saat. SAAT sütunundaki "( 1 SBP + 1 )" gösterimi, o hafta yapılan 2 ders saatinin 1 saatinin okul temelli planlamaya, 1 saatinin normal derse ayrıldığını belirtir; tema</w:t>
      </w:r>
      <w:r>
        <w:rPr>
          <w:i/>
        </w:rPr>
        <w:t xml:space="preserve"> o haftalarda devam eder. Hafta ve süre, okulun ve dersin koşulları dikkate alınarak zümre öğretmenler kurulu kararına göre belirlenir ve EK-2 belgesinde ayrıca gösterilir.</w:t>
      </w:r>
    </w:p>
    <w:p w:rsidR="00306250" w:rsidRDefault="00C55C52">
      <w:pPr>
        <w:spacing w:after="160"/>
      </w:pPr>
      <w:r>
        <w:rPr>
          <w:i/>
        </w:rPr>
        <w:t xml:space="preserve">Ölçme ve değerlendirme: İlkokul 3. sınıfta ortak yazılı sınav uygulanmaz. Ölçme ve </w:t>
      </w:r>
      <w:r>
        <w:rPr>
          <w:i/>
        </w:rPr>
        <w:t>değerlendirme, öğretim programının öngördüğü biçimde süreç odaklıdır: sınıf içi gözlem, performans görevi, ürün dosyası ve öğrencinin kendi değerlendirmesi yoluyla yürütülür. Bu nedenle planda sınav haftası gösterilmemiştir.</w:t>
      </w:r>
    </w:p>
    <w:p w:rsidR="00306250" w:rsidRDefault="00C55C52">
      <w:pPr>
        <w:spacing w:after="160"/>
      </w:pPr>
      <w:r>
        <w:rPr>
          <w:i/>
        </w:rPr>
        <w:t>Temaların süre dağılımı: Öğreti</w:t>
      </w:r>
      <w:r>
        <w:rPr>
          <w:i/>
        </w:rPr>
        <w:t>m programının 3. sınıf özet tablosunda her temaya 10 ders saati ayrılmıştır (dersin toplam süresinin %13,89'u; 6 tema × 10 = 60 ders saati). Ders haftada 2 ders saati olduğundan, okul temelli planlama yapılan haftalarda temaya 1 ders saati kalmakta ve 10 s</w:t>
      </w:r>
      <w:r>
        <w:rPr>
          <w:i/>
        </w:rPr>
        <w:t>aat tam haftaya bölünmemektedir. Bu planda okul temelli planlama, yıl içindeki anlamlı haftalara (29 Ekim, birinci dönem sonu, 23 Nisan ve yıl sonu) dağıtılmış; buna bağlı olarak temalara sırasıyla 9, 10, 11, 10, 11 ve 9 ders saati ayrılarak toplam 60 ders</w:t>
      </w:r>
      <w:r>
        <w:rPr>
          <w:i/>
        </w:rPr>
        <w:t xml:space="preserve"> saati korunmuştur.</w:t>
      </w:r>
    </w:p>
    <w:p w:rsidR="00306250" w:rsidRDefault="00C55C52">
      <w:pPr>
        <w:spacing w:after="160"/>
      </w:pPr>
      <w:r>
        <w:rPr>
          <w:i/>
        </w:rPr>
        <w:t>Tekrar (revision) programı: Öğretim programının 3. sınıf özet tablosunda tekrar programı için 4 ders saati (%5,56) ayrılmıştır. Bu süre planda iki haftaya bölünmüş ve bir önceki sınıfın (2. sınıf) kazanımlarından seçilen temel kazanımla</w:t>
      </w:r>
      <w:r>
        <w:rPr>
          <w:i/>
        </w:rPr>
        <w:t>rla ilişkilendirilmiştir.</w:t>
      </w:r>
    </w:p>
    <w:p w:rsidR="00306250" w:rsidRDefault="00C55C52">
      <w:pPr>
        <w:spacing w:after="60"/>
      </w:pPr>
      <w:r>
        <w:rPr>
          <w:b/>
          <w:sz w:val="20"/>
        </w:rPr>
        <w:t>DİSİPLİNLER ARASI BİLEŞENLER — KOD SÖZLÜĞÜ</w:t>
      </w:r>
    </w:p>
    <w:tbl>
      <w:tblPr>
        <w:tblW w:w="15705" w:type="dxa"/>
        <w:tblBorders>
          <w:top w:val="single" w:sz="4" w:space="0" w:color="8EA9DB"/>
          <w:left w:val="single" w:sz="4" w:space="0" w:color="8EA9DB"/>
          <w:bottom w:val="single" w:sz="4" w:space="0" w:color="8EA9DB"/>
          <w:right w:val="single" w:sz="4" w:space="0" w:color="8EA9DB"/>
          <w:insideH w:val="single" w:sz="4" w:space="0" w:color="8EA9DB"/>
          <w:insideV w:val="single" w:sz="4" w:space="0" w:color="8EA9DB"/>
        </w:tblBorders>
        <w:tblLayout w:type="fixed"/>
        <w:tblLook w:val="04A0" w:firstRow="1" w:lastRow="0" w:firstColumn="1" w:lastColumn="0" w:noHBand="0" w:noVBand="1"/>
      </w:tblPr>
      <w:tblGrid>
        <w:gridCol w:w="908"/>
        <w:gridCol w:w="4309"/>
        <w:gridCol w:w="907"/>
        <w:gridCol w:w="4309"/>
        <w:gridCol w:w="907"/>
        <w:gridCol w:w="4365"/>
      </w:tblGrid>
      <w:tr w:rsidR="00306250">
        <w:trPr>
          <w:tblHeader/>
        </w:trPr>
        <w:tc>
          <w:tcPr>
            <w:tcW w:w="907" w:type="dxa"/>
            <w:shd w:val="clear" w:color="auto" w:fill="1F3864"/>
          </w:tcPr>
          <w:p w:rsidR="00306250" w:rsidRDefault="00C55C52">
            <w:pPr>
              <w:spacing w:before="10" w:after="10"/>
              <w:jc w:val="center"/>
            </w:pPr>
            <w:r>
              <w:rPr>
                <w:b/>
                <w:color w:val="FFFFFF"/>
                <w:sz w:val="14"/>
              </w:rPr>
              <w:t>KOD</w:t>
            </w:r>
          </w:p>
        </w:tc>
        <w:tc>
          <w:tcPr>
            <w:tcW w:w="4309" w:type="dxa"/>
            <w:shd w:val="clear" w:color="auto" w:fill="1F3864"/>
          </w:tcPr>
          <w:p w:rsidR="00306250" w:rsidRDefault="00C55C52">
            <w:pPr>
              <w:spacing w:before="10" w:after="10"/>
              <w:jc w:val="center"/>
            </w:pPr>
            <w:r>
              <w:rPr>
                <w:b/>
                <w:color w:val="FFFFFF"/>
                <w:sz w:val="14"/>
              </w:rPr>
              <w:t>AÇIKLAMA</w:t>
            </w:r>
          </w:p>
        </w:tc>
        <w:tc>
          <w:tcPr>
            <w:tcW w:w="907" w:type="dxa"/>
            <w:shd w:val="clear" w:color="auto" w:fill="1F3864"/>
          </w:tcPr>
          <w:p w:rsidR="00306250" w:rsidRDefault="00C55C52">
            <w:pPr>
              <w:spacing w:before="10" w:after="10"/>
              <w:jc w:val="center"/>
            </w:pPr>
            <w:r>
              <w:rPr>
                <w:b/>
                <w:color w:val="FFFFFF"/>
                <w:sz w:val="14"/>
              </w:rPr>
              <w:t>KOD</w:t>
            </w:r>
          </w:p>
        </w:tc>
        <w:tc>
          <w:tcPr>
            <w:tcW w:w="4309" w:type="dxa"/>
            <w:shd w:val="clear" w:color="auto" w:fill="1F3864"/>
          </w:tcPr>
          <w:p w:rsidR="00306250" w:rsidRDefault="00C55C52">
            <w:pPr>
              <w:spacing w:before="10" w:after="10"/>
              <w:jc w:val="center"/>
            </w:pPr>
            <w:r>
              <w:rPr>
                <w:b/>
                <w:color w:val="FFFFFF"/>
                <w:sz w:val="14"/>
              </w:rPr>
              <w:t>AÇIKLAMA</w:t>
            </w:r>
          </w:p>
        </w:tc>
        <w:tc>
          <w:tcPr>
            <w:tcW w:w="907" w:type="dxa"/>
            <w:shd w:val="clear" w:color="auto" w:fill="1F3864"/>
          </w:tcPr>
          <w:p w:rsidR="00306250" w:rsidRDefault="00C55C52">
            <w:pPr>
              <w:spacing w:before="10" w:after="10"/>
              <w:jc w:val="center"/>
            </w:pPr>
            <w:r>
              <w:rPr>
                <w:b/>
                <w:color w:val="FFFFFF"/>
                <w:sz w:val="14"/>
              </w:rPr>
              <w:t>KOD</w:t>
            </w:r>
          </w:p>
        </w:tc>
        <w:tc>
          <w:tcPr>
            <w:tcW w:w="4365" w:type="dxa"/>
            <w:shd w:val="clear" w:color="auto" w:fill="1F3864"/>
          </w:tcPr>
          <w:p w:rsidR="00306250" w:rsidRDefault="00C55C52">
            <w:pPr>
              <w:spacing w:before="10" w:after="10"/>
              <w:jc w:val="center"/>
            </w:pPr>
            <w:r>
              <w:rPr>
                <w:b/>
                <w:color w:val="FFFFFF"/>
                <w:sz w:val="14"/>
              </w:rPr>
              <w:t>AÇIKLAMA</w:t>
            </w:r>
          </w:p>
        </w:tc>
      </w:tr>
      <w:tr w:rsidR="00306250">
        <w:tc>
          <w:tcPr>
            <w:tcW w:w="5216" w:type="dxa"/>
            <w:gridSpan w:val="2"/>
            <w:shd w:val="clear" w:color="auto" w:fill="D9E2F3"/>
          </w:tcPr>
          <w:p w:rsidR="00306250" w:rsidRDefault="00C55C52">
            <w:pPr>
              <w:spacing w:before="10" w:after="10"/>
              <w:jc w:val="center"/>
            </w:pPr>
            <w:r>
              <w:rPr>
                <w:b/>
                <w:sz w:val="14"/>
              </w:rPr>
              <w:t>SOSYAL-DUYGUSAL (SELS)</w:t>
            </w:r>
          </w:p>
        </w:tc>
        <w:tc>
          <w:tcPr>
            <w:tcW w:w="5216" w:type="dxa"/>
            <w:gridSpan w:val="2"/>
            <w:shd w:val="clear" w:color="auto" w:fill="D9E2F3"/>
          </w:tcPr>
          <w:p w:rsidR="00306250" w:rsidRDefault="00C55C52">
            <w:pPr>
              <w:spacing w:before="10" w:after="10"/>
              <w:jc w:val="center"/>
            </w:pPr>
            <w:r>
              <w:rPr>
                <w:b/>
                <w:sz w:val="14"/>
              </w:rPr>
              <w:t>DEĞERLER (V)</w:t>
            </w:r>
          </w:p>
        </w:tc>
        <w:tc>
          <w:tcPr>
            <w:tcW w:w="5272" w:type="dxa"/>
            <w:gridSpan w:val="2"/>
            <w:shd w:val="clear" w:color="auto" w:fill="D9E2F3"/>
          </w:tcPr>
          <w:p w:rsidR="00306250" w:rsidRDefault="00C55C52">
            <w:pPr>
              <w:spacing w:before="10" w:after="10"/>
              <w:jc w:val="center"/>
            </w:pPr>
            <w:r>
              <w:rPr>
                <w:b/>
                <w:sz w:val="14"/>
              </w:rPr>
              <w:t>OKURYAZARLIK (LS)</w:t>
            </w:r>
          </w:p>
        </w:tc>
      </w:tr>
      <w:tr w:rsidR="00306250">
        <w:trPr>
          <w:cantSplit/>
        </w:trPr>
        <w:tc>
          <w:tcPr>
            <w:tcW w:w="907" w:type="dxa"/>
          </w:tcPr>
          <w:p w:rsidR="00306250" w:rsidRDefault="00C55C52">
            <w:pPr>
              <w:spacing w:before="10" w:after="10"/>
            </w:pPr>
            <w:r>
              <w:rPr>
                <w:b/>
                <w:sz w:val="13"/>
              </w:rPr>
              <w:t>SELS1.1</w:t>
            </w:r>
          </w:p>
        </w:tc>
        <w:tc>
          <w:tcPr>
            <w:tcW w:w="4309" w:type="dxa"/>
          </w:tcPr>
          <w:p w:rsidR="00306250" w:rsidRDefault="00C55C52">
            <w:pPr>
              <w:spacing w:before="10" w:after="10"/>
            </w:pPr>
            <w:r>
              <w:rPr>
                <w:sz w:val="13"/>
              </w:rPr>
              <w:t>Self-Awareness Skill</w:t>
            </w:r>
          </w:p>
        </w:tc>
        <w:tc>
          <w:tcPr>
            <w:tcW w:w="907" w:type="dxa"/>
          </w:tcPr>
          <w:p w:rsidR="00306250" w:rsidRDefault="00C55C52">
            <w:pPr>
              <w:spacing w:before="10" w:after="10"/>
            </w:pPr>
            <w:r>
              <w:rPr>
                <w:b/>
                <w:sz w:val="13"/>
              </w:rPr>
              <w:t>V2</w:t>
            </w:r>
          </w:p>
        </w:tc>
        <w:tc>
          <w:tcPr>
            <w:tcW w:w="4309" w:type="dxa"/>
          </w:tcPr>
          <w:p w:rsidR="00306250" w:rsidRDefault="00C55C52">
            <w:pPr>
              <w:spacing w:before="10" w:after="10"/>
            </w:pPr>
            <w:r>
              <w:rPr>
                <w:sz w:val="13"/>
              </w:rPr>
              <w:t>Family Integrity</w:t>
            </w:r>
          </w:p>
        </w:tc>
        <w:tc>
          <w:tcPr>
            <w:tcW w:w="907" w:type="dxa"/>
          </w:tcPr>
          <w:p w:rsidR="00306250" w:rsidRDefault="00C55C52">
            <w:pPr>
              <w:spacing w:before="10" w:after="10"/>
            </w:pPr>
            <w:r>
              <w:rPr>
                <w:b/>
                <w:sz w:val="13"/>
              </w:rPr>
              <w:t>LS1</w:t>
            </w:r>
          </w:p>
        </w:tc>
        <w:tc>
          <w:tcPr>
            <w:tcW w:w="4365" w:type="dxa"/>
          </w:tcPr>
          <w:p w:rsidR="00306250" w:rsidRDefault="00C55C52">
            <w:pPr>
              <w:spacing w:before="10" w:after="10"/>
            </w:pPr>
            <w:r>
              <w:rPr>
                <w:sz w:val="13"/>
              </w:rPr>
              <w:t>Information Literacy</w:t>
            </w:r>
          </w:p>
        </w:tc>
      </w:tr>
      <w:tr w:rsidR="00306250">
        <w:trPr>
          <w:cantSplit/>
        </w:trPr>
        <w:tc>
          <w:tcPr>
            <w:tcW w:w="907" w:type="dxa"/>
          </w:tcPr>
          <w:p w:rsidR="00306250" w:rsidRDefault="00C55C52">
            <w:pPr>
              <w:spacing w:before="10" w:after="10"/>
            </w:pPr>
            <w:r>
              <w:rPr>
                <w:b/>
                <w:sz w:val="13"/>
              </w:rPr>
              <w:t>SELS1.2</w:t>
            </w:r>
          </w:p>
        </w:tc>
        <w:tc>
          <w:tcPr>
            <w:tcW w:w="4309" w:type="dxa"/>
          </w:tcPr>
          <w:p w:rsidR="00306250" w:rsidRDefault="00C55C52">
            <w:pPr>
              <w:spacing w:before="10" w:after="10"/>
            </w:pPr>
            <w:r>
              <w:rPr>
                <w:sz w:val="13"/>
              </w:rPr>
              <w:t>Self-Regulation Skill</w:t>
            </w:r>
          </w:p>
        </w:tc>
        <w:tc>
          <w:tcPr>
            <w:tcW w:w="907" w:type="dxa"/>
          </w:tcPr>
          <w:p w:rsidR="00306250" w:rsidRDefault="00C55C52">
            <w:pPr>
              <w:spacing w:before="10" w:after="10"/>
            </w:pPr>
            <w:r>
              <w:rPr>
                <w:b/>
                <w:sz w:val="13"/>
              </w:rPr>
              <w:t>V3</w:t>
            </w:r>
          </w:p>
        </w:tc>
        <w:tc>
          <w:tcPr>
            <w:tcW w:w="4309" w:type="dxa"/>
          </w:tcPr>
          <w:p w:rsidR="00306250" w:rsidRDefault="00C55C52">
            <w:pPr>
              <w:spacing w:before="10" w:after="10"/>
            </w:pPr>
            <w:r>
              <w:rPr>
                <w:sz w:val="13"/>
              </w:rPr>
              <w:t>Diligence</w:t>
            </w:r>
          </w:p>
        </w:tc>
        <w:tc>
          <w:tcPr>
            <w:tcW w:w="907" w:type="dxa"/>
          </w:tcPr>
          <w:p w:rsidR="00306250" w:rsidRDefault="00C55C52">
            <w:pPr>
              <w:spacing w:before="10" w:after="10"/>
            </w:pPr>
            <w:r>
              <w:rPr>
                <w:b/>
                <w:sz w:val="13"/>
              </w:rPr>
              <w:t>LS2</w:t>
            </w:r>
          </w:p>
        </w:tc>
        <w:tc>
          <w:tcPr>
            <w:tcW w:w="4365" w:type="dxa"/>
          </w:tcPr>
          <w:p w:rsidR="00306250" w:rsidRDefault="00C55C52">
            <w:pPr>
              <w:spacing w:before="10" w:after="10"/>
            </w:pPr>
            <w:r>
              <w:rPr>
                <w:sz w:val="13"/>
              </w:rPr>
              <w:t>Digital Literacy</w:t>
            </w:r>
          </w:p>
        </w:tc>
      </w:tr>
      <w:tr w:rsidR="00306250">
        <w:trPr>
          <w:cantSplit/>
        </w:trPr>
        <w:tc>
          <w:tcPr>
            <w:tcW w:w="907" w:type="dxa"/>
          </w:tcPr>
          <w:p w:rsidR="00306250" w:rsidRDefault="00C55C52">
            <w:pPr>
              <w:spacing w:before="10" w:after="10"/>
            </w:pPr>
            <w:r>
              <w:rPr>
                <w:b/>
                <w:sz w:val="13"/>
              </w:rPr>
              <w:t>SELS1.3</w:t>
            </w:r>
          </w:p>
        </w:tc>
        <w:tc>
          <w:tcPr>
            <w:tcW w:w="4309" w:type="dxa"/>
          </w:tcPr>
          <w:p w:rsidR="00306250" w:rsidRDefault="00C55C52">
            <w:pPr>
              <w:spacing w:before="10" w:after="10"/>
            </w:pPr>
            <w:r>
              <w:rPr>
                <w:sz w:val="13"/>
              </w:rPr>
              <w:t>Self-Reflection Skill</w:t>
            </w:r>
          </w:p>
        </w:tc>
        <w:tc>
          <w:tcPr>
            <w:tcW w:w="907" w:type="dxa"/>
          </w:tcPr>
          <w:p w:rsidR="00306250" w:rsidRDefault="00C55C52">
            <w:pPr>
              <w:spacing w:before="10" w:after="10"/>
            </w:pPr>
            <w:r>
              <w:rPr>
                <w:b/>
                <w:sz w:val="13"/>
              </w:rPr>
              <w:t>V4</w:t>
            </w:r>
          </w:p>
        </w:tc>
        <w:tc>
          <w:tcPr>
            <w:tcW w:w="4309" w:type="dxa"/>
          </w:tcPr>
          <w:p w:rsidR="00306250" w:rsidRDefault="00C55C52">
            <w:pPr>
              <w:spacing w:before="10" w:after="10"/>
            </w:pPr>
            <w:r>
              <w:rPr>
                <w:sz w:val="13"/>
              </w:rPr>
              <w:t>Friendship</w:t>
            </w:r>
          </w:p>
        </w:tc>
        <w:tc>
          <w:tcPr>
            <w:tcW w:w="907" w:type="dxa"/>
          </w:tcPr>
          <w:p w:rsidR="00306250" w:rsidRDefault="00C55C52">
            <w:pPr>
              <w:spacing w:before="10" w:after="10"/>
            </w:pPr>
            <w:r>
              <w:rPr>
                <w:b/>
                <w:sz w:val="13"/>
              </w:rPr>
              <w:t>LS3</w:t>
            </w:r>
          </w:p>
        </w:tc>
        <w:tc>
          <w:tcPr>
            <w:tcW w:w="4365" w:type="dxa"/>
          </w:tcPr>
          <w:p w:rsidR="00306250" w:rsidRDefault="00C55C52">
            <w:pPr>
              <w:spacing w:before="10" w:after="10"/>
            </w:pPr>
            <w:r>
              <w:rPr>
                <w:sz w:val="13"/>
              </w:rPr>
              <w:t>Financial Literacy</w:t>
            </w:r>
          </w:p>
        </w:tc>
      </w:tr>
      <w:tr w:rsidR="00306250">
        <w:trPr>
          <w:cantSplit/>
        </w:trPr>
        <w:tc>
          <w:tcPr>
            <w:tcW w:w="907" w:type="dxa"/>
          </w:tcPr>
          <w:p w:rsidR="00306250" w:rsidRDefault="00C55C52">
            <w:pPr>
              <w:spacing w:before="10" w:after="10"/>
            </w:pPr>
            <w:r>
              <w:rPr>
                <w:b/>
                <w:sz w:val="13"/>
              </w:rPr>
              <w:t>SELS2.1</w:t>
            </w:r>
          </w:p>
        </w:tc>
        <w:tc>
          <w:tcPr>
            <w:tcW w:w="4309" w:type="dxa"/>
          </w:tcPr>
          <w:p w:rsidR="00306250" w:rsidRDefault="00C55C52">
            <w:pPr>
              <w:spacing w:before="10" w:after="10"/>
            </w:pPr>
            <w:r>
              <w:rPr>
                <w:sz w:val="13"/>
              </w:rPr>
              <w:t>Communication Skill</w:t>
            </w:r>
          </w:p>
        </w:tc>
        <w:tc>
          <w:tcPr>
            <w:tcW w:w="907" w:type="dxa"/>
          </w:tcPr>
          <w:p w:rsidR="00306250" w:rsidRDefault="00C55C52">
            <w:pPr>
              <w:spacing w:before="10" w:after="10"/>
            </w:pPr>
            <w:r>
              <w:rPr>
                <w:b/>
                <w:sz w:val="13"/>
              </w:rPr>
              <w:t>V5</w:t>
            </w:r>
          </w:p>
        </w:tc>
        <w:tc>
          <w:tcPr>
            <w:tcW w:w="4309" w:type="dxa"/>
          </w:tcPr>
          <w:p w:rsidR="00306250" w:rsidRDefault="00C55C52">
            <w:pPr>
              <w:spacing w:before="10" w:after="10"/>
            </w:pPr>
            <w:r>
              <w:rPr>
                <w:sz w:val="13"/>
              </w:rPr>
              <w:t>Sensitivity</w:t>
            </w:r>
          </w:p>
        </w:tc>
        <w:tc>
          <w:tcPr>
            <w:tcW w:w="907" w:type="dxa"/>
          </w:tcPr>
          <w:p w:rsidR="00306250" w:rsidRDefault="00C55C52">
            <w:pPr>
              <w:spacing w:before="10" w:after="10"/>
            </w:pPr>
            <w:r>
              <w:rPr>
                <w:b/>
                <w:sz w:val="13"/>
              </w:rPr>
              <w:t>LS4</w:t>
            </w:r>
          </w:p>
        </w:tc>
        <w:tc>
          <w:tcPr>
            <w:tcW w:w="4365" w:type="dxa"/>
          </w:tcPr>
          <w:p w:rsidR="00306250" w:rsidRDefault="00C55C52">
            <w:pPr>
              <w:spacing w:before="10" w:after="10"/>
            </w:pPr>
            <w:r>
              <w:rPr>
                <w:sz w:val="13"/>
              </w:rPr>
              <w:t>Visual Literacy</w:t>
            </w:r>
          </w:p>
        </w:tc>
      </w:tr>
      <w:tr w:rsidR="00306250">
        <w:trPr>
          <w:cantSplit/>
        </w:trPr>
        <w:tc>
          <w:tcPr>
            <w:tcW w:w="907" w:type="dxa"/>
          </w:tcPr>
          <w:p w:rsidR="00306250" w:rsidRDefault="00C55C52">
            <w:pPr>
              <w:spacing w:before="10" w:after="10"/>
            </w:pPr>
            <w:r>
              <w:rPr>
                <w:b/>
                <w:sz w:val="13"/>
              </w:rPr>
              <w:t>SELS2.2</w:t>
            </w:r>
          </w:p>
        </w:tc>
        <w:tc>
          <w:tcPr>
            <w:tcW w:w="4309" w:type="dxa"/>
          </w:tcPr>
          <w:p w:rsidR="00306250" w:rsidRDefault="00C55C52">
            <w:pPr>
              <w:spacing w:before="10" w:after="10"/>
            </w:pPr>
            <w:r>
              <w:rPr>
                <w:sz w:val="13"/>
              </w:rPr>
              <w:t>Cooperation Skill</w:t>
            </w:r>
          </w:p>
        </w:tc>
        <w:tc>
          <w:tcPr>
            <w:tcW w:w="907" w:type="dxa"/>
          </w:tcPr>
          <w:p w:rsidR="00306250" w:rsidRDefault="00C55C52">
            <w:pPr>
              <w:spacing w:before="10" w:after="10"/>
            </w:pPr>
            <w:r>
              <w:rPr>
                <w:b/>
                <w:sz w:val="13"/>
              </w:rPr>
              <w:t>V6</w:t>
            </w:r>
          </w:p>
        </w:tc>
        <w:tc>
          <w:tcPr>
            <w:tcW w:w="4309" w:type="dxa"/>
          </w:tcPr>
          <w:p w:rsidR="00306250" w:rsidRDefault="00C55C52">
            <w:pPr>
              <w:spacing w:before="10" w:after="10"/>
            </w:pPr>
            <w:r>
              <w:rPr>
                <w:sz w:val="13"/>
              </w:rPr>
              <w:t>Honesty</w:t>
            </w:r>
          </w:p>
        </w:tc>
        <w:tc>
          <w:tcPr>
            <w:tcW w:w="907" w:type="dxa"/>
          </w:tcPr>
          <w:p w:rsidR="00306250" w:rsidRDefault="00C55C52">
            <w:pPr>
              <w:spacing w:before="10" w:after="10"/>
            </w:pPr>
            <w:r>
              <w:rPr>
                <w:b/>
                <w:sz w:val="13"/>
              </w:rPr>
              <w:t>LS5</w:t>
            </w:r>
          </w:p>
        </w:tc>
        <w:tc>
          <w:tcPr>
            <w:tcW w:w="4365" w:type="dxa"/>
          </w:tcPr>
          <w:p w:rsidR="00306250" w:rsidRDefault="00C55C52">
            <w:pPr>
              <w:spacing w:before="10" w:after="10"/>
            </w:pPr>
            <w:r>
              <w:rPr>
                <w:sz w:val="13"/>
              </w:rPr>
              <w:t>Cultural Literacy</w:t>
            </w:r>
          </w:p>
        </w:tc>
      </w:tr>
      <w:tr w:rsidR="00306250">
        <w:trPr>
          <w:cantSplit/>
        </w:trPr>
        <w:tc>
          <w:tcPr>
            <w:tcW w:w="907" w:type="dxa"/>
          </w:tcPr>
          <w:p w:rsidR="00306250" w:rsidRDefault="00C55C52">
            <w:pPr>
              <w:spacing w:before="10" w:after="10"/>
            </w:pPr>
            <w:r>
              <w:rPr>
                <w:b/>
                <w:sz w:val="13"/>
              </w:rPr>
              <w:t>SELS2.3</w:t>
            </w:r>
          </w:p>
        </w:tc>
        <w:tc>
          <w:tcPr>
            <w:tcW w:w="4309" w:type="dxa"/>
          </w:tcPr>
          <w:p w:rsidR="00306250" w:rsidRDefault="00C55C52">
            <w:pPr>
              <w:spacing w:before="10" w:after="10"/>
            </w:pPr>
            <w:r>
              <w:rPr>
                <w:sz w:val="13"/>
              </w:rPr>
              <w:t>Social Awareness Skill</w:t>
            </w:r>
          </w:p>
        </w:tc>
        <w:tc>
          <w:tcPr>
            <w:tcW w:w="907" w:type="dxa"/>
          </w:tcPr>
          <w:p w:rsidR="00306250" w:rsidRDefault="00C55C52">
            <w:pPr>
              <w:spacing w:before="10" w:after="10"/>
            </w:pPr>
            <w:r>
              <w:rPr>
                <w:b/>
                <w:sz w:val="13"/>
              </w:rPr>
              <w:t>V7</w:t>
            </w:r>
          </w:p>
        </w:tc>
        <w:tc>
          <w:tcPr>
            <w:tcW w:w="4309" w:type="dxa"/>
          </w:tcPr>
          <w:p w:rsidR="00306250" w:rsidRDefault="00C55C52">
            <w:pPr>
              <w:spacing w:before="10" w:after="10"/>
            </w:pPr>
            <w:r>
              <w:rPr>
                <w:sz w:val="13"/>
              </w:rPr>
              <w:t>Aesthetics</w:t>
            </w:r>
          </w:p>
        </w:tc>
        <w:tc>
          <w:tcPr>
            <w:tcW w:w="907" w:type="dxa"/>
          </w:tcPr>
          <w:p w:rsidR="00306250" w:rsidRDefault="00C55C52">
            <w:pPr>
              <w:spacing w:before="10" w:after="10"/>
            </w:pPr>
            <w:r>
              <w:rPr>
                <w:b/>
                <w:sz w:val="13"/>
              </w:rPr>
              <w:t>LS6</w:t>
            </w:r>
          </w:p>
        </w:tc>
        <w:tc>
          <w:tcPr>
            <w:tcW w:w="4365" w:type="dxa"/>
          </w:tcPr>
          <w:p w:rsidR="00306250" w:rsidRDefault="00C55C52">
            <w:pPr>
              <w:spacing w:before="10" w:after="10"/>
            </w:pPr>
            <w:r>
              <w:rPr>
                <w:sz w:val="13"/>
              </w:rPr>
              <w:t>Civic Literacy</w:t>
            </w:r>
          </w:p>
        </w:tc>
      </w:tr>
      <w:tr w:rsidR="00306250">
        <w:trPr>
          <w:cantSplit/>
        </w:trPr>
        <w:tc>
          <w:tcPr>
            <w:tcW w:w="907" w:type="dxa"/>
          </w:tcPr>
          <w:p w:rsidR="00306250" w:rsidRDefault="00C55C52">
            <w:pPr>
              <w:spacing w:before="10" w:after="10"/>
            </w:pPr>
            <w:r>
              <w:rPr>
                <w:b/>
                <w:sz w:val="13"/>
              </w:rPr>
              <w:t>SELS3.1</w:t>
            </w:r>
          </w:p>
        </w:tc>
        <w:tc>
          <w:tcPr>
            <w:tcW w:w="4309" w:type="dxa"/>
          </w:tcPr>
          <w:p w:rsidR="00306250" w:rsidRDefault="00C55C52">
            <w:pPr>
              <w:spacing w:before="10" w:after="10"/>
            </w:pPr>
            <w:r>
              <w:rPr>
                <w:sz w:val="13"/>
              </w:rPr>
              <w:t>Adaptability Skill</w:t>
            </w:r>
          </w:p>
        </w:tc>
        <w:tc>
          <w:tcPr>
            <w:tcW w:w="907" w:type="dxa"/>
          </w:tcPr>
          <w:p w:rsidR="00306250" w:rsidRDefault="00C55C52">
            <w:pPr>
              <w:spacing w:before="10" w:after="10"/>
            </w:pPr>
            <w:r>
              <w:rPr>
                <w:b/>
                <w:sz w:val="13"/>
              </w:rPr>
              <w:t>V8</w:t>
            </w:r>
          </w:p>
        </w:tc>
        <w:tc>
          <w:tcPr>
            <w:tcW w:w="4309" w:type="dxa"/>
          </w:tcPr>
          <w:p w:rsidR="00306250" w:rsidRDefault="00C55C52">
            <w:pPr>
              <w:spacing w:before="10" w:after="10"/>
            </w:pPr>
            <w:r>
              <w:rPr>
                <w:sz w:val="13"/>
              </w:rPr>
              <w:t>Privacy</w:t>
            </w:r>
          </w:p>
        </w:tc>
        <w:tc>
          <w:tcPr>
            <w:tcW w:w="907" w:type="dxa"/>
          </w:tcPr>
          <w:p w:rsidR="00306250" w:rsidRDefault="00306250">
            <w:pPr>
              <w:spacing w:before="10" w:after="10"/>
            </w:pPr>
          </w:p>
        </w:tc>
        <w:tc>
          <w:tcPr>
            <w:tcW w:w="4365" w:type="dxa"/>
          </w:tcPr>
          <w:p w:rsidR="00306250" w:rsidRDefault="00306250">
            <w:pPr>
              <w:spacing w:before="10" w:after="10"/>
            </w:pPr>
          </w:p>
        </w:tc>
      </w:tr>
      <w:tr w:rsidR="00306250">
        <w:trPr>
          <w:cantSplit/>
        </w:trPr>
        <w:tc>
          <w:tcPr>
            <w:tcW w:w="907" w:type="dxa"/>
          </w:tcPr>
          <w:p w:rsidR="00306250" w:rsidRDefault="00C55C52">
            <w:pPr>
              <w:spacing w:before="10" w:after="10"/>
            </w:pPr>
            <w:r>
              <w:rPr>
                <w:b/>
                <w:sz w:val="13"/>
              </w:rPr>
              <w:t>SELS3.2</w:t>
            </w:r>
          </w:p>
        </w:tc>
        <w:tc>
          <w:tcPr>
            <w:tcW w:w="4309" w:type="dxa"/>
          </w:tcPr>
          <w:p w:rsidR="00306250" w:rsidRDefault="00C55C52">
            <w:pPr>
              <w:spacing w:before="10" w:after="10"/>
            </w:pPr>
            <w:r>
              <w:rPr>
                <w:sz w:val="13"/>
              </w:rPr>
              <w:t>Flexibility Skill</w:t>
            </w:r>
          </w:p>
        </w:tc>
        <w:tc>
          <w:tcPr>
            <w:tcW w:w="907" w:type="dxa"/>
          </w:tcPr>
          <w:p w:rsidR="00306250" w:rsidRDefault="00C55C52">
            <w:pPr>
              <w:spacing w:before="10" w:after="10"/>
            </w:pPr>
            <w:r>
              <w:rPr>
                <w:b/>
                <w:sz w:val="13"/>
              </w:rPr>
              <w:t>V10</w:t>
            </w:r>
          </w:p>
        </w:tc>
        <w:tc>
          <w:tcPr>
            <w:tcW w:w="4309" w:type="dxa"/>
          </w:tcPr>
          <w:p w:rsidR="00306250" w:rsidRDefault="00C55C52">
            <w:pPr>
              <w:spacing w:before="10" w:after="10"/>
            </w:pPr>
            <w:r>
              <w:rPr>
                <w:sz w:val="13"/>
              </w:rPr>
              <w:t>Modesty</w:t>
            </w:r>
          </w:p>
        </w:tc>
        <w:tc>
          <w:tcPr>
            <w:tcW w:w="907" w:type="dxa"/>
          </w:tcPr>
          <w:p w:rsidR="00306250" w:rsidRDefault="00306250">
            <w:pPr>
              <w:spacing w:before="10" w:after="10"/>
            </w:pPr>
          </w:p>
        </w:tc>
        <w:tc>
          <w:tcPr>
            <w:tcW w:w="4365" w:type="dxa"/>
          </w:tcPr>
          <w:p w:rsidR="00306250" w:rsidRDefault="00306250">
            <w:pPr>
              <w:spacing w:before="10" w:after="10"/>
            </w:pPr>
          </w:p>
        </w:tc>
      </w:tr>
      <w:tr w:rsidR="00306250">
        <w:trPr>
          <w:cantSplit/>
        </w:trPr>
        <w:tc>
          <w:tcPr>
            <w:tcW w:w="907" w:type="dxa"/>
          </w:tcPr>
          <w:p w:rsidR="00306250" w:rsidRDefault="00C55C52">
            <w:pPr>
              <w:spacing w:before="10" w:after="10"/>
            </w:pPr>
            <w:r>
              <w:rPr>
                <w:b/>
                <w:sz w:val="13"/>
              </w:rPr>
              <w:t>SELS3.3</w:t>
            </w:r>
          </w:p>
        </w:tc>
        <w:tc>
          <w:tcPr>
            <w:tcW w:w="4309" w:type="dxa"/>
          </w:tcPr>
          <w:p w:rsidR="00306250" w:rsidRDefault="00C55C52">
            <w:pPr>
              <w:spacing w:before="10" w:after="10"/>
            </w:pPr>
            <w:r>
              <w:rPr>
                <w:sz w:val="13"/>
              </w:rPr>
              <w:t>Responsible Decision-Making Skill</w:t>
            </w:r>
          </w:p>
        </w:tc>
        <w:tc>
          <w:tcPr>
            <w:tcW w:w="907" w:type="dxa"/>
          </w:tcPr>
          <w:p w:rsidR="00306250" w:rsidRDefault="00C55C52">
            <w:pPr>
              <w:spacing w:before="10" w:after="10"/>
            </w:pPr>
            <w:r>
              <w:rPr>
                <w:b/>
                <w:sz w:val="13"/>
              </w:rPr>
              <w:t>V11</w:t>
            </w:r>
          </w:p>
        </w:tc>
        <w:tc>
          <w:tcPr>
            <w:tcW w:w="4309" w:type="dxa"/>
          </w:tcPr>
          <w:p w:rsidR="00306250" w:rsidRDefault="00C55C52">
            <w:pPr>
              <w:spacing w:before="10" w:after="10"/>
            </w:pPr>
            <w:r>
              <w:rPr>
                <w:sz w:val="13"/>
              </w:rPr>
              <w:t>Independence</w:t>
            </w:r>
          </w:p>
        </w:tc>
        <w:tc>
          <w:tcPr>
            <w:tcW w:w="907" w:type="dxa"/>
          </w:tcPr>
          <w:p w:rsidR="00306250" w:rsidRDefault="00306250">
            <w:pPr>
              <w:spacing w:before="10" w:after="10"/>
            </w:pPr>
          </w:p>
        </w:tc>
        <w:tc>
          <w:tcPr>
            <w:tcW w:w="4365" w:type="dxa"/>
          </w:tcPr>
          <w:p w:rsidR="00306250" w:rsidRDefault="00306250">
            <w:pPr>
              <w:spacing w:before="10" w:after="10"/>
            </w:pPr>
          </w:p>
        </w:tc>
      </w:tr>
      <w:tr w:rsidR="00306250">
        <w:trPr>
          <w:cantSplit/>
        </w:trPr>
        <w:tc>
          <w:tcPr>
            <w:tcW w:w="907" w:type="dxa"/>
          </w:tcPr>
          <w:p w:rsidR="00306250" w:rsidRDefault="00306250">
            <w:pPr>
              <w:spacing w:before="10" w:after="10"/>
            </w:pPr>
          </w:p>
        </w:tc>
        <w:tc>
          <w:tcPr>
            <w:tcW w:w="4309" w:type="dxa"/>
          </w:tcPr>
          <w:p w:rsidR="00306250" w:rsidRDefault="00306250">
            <w:pPr>
              <w:spacing w:before="10" w:after="10"/>
            </w:pPr>
          </w:p>
        </w:tc>
        <w:tc>
          <w:tcPr>
            <w:tcW w:w="907" w:type="dxa"/>
          </w:tcPr>
          <w:p w:rsidR="00306250" w:rsidRDefault="00C55C52">
            <w:pPr>
              <w:spacing w:before="10" w:after="10"/>
            </w:pPr>
            <w:r>
              <w:rPr>
                <w:b/>
                <w:sz w:val="13"/>
              </w:rPr>
              <w:t>V12</w:t>
            </w:r>
          </w:p>
        </w:tc>
        <w:tc>
          <w:tcPr>
            <w:tcW w:w="4309" w:type="dxa"/>
          </w:tcPr>
          <w:p w:rsidR="00306250" w:rsidRDefault="00C55C52">
            <w:pPr>
              <w:spacing w:before="10" w:after="10"/>
            </w:pPr>
            <w:r>
              <w:rPr>
                <w:sz w:val="13"/>
              </w:rPr>
              <w:t>Patience</w:t>
            </w:r>
          </w:p>
        </w:tc>
        <w:tc>
          <w:tcPr>
            <w:tcW w:w="907" w:type="dxa"/>
          </w:tcPr>
          <w:p w:rsidR="00306250" w:rsidRDefault="00306250">
            <w:pPr>
              <w:spacing w:before="10" w:after="10"/>
            </w:pPr>
          </w:p>
        </w:tc>
        <w:tc>
          <w:tcPr>
            <w:tcW w:w="4365" w:type="dxa"/>
          </w:tcPr>
          <w:p w:rsidR="00306250" w:rsidRDefault="00306250">
            <w:pPr>
              <w:spacing w:before="10" w:after="10"/>
            </w:pPr>
          </w:p>
        </w:tc>
      </w:tr>
      <w:tr w:rsidR="00306250">
        <w:trPr>
          <w:cantSplit/>
        </w:trPr>
        <w:tc>
          <w:tcPr>
            <w:tcW w:w="907" w:type="dxa"/>
          </w:tcPr>
          <w:p w:rsidR="00306250" w:rsidRDefault="00306250">
            <w:pPr>
              <w:spacing w:before="10" w:after="10"/>
            </w:pPr>
          </w:p>
        </w:tc>
        <w:tc>
          <w:tcPr>
            <w:tcW w:w="4309" w:type="dxa"/>
          </w:tcPr>
          <w:p w:rsidR="00306250" w:rsidRDefault="00306250">
            <w:pPr>
              <w:spacing w:before="10" w:after="10"/>
            </w:pPr>
          </w:p>
        </w:tc>
        <w:tc>
          <w:tcPr>
            <w:tcW w:w="907" w:type="dxa"/>
          </w:tcPr>
          <w:p w:rsidR="00306250" w:rsidRDefault="00C55C52">
            <w:pPr>
              <w:spacing w:before="10" w:after="10"/>
            </w:pPr>
            <w:r>
              <w:rPr>
                <w:b/>
                <w:sz w:val="13"/>
              </w:rPr>
              <w:t>V13</w:t>
            </w:r>
          </w:p>
        </w:tc>
        <w:tc>
          <w:tcPr>
            <w:tcW w:w="4309" w:type="dxa"/>
          </w:tcPr>
          <w:p w:rsidR="00306250" w:rsidRDefault="00C55C52">
            <w:pPr>
              <w:spacing w:before="10" w:after="10"/>
            </w:pPr>
            <w:r>
              <w:rPr>
                <w:sz w:val="13"/>
              </w:rPr>
              <w:t>Healthy Living</w:t>
            </w:r>
          </w:p>
        </w:tc>
        <w:tc>
          <w:tcPr>
            <w:tcW w:w="907" w:type="dxa"/>
          </w:tcPr>
          <w:p w:rsidR="00306250" w:rsidRDefault="00306250">
            <w:pPr>
              <w:spacing w:before="10" w:after="10"/>
            </w:pPr>
          </w:p>
        </w:tc>
        <w:tc>
          <w:tcPr>
            <w:tcW w:w="4365" w:type="dxa"/>
          </w:tcPr>
          <w:p w:rsidR="00306250" w:rsidRDefault="00306250">
            <w:pPr>
              <w:spacing w:before="10" w:after="10"/>
            </w:pPr>
          </w:p>
        </w:tc>
      </w:tr>
      <w:tr w:rsidR="00306250">
        <w:trPr>
          <w:cantSplit/>
        </w:trPr>
        <w:tc>
          <w:tcPr>
            <w:tcW w:w="907" w:type="dxa"/>
          </w:tcPr>
          <w:p w:rsidR="00306250" w:rsidRDefault="00306250">
            <w:pPr>
              <w:spacing w:before="10" w:after="10"/>
            </w:pPr>
          </w:p>
        </w:tc>
        <w:tc>
          <w:tcPr>
            <w:tcW w:w="4309" w:type="dxa"/>
          </w:tcPr>
          <w:p w:rsidR="00306250" w:rsidRDefault="00306250">
            <w:pPr>
              <w:spacing w:before="10" w:after="10"/>
            </w:pPr>
          </w:p>
        </w:tc>
        <w:tc>
          <w:tcPr>
            <w:tcW w:w="907" w:type="dxa"/>
          </w:tcPr>
          <w:p w:rsidR="00306250" w:rsidRDefault="00C55C52">
            <w:pPr>
              <w:spacing w:before="10" w:after="10"/>
            </w:pPr>
            <w:r>
              <w:rPr>
                <w:b/>
                <w:sz w:val="13"/>
              </w:rPr>
              <w:t>V14</w:t>
            </w:r>
          </w:p>
        </w:tc>
        <w:tc>
          <w:tcPr>
            <w:tcW w:w="4309" w:type="dxa"/>
          </w:tcPr>
          <w:p w:rsidR="00306250" w:rsidRDefault="00C55C52">
            <w:pPr>
              <w:spacing w:before="10" w:after="10"/>
            </w:pPr>
            <w:r>
              <w:rPr>
                <w:sz w:val="13"/>
              </w:rPr>
              <w:t>Respect</w:t>
            </w:r>
          </w:p>
        </w:tc>
        <w:tc>
          <w:tcPr>
            <w:tcW w:w="907" w:type="dxa"/>
          </w:tcPr>
          <w:p w:rsidR="00306250" w:rsidRDefault="00306250">
            <w:pPr>
              <w:spacing w:before="10" w:after="10"/>
            </w:pPr>
          </w:p>
        </w:tc>
        <w:tc>
          <w:tcPr>
            <w:tcW w:w="4365" w:type="dxa"/>
          </w:tcPr>
          <w:p w:rsidR="00306250" w:rsidRDefault="00306250">
            <w:pPr>
              <w:spacing w:before="10" w:after="10"/>
            </w:pPr>
          </w:p>
        </w:tc>
      </w:tr>
      <w:tr w:rsidR="00306250">
        <w:trPr>
          <w:cantSplit/>
        </w:trPr>
        <w:tc>
          <w:tcPr>
            <w:tcW w:w="907" w:type="dxa"/>
          </w:tcPr>
          <w:p w:rsidR="00306250" w:rsidRDefault="00306250">
            <w:pPr>
              <w:spacing w:before="10" w:after="10"/>
            </w:pPr>
          </w:p>
        </w:tc>
        <w:tc>
          <w:tcPr>
            <w:tcW w:w="4309" w:type="dxa"/>
          </w:tcPr>
          <w:p w:rsidR="00306250" w:rsidRDefault="00306250">
            <w:pPr>
              <w:spacing w:before="10" w:after="10"/>
            </w:pPr>
          </w:p>
        </w:tc>
        <w:tc>
          <w:tcPr>
            <w:tcW w:w="907" w:type="dxa"/>
          </w:tcPr>
          <w:p w:rsidR="00306250" w:rsidRDefault="00C55C52">
            <w:pPr>
              <w:spacing w:before="10" w:after="10"/>
            </w:pPr>
            <w:r>
              <w:rPr>
                <w:b/>
                <w:sz w:val="13"/>
              </w:rPr>
              <w:t>V15</w:t>
            </w:r>
          </w:p>
        </w:tc>
        <w:tc>
          <w:tcPr>
            <w:tcW w:w="4309" w:type="dxa"/>
          </w:tcPr>
          <w:p w:rsidR="00306250" w:rsidRDefault="00C55C52">
            <w:pPr>
              <w:spacing w:before="10" w:after="10"/>
            </w:pPr>
            <w:r>
              <w:rPr>
                <w:sz w:val="13"/>
              </w:rPr>
              <w:t>Love and Affection</w:t>
            </w:r>
          </w:p>
        </w:tc>
        <w:tc>
          <w:tcPr>
            <w:tcW w:w="907" w:type="dxa"/>
          </w:tcPr>
          <w:p w:rsidR="00306250" w:rsidRDefault="00306250">
            <w:pPr>
              <w:spacing w:before="10" w:after="10"/>
            </w:pPr>
          </w:p>
        </w:tc>
        <w:tc>
          <w:tcPr>
            <w:tcW w:w="4365" w:type="dxa"/>
          </w:tcPr>
          <w:p w:rsidR="00306250" w:rsidRDefault="00306250">
            <w:pPr>
              <w:spacing w:before="10" w:after="10"/>
            </w:pPr>
          </w:p>
        </w:tc>
      </w:tr>
      <w:tr w:rsidR="00306250">
        <w:trPr>
          <w:cantSplit/>
        </w:trPr>
        <w:tc>
          <w:tcPr>
            <w:tcW w:w="907" w:type="dxa"/>
          </w:tcPr>
          <w:p w:rsidR="00306250" w:rsidRDefault="00306250">
            <w:pPr>
              <w:spacing w:before="10" w:after="10"/>
            </w:pPr>
          </w:p>
        </w:tc>
        <w:tc>
          <w:tcPr>
            <w:tcW w:w="4309" w:type="dxa"/>
          </w:tcPr>
          <w:p w:rsidR="00306250" w:rsidRDefault="00306250">
            <w:pPr>
              <w:spacing w:before="10" w:after="10"/>
            </w:pPr>
          </w:p>
        </w:tc>
        <w:tc>
          <w:tcPr>
            <w:tcW w:w="907" w:type="dxa"/>
          </w:tcPr>
          <w:p w:rsidR="00306250" w:rsidRDefault="00C55C52">
            <w:pPr>
              <w:spacing w:before="10" w:after="10"/>
            </w:pPr>
            <w:r>
              <w:rPr>
                <w:b/>
                <w:sz w:val="13"/>
              </w:rPr>
              <w:t>V17</w:t>
            </w:r>
          </w:p>
        </w:tc>
        <w:tc>
          <w:tcPr>
            <w:tcW w:w="4309" w:type="dxa"/>
          </w:tcPr>
          <w:p w:rsidR="00306250" w:rsidRDefault="00C55C52">
            <w:pPr>
              <w:spacing w:before="10" w:after="10"/>
            </w:pPr>
            <w:r>
              <w:rPr>
                <w:sz w:val="13"/>
              </w:rPr>
              <w:t>Thriftiness</w:t>
            </w:r>
          </w:p>
        </w:tc>
        <w:tc>
          <w:tcPr>
            <w:tcW w:w="907" w:type="dxa"/>
          </w:tcPr>
          <w:p w:rsidR="00306250" w:rsidRDefault="00306250">
            <w:pPr>
              <w:spacing w:before="10" w:after="10"/>
            </w:pPr>
          </w:p>
        </w:tc>
        <w:tc>
          <w:tcPr>
            <w:tcW w:w="4365" w:type="dxa"/>
          </w:tcPr>
          <w:p w:rsidR="00306250" w:rsidRDefault="00306250">
            <w:pPr>
              <w:spacing w:before="10" w:after="10"/>
            </w:pPr>
          </w:p>
        </w:tc>
      </w:tr>
      <w:tr w:rsidR="00306250">
        <w:trPr>
          <w:cantSplit/>
        </w:trPr>
        <w:tc>
          <w:tcPr>
            <w:tcW w:w="907" w:type="dxa"/>
          </w:tcPr>
          <w:p w:rsidR="00306250" w:rsidRDefault="00306250">
            <w:pPr>
              <w:spacing w:before="10" w:after="10"/>
            </w:pPr>
          </w:p>
        </w:tc>
        <w:tc>
          <w:tcPr>
            <w:tcW w:w="4309" w:type="dxa"/>
          </w:tcPr>
          <w:p w:rsidR="00306250" w:rsidRDefault="00306250">
            <w:pPr>
              <w:spacing w:before="10" w:after="10"/>
            </w:pPr>
          </w:p>
        </w:tc>
        <w:tc>
          <w:tcPr>
            <w:tcW w:w="907" w:type="dxa"/>
          </w:tcPr>
          <w:p w:rsidR="00306250" w:rsidRDefault="00C55C52">
            <w:pPr>
              <w:spacing w:before="10" w:after="10"/>
            </w:pPr>
            <w:r>
              <w:rPr>
                <w:b/>
                <w:sz w:val="13"/>
              </w:rPr>
              <w:t>V18</w:t>
            </w:r>
          </w:p>
        </w:tc>
        <w:tc>
          <w:tcPr>
            <w:tcW w:w="4309" w:type="dxa"/>
          </w:tcPr>
          <w:p w:rsidR="00306250" w:rsidRDefault="00C55C52">
            <w:pPr>
              <w:spacing w:before="10" w:after="10"/>
            </w:pPr>
            <w:r>
              <w:rPr>
                <w:sz w:val="13"/>
              </w:rPr>
              <w:t>Cleanliness</w:t>
            </w:r>
          </w:p>
        </w:tc>
        <w:tc>
          <w:tcPr>
            <w:tcW w:w="907" w:type="dxa"/>
          </w:tcPr>
          <w:p w:rsidR="00306250" w:rsidRDefault="00306250">
            <w:pPr>
              <w:spacing w:before="10" w:after="10"/>
            </w:pPr>
          </w:p>
        </w:tc>
        <w:tc>
          <w:tcPr>
            <w:tcW w:w="4365" w:type="dxa"/>
          </w:tcPr>
          <w:p w:rsidR="00306250" w:rsidRDefault="00306250">
            <w:pPr>
              <w:spacing w:before="10" w:after="10"/>
            </w:pPr>
          </w:p>
        </w:tc>
      </w:tr>
      <w:tr w:rsidR="00306250">
        <w:trPr>
          <w:cantSplit/>
        </w:trPr>
        <w:tc>
          <w:tcPr>
            <w:tcW w:w="907" w:type="dxa"/>
          </w:tcPr>
          <w:p w:rsidR="00306250" w:rsidRDefault="00306250">
            <w:pPr>
              <w:spacing w:before="10" w:after="10"/>
            </w:pPr>
          </w:p>
        </w:tc>
        <w:tc>
          <w:tcPr>
            <w:tcW w:w="4309" w:type="dxa"/>
          </w:tcPr>
          <w:p w:rsidR="00306250" w:rsidRDefault="00306250">
            <w:pPr>
              <w:spacing w:before="10" w:after="10"/>
            </w:pPr>
          </w:p>
        </w:tc>
        <w:tc>
          <w:tcPr>
            <w:tcW w:w="907" w:type="dxa"/>
          </w:tcPr>
          <w:p w:rsidR="00306250" w:rsidRDefault="00C55C52">
            <w:pPr>
              <w:spacing w:before="10" w:after="10"/>
            </w:pPr>
            <w:r>
              <w:rPr>
                <w:b/>
                <w:sz w:val="13"/>
              </w:rPr>
              <w:t>V19</w:t>
            </w:r>
          </w:p>
        </w:tc>
        <w:tc>
          <w:tcPr>
            <w:tcW w:w="4309" w:type="dxa"/>
          </w:tcPr>
          <w:p w:rsidR="00306250" w:rsidRDefault="00C55C52">
            <w:pPr>
              <w:spacing w:before="10" w:after="10"/>
            </w:pPr>
            <w:r>
              <w:rPr>
                <w:sz w:val="13"/>
              </w:rPr>
              <w:t>Patriotism</w:t>
            </w:r>
          </w:p>
        </w:tc>
        <w:tc>
          <w:tcPr>
            <w:tcW w:w="907" w:type="dxa"/>
          </w:tcPr>
          <w:p w:rsidR="00306250" w:rsidRDefault="00306250">
            <w:pPr>
              <w:spacing w:before="10" w:after="10"/>
            </w:pPr>
          </w:p>
        </w:tc>
        <w:tc>
          <w:tcPr>
            <w:tcW w:w="4365" w:type="dxa"/>
          </w:tcPr>
          <w:p w:rsidR="00306250" w:rsidRDefault="00306250">
            <w:pPr>
              <w:spacing w:before="10" w:after="10"/>
            </w:pPr>
          </w:p>
        </w:tc>
      </w:tr>
      <w:tr w:rsidR="00306250">
        <w:trPr>
          <w:cantSplit/>
        </w:trPr>
        <w:tc>
          <w:tcPr>
            <w:tcW w:w="907" w:type="dxa"/>
          </w:tcPr>
          <w:p w:rsidR="00306250" w:rsidRDefault="00306250">
            <w:pPr>
              <w:spacing w:before="10" w:after="10"/>
            </w:pPr>
          </w:p>
        </w:tc>
        <w:tc>
          <w:tcPr>
            <w:tcW w:w="4309" w:type="dxa"/>
          </w:tcPr>
          <w:p w:rsidR="00306250" w:rsidRDefault="00306250">
            <w:pPr>
              <w:spacing w:before="10" w:after="10"/>
            </w:pPr>
          </w:p>
        </w:tc>
        <w:tc>
          <w:tcPr>
            <w:tcW w:w="907" w:type="dxa"/>
          </w:tcPr>
          <w:p w:rsidR="00306250" w:rsidRDefault="00C55C52">
            <w:pPr>
              <w:spacing w:before="10" w:after="10"/>
            </w:pPr>
            <w:r>
              <w:rPr>
                <w:b/>
                <w:sz w:val="13"/>
              </w:rPr>
              <w:t>V20</w:t>
            </w:r>
          </w:p>
        </w:tc>
        <w:tc>
          <w:tcPr>
            <w:tcW w:w="4309" w:type="dxa"/>
          </w:tcPr>
          <w:p w:rsidR="00306250" w:rsidRDefault="00C55C52">
            <w:pPr>
              <w:spacing w:before="10" w:after="10"/>
            </w:pPr>
            <w:r>
              <w:rPr>
                <w:sz w:val="13"/>
              </w:rPr>
              <w:t>Benevolence</w:t>
            </w:r>
          </w:p>
        </w:tc>
        <w:tc>
          <w:tcPr>
            <w:tcW w:w="907" w:type="dxa"/>
          </w:tcPr>
          <w:p w:rsidR="00306250" w:rsidRDefault="00306250">
            <w:pPr>
              <w:spacing w:before="10" w:after="10"/>
            </w:pPr>
          </w:p>
        </w:tc>
        <w:tc>
          <w:tcPr>
            <w:tcW w:w="4365" w:type="dxa"/>
          </w:tcPr>
          <w:p w:rsidR="00306250" w:rsidRDefault="00306250">
            <w:pPr>
              <w:spacing w:before="10" w:after="10"/>
            </w:pPr>
          </w:p>
        </w:tc>
      </w:tr>
    </w:tbl>
    <w:p w:rsidR="00306250" w:rsidRDefault="00306250">
      <w:pPr>
        <w:spacing w:after="160"/>
        <w:jc w:val="center"/>
      </w:pPr>
    </w:p>
    <w:p w:rsidR="00306250" w:rsidRDefault="00C55C52">
      <w:pPr>
        <w:spacing w:after="40"/>
        <w:jc w:val="center"/>
      </w:pPr>
      <w:r>
        <w:rPr>
          <w:b/>
          <w:sz w:val="26"/>
        </w:rPr>
        <w:t>KAZANIM SÖZLÜĞÜ</w:t>
      </w:r>
    </w:p>
    <w:p w:rsidR="00306250" w:rsidRDefault="00C55C52">
      <w:pPr>
        <w:spacing w:after="160"/>
        <w:jc w:val="center"/>
      </w:pPr>
      <w:r>
        <w:rPr>
          <w:i/>
        </w:rPr>
        <w:t xml:space="preserve">Haftalık planda kazanımlar kod ile gösterilmiştir; tam karşılıkları aşağıdadır. 3. sınıf öğretim programındaki 138 </w:t>
      </w:r>
      <w:r>
        <w:rPr>
          <w:i/>
        </w:rPr>
        <w:t>kazanıma ek olarak, tekrar (revision) haftalarında işlenen 30 adet 2. sınıf kazanımı da listelenmiştir.</w:t>
      </w:r>
    </w:p>
    <w:tbl>
      <w:tblPr>
        <w:tblW w:w="15705" w:type="dxa"/>
        <w:tblBorders>
          <w:top w:val="single" w:sz="4" w:space="0" w:color="8EA9DB"/>
          <w:left w:val="single" w:sz="4" w:space="0" w:color="8EA9DB"/>
          <w:bottom w:val="single" w:sz="4" w:space="0" w:color="8EA9DB"/>
          <w:right w:val="single" w:sz="4" w:space="0" w:color="8EA9DB"/>
          <w:insideH w:val="single" w:sz="4" w:space="0" w:color="8EA9DB"/>
          <w:insideV w:val="single" w:sz="4" w:space="0" w:color="8EA9DB"/>
        </w:tblBorders>
        <w:tblLayout w:type="fixed"/>
        <w:tblLook w:val="04A0" w:firstRow="1" w:lastRow="0" w:firstColumn="1" w:lastColumn="0" w:noHBand="0" w:noVBand="1"/>
      </w:tblPr>
      <w:tblGrid>
        <w:gridCol w:w="1304"/>
        <w:gridCol w:w="14401"/>
      </w:tblGrid>
      <w:tr w:rsidR="00306250">
        <w:trPr>
          <w:tblHeader/>
        </w:trPr>
        <w:tc>
          <w:tcPr>
            <w:tcW w:w="1304" w:type="dxa"/>
            <w:shd w:val="clear" w:color="auto" w:fill="1F3864"/>
          </w:tcPr>
          <w:p w:rsidR="00306250" w:rsidRDefault="00C55C52">
            <w:pPr>
              <w:spacing w:before="10" w:after="10"/>
              <w:jc w:val="center"/>
            </w:pPr>
            <w:r>
              <w:rPr>
                <w:b/>
                <w:color w:val="FFFFFF"/>
              </w:rPr>
              <w:t>KAZANIM KODU</w:t>
            </w:r>
          </w:p>
        </w:tc>
        <w:tc>
          <w:tcPr>
            <w:tcW w:w="14400" w:type="dxa"/>
            <w:shd w:val="clear" w:color="auto" w:fill="1F3864"/>
          </w:tcPr>
          <w:p w:rsidR="00306250" w:rsidRDefault="00C55C52">
            <w:pPr>
              <w:spacing w:before="10" w:after="10"/>
              <w:jc w:val="center"/>
            </w:pPr>
            <w:r>
              <w:rPr>
                <w:b/>
                <w:color w:val="FFFFFF"/>
              </w:rPr>
              <w:t>KAZANIM</w:t>
            </w:r>
          </w:p>
        </w:tc>
      </w:tr>
      <w:tr w:rsidR="00306250">
        <w:tc>
          <w:tcPr>
            <w:tcW w:w="15705" w:type="dxa"/>
            <w:gridSpan w:val="2"/>
            <w:shd w:val="clear" w:color="auto" w:fill="D9E2F3"/>
          </w:tcPr>
          <w:p w:rsidR="00306250" w:rsidRDefault="00C55C52">
            <w:pPr>
              <w:spacing w:before="10" w:after="10"/>
            </w:pPr>
            <w:r>
              <w:rPr>
                <w:b/>
              </w:rPr>
              <w:t>ENG.2.1</w:t>
            </w:r>
          </w:p>
        </w:tc>
      </w:tr>
      <w:tr w:rsidR="00306250">
        <w:trPr>
          <w:cantSplit/>
        </w:trPr>
        <w:tc>
          <w:tcPr>
            <w:tcW w:w="1304" w:type="dxa"/>
          </w:tcPr>
          <w:p w:rsidR="00306250" w:rsidRDefault="00C55C52">
            <w:pPr>
              <w:spacing w:before="10" w:after="10"/>
            </w:pPr>
            <w:r>
              <w:rPr>
                <w:b/>
                <w:sz w:val="14"/>
              </w:rPr>
              <w:t>ENG.2.1.G1</w:t>
            </w:r>
          </w:p>
        </w:tc>
        <w:tc>
          <w:tcPr>
            <w:tcW w:w="14400" w:type="dxa"/>
          </w:tcPr>
          <w:p w:rsidR="00306250" w:rsidRDefault="00C55C52">
            <w:pPr>
              <w:spacing w:before="10" w:after="10"/>
            </w:pPr>
            <w:r>
              <w:rPr>
                <w:sz w:val="14"/>
              </w:rPr>
              <w:t xml:space="preserve">Pupils can select and use the language including target grammatical elements of the current content about </w:t>
            </w:r>
            <w:r>
              <w:rPr>
                <w:sz w:val="14"/>
              </w:rPr>
              <w:t>“greetings and introductions at school; people and places at school; days of the week; national days and celebrations” accurately, authentically, spontaneously, and naturally and use it appropriately and effectively when communicating with others.</w:t>
            </w:r>
          </w:p>
        </w:tc>
      </w:tr>
      <w:tr w:rsidR="00306250">
        <w:trPr>
          <w:cantSplit/>
        </w:trPr>
        <w:tc>
          <w:tcPr>
            <w:tcW w:w="1304" w:type="dxa"/>
          </w:tcPr>
          <w:p w:rsidR="00306250" w:rsidRDefault="00C55C52">
            <w:pPr>
              <w:spacing w:before="10" w:after="10"/>
            </w:pPr>
            <w:r>
              <w:rPr>
                <w:b/>
                <w:sz w:val="14"/>
              </w:rPr>
              <w:t>ENG.2.1.R3</w:t>
            </w:r>
          </w:p>
        </w:tc>
        <w:tc>
          <w:tcPr>
            <w:tcW w:w="14400" w:type="dxa"/>
          </w:tcPr>
          <w:p w:rsidR="00306250" w:rsidRDefault="00C55C52">
            <w:pPr>
              <w:spacing w:before="10" w:after="10"/>
            </w:pPr>
            <w:r>
              <w:rPr>
                <w:sz w:val="14"/>
              </w:rPr>
              <w:t>Pupils can make meaning of/derive meaning from the current content about “greetings and introductions at school; people and places at school; days of the week; national days and celebrations” by reading it carefully.</w:t>
            </w:r>
          </w:p>
        </w:tc>
      </w:tr>
      <w:tr w:rsidR="00306250">
        <w:trPr>
          <w:cantSplit/>
        </w:trPr>
        <w:tc>
          <w:tcPr>
            <w:tcW w:w="1304" w:type="dxa"/>
          </w:tcPr>
          <w:p w:rsidR="00306250" w:rsidRDefault="00C55C52">
            <w:pPr>
              <w:spacing w:before="10" w:after="10"/>
            </w:pPr>
            <w:r>
              <w:rPr>
                <w:b/>
                <w:sz w:val="14"/>
              </w:rPr>
              <w:t>ENG.2.1.S3</w:t>
            </w:r>
          </w:p>
        </w:tc>
        <w:tc>
          <w:tcPr>
            <w:tcW w:w="14400" w:type="dxa"/>
          </w:tcPr>
          <w:p w:rsidR="00306250" w:rsidRDefault="00C55C52">
            <w:pPr>
              <w:spacing w:before="10" w:after="10"/>
            </w:pPr>
            <w:r>
              <w:rPr>
                <w:sz w:val="14"/>
              </w:rPr>
              <w:t>Pupils can organ</w:t>
            </w:r>
            <w:r>
              <w:rPr>
                <w:sz w:val="14"/>
              </w:rPr>
              <w:t>ise simple new verbal content on “greetings and introductions at school; people and places at school; days of the week; national days and celebrations” by speaking accurately, efficiently, and authentically.</w:t>
            </w:r>
          </w:p>
        </w:tc>
      </w:tr>
      <w:tr w:rsidR="00306250">
        <w:trPr>
          <w:cantSplit/>
        </w:trPr>
        <w:tc>
          <w:tcPr>
            <w:tcW w:w="1304" w:type="dxa"/>
          </w:tcPr>
          <w:p w:rsidR="00306250" w:rsidRDefault="00C55C52">
            <w:pPr>
              <w:spacing w:before="10" w:after="10"/>
            </w:pPr>
            <w:r>
              <w:rPr>
                <w:b/>
                <w:sz w:val="14"/>
              </w:rPr>
              <w:lastRenderedPageBreak/>
              <w:t>ENG.2.1.V1</w:t>
            </w:r>
          </w:p>
        </w:tc>
        <w:tc>
          <w:tcPr>
            <w:tcW w:w="14400" w:type="dxa"/>
          </w:tcPr>
          <w:p w:rsidR="00306250" w:rsidRDefault="00C55C52">
            <w:pPr>
              <w:spacing w:before="10" w:after="10"/>
            </w:pPr>
            <w:r>
              <w:rPr>
                <w:sz w:val="14"/>
              </w:rPr>
              <w:t>Pupils can select and use the target</w:t>
            </w:r>
            <w:r>
              <w:rPr>
                <w:sz w:val="14"/>
              </w:rPr>
              <w:t xml:space="preserve"> vocabulary of the current content about “greetings and introductions at school; people and places at school; days of the week; national days and celebrations” accurately, authentically, spontaneously, and naturally and use it appropriately and effectively</w:t>
            </w:r>
            <w:r>
              <w:rPr>
                <w:sz w:val="14"/>
              </w:rPr>
              <w:t xml:space="preserve"> when communicating with others.</w:t>
            </w:r>
          </w:p>
        </w:tc>
      </w:tr>
      <w:tr w:rsidR="00306250">
        <w:trPr>
          <w:cantSplit/>
        </w:trPr>
        <w:tc>
          <w:tcPr>
            <w:tcW w:w="1304" w:type="dxa"/>
          </w:tcPr>
          <w:p w:rsidR="00306250" w:rsidRDefault="00C55C52">
            <w:pPr>
              <w:spacing w:before="10" w:after="10"/>
            </w:pPr>
            <w:r>
              <w:rPr>
                <w:b/>
                <w:sz w:val="14"/>
              </w:rPr>
              <w:t>ENG.2.1.W6</w:t>
            </w:r>
          </w:p>
        </w:tc>
        <w:tc>
          <w:tcPr>
            <w:tcW w:w="14400" w:type="dxa"/>
          </w:tcPr>
          <w:p w:rsidR="00306250" w:rsidRDefault="00C55C52">
            <w:pPr>
              <w:spacing w:before="10" w:after="10"/>
            </w:pPr>
            <w:r>
              <w:rPr>
                <w:sz w:val="14"/>
              </w:rPr>
              <w:t>Pupils can convey their knowledge, experiences, thoughts, and feelings related to the writing-expression process about the current content, “greetings and introductions at school; people and places at school; da</w:t>
            </w:r>
            <w:r>
              <w:rPr>
                <w:sz w:val="14"/>
              </w:rPr>
              <w:t>ys of the week; national days and celebrations” very simply for reflection in relation to themselves or others, both individually and/or with others.</w:t>
            </w:r>
          </w:p>
        </w:tc>
      </w:tr>
      <w:tr w:rsidR="00306250">
        <w:tc>
          <w:tcPr>
            <w:tcW w:w="15705" w:type="dxa"/>
            <w:gridSpan w:val="2"/>
            <w:shd w:val="clear" w:color="auto" w:fill="D9E2F3"/>
          </w:tcPr>
          <w:p w:rsidR="00306250" w:rsidRDefault="00C55C52">
            <w:pPr>
              <w:spacing w:before="10" w:after="10"/>
            </w:pPr>
            <w:r>
              <w:rPr>
                <w:b/>
              </w:rPr>
              <w:t>ENG.2.2</w:t>
            </w:r>
          </w:p>
        </w:tc>
      </w:tr>
      <w:tr w:rsidR="00306250">
        <w:trPr>
          <w:cantSplit/>
        </w:trPr>
        <w:tc>
          <w:tcPr>
            <w:tcW w:w="1304" w:type="dxa"/>
          </w:tcPr>
          <w:p w:rsidR="00306250" w:rsidRDefault="00C55C52">
            <w:pPr>
              <w:spacing w:before="10" w:after="10"/>
            </w:pPr>
            <w:r>
              <w:rPr>
                <w:b/>
                <w:sz w:val="14"/>
              </w:rPr>
              <w:t>ENG.2.2.G1</w:t>
            </w:r>
          </w:p>
        </w:tc>
        <w:tc>
          <w:tcPr>
            <w:tcW w:w="14400" w:type="dxa"/>
          </w:tcPr>
          <w:p w:rsidR="00306250" w:rsidRDefault="00C55C52">
            <w:pPr>
              <w:spacing w:before="10" w:after="10"/>
            </w:pPr>
            <w:r>
              <w:rPr>
                <w:sz w:val="14"/>
              </w:rPr>
              <w:t xml:space="preserve">Pupils can select and use the language including target grammatical elements of the </w:t>
            </w:r>
            <w:r>
              <w:rPr>
                <w:sz w:val="14"/>
              </w:rPr>
              <w:t>current content about “classroom life with classroom instructions and language; classroom furniture, devices and objects; colours” accurately, authentically, spontaneously, and naturally and use it appropriately and effectively when communicating with othe</w:t>
            </w:r>
            <w:r>
              <w:rPr>
                <w:sz w:val="14"/>
              </w:rPr>
              <w:t>rs.</w:t>
            </w:r>
          </w:p>
        </w:tc>
      </w:tr>
      <w:tr w:rsidR="00306250">
        <w:trPr>
          <w:cantSplit/>
        </w:trPr>
        <w:tc>
          <w:tcPr>
            <w:tcW w:w="1304" w:type="dxa"/>
          </w:tcPr>
          <w:p w:rsidR="00306250" w:rsidRDefault="00C55C52">
            <w:pPr>
              <w:spacing w:before="10" w:after="10"/>
            </w:pPr>
            <w:r>
              <w:rPr>
                <w:b/>
                <w:sz w:val="14"/>
              </w:rPr>
              <w:t>ENG.2.2.R3</w:t>
            </w:r>
          </w:p>
        </w:tc>
        <w:tc>
          <w:tcPr>
            <w:tcW w:w="14400" w:type="dxa"/>
          </w:tcPr>
          <w:p w:rsidR="00306250" w:rsidRDefault="00C55C52">
            <w:pPr>
              <w:spacing w:before="10" w:after="10"/>
            </w:pPr>
            <w:r>
              <w:rPr>
                <w:sz w:val="14"/>
              </w:rPr>
              <w:t>Pupils can make meaning of/derive meaning from the current content about “classroom life with classroom instructions and language; classroom furniture, devices and objects; colours” by reading it carefully.</w:t>
            </w:r>
          </w:p>
        </w:tc>
      </w:tr>
      <w:tr w:rsidR="00306250">
        <w:trPr>
          <w:cantSplit/>
        </w:trPr>
        <w:tc>
          <w:tcPr>
            <w:tcW w:w="1304" w:type="dxa"/>
          </w:tcPr>
          <w:p w:rsidR="00306250" w:rsidRDefault="00C55C52">
            <w:pPr>
              <w:spacing w:before="10" w:after="10"/>
            </w:pPr>
            <w:r>
              <w:rPr>
                <w:b/>
                <w:sz w:val="14"/>
              </w:rPr>
              <w:t>ENG.2.2.S3</w:t>
            </w:r>
          </w:p>
        </w:tc>
        <w:tc>
          <w:tcPr>
            <w:tcW w:w="14400" w:type="dxa"/>
          </w:tcPr>
          <w:p w:rsidR="00306250" w:rsidRDefault="00C55C52">
            <w:pPr>
              <w:spacing w:before="10" w:after="10"/>
            </w:pPr>
            <w:r>
              <w:rPr>
                <w:sz w:val="14"/>
              </w:rPr>
              <w:t>Pupils can organise s</w:t>
            </w:r>
            <w:r>
              <w:rPr>
                <w:sz w:val="14"/>
              </w:rPr>
              <w:t>imple new verbal content on “classroom life with classroom instructions and language; classroom furniture, devices and objects; colours” by speaking accurately, efficiently, and authentically.</w:t>
            </w:r>
          </w:p>
        </w:tc>
      </w:tr>
      <w:tr w:rsidR="00306250">
        <w:trPr>
          <w:cantSplit/>
        </w:trPr>
        <w:tc>
          <w:tcPr>
            <w:tcW w:w="1304" w:type="dxa"/>
          </w:tcPr>
          <w:p w:rsidR="00306250" w:rsidRDefault="00C55C52">
            <w:pPr>
              <w:spacing w:before="10" w:after="10"/>
            </w:pPr>
            <w:r>
              <w:rPr>
                <w:b/>
                <w:sz w:val="14"/>
              </w:rPr>
              <w:t>ENG.2.2.V1</w:t>
            </w:r>
          </w:p>
        </w:tc>
        <w:tc>
          <w:tcPr>
            <w:tcW w:w="14400" w:type="dxa"/>
          </w:tcPr>
          <w:p w:rsidR="00306250" w:rsidRDefault="00C55C52">
            <w:pPr>
              <w:spacing w:before="10" w:after="10"/>
            </w:pPr>
            <w:r>
              <w:rPr>
                <w:sz w:val="14"/>
              </w:rPr>
              <w:t xml:space="preserve">Pupils can select and use the target vocabulary of </w:t>
            </w:r>
            <w:r>
              <w:rPr>
                <w:sz w:val="14"/>
              </w:rPr>
              <w:t xml:space="preserve">the current content about “classroom life with classroom instructions and language; classroom furniture, devices and objects; colours” accurately, authentically, spontaneously, and naturally and use it appropriately and effectively when communicating with </w:t>
            </w:r>
            <w:r>
              <w:rPr>
                <w:sz w:val="14"/>
              </w:rPr>
              <w:t>others.</w:t>
            </w:r>
          </w:p>
        </w:tc>
      </w:tr>
      <w:tr w:rsidR="00306250">
        <w:trPr>
          <w:cantSplit/>
        </w:trPr>
        <w:tc>
          <w:tcPr>
            <w:tcW w:w="1304" w:type="dxa"/>
          </w:tcPr>
          <w:p w:rsidR="00306250" w:rsidRDefault="00C55C52">
            <w:pPr>
              <w:spacing w:before="10" w:after="10"/>
            </w:pPr>
            <w:r>
              <w:rPr>
                <w:b/>
                <w:sz w:val="14"/>
              </w:rPr>
              <w:t>ENG.2.2.W6</w:t>
            </w:r>
          </w:p>
        </w:tc>
        <w:tc>
          <w:tcPr>
            <w:tcW w:w="14400" w:type="dxa"/>
          </w:tcPr>
          <w:p w:rsidR="00306250" w:rsidRDefault="00C55C52">
            <w:pPr>
              <w:spacing w:before="10" w:after="10"/>
            </w:pPr>
            <w:r>
              <w:rPr>
                <w:sz w:val="14"/>
              </w:rPr>
              <w:t xml:space="preserve">Pupils can convey their knowledge, experiences, thoughts, and feelings related to the writing-expression process about the current content, “classroom life with classroom instructions and language; classroom furniture, devices and </w:t>
            </w:r>
            <w:r>
              <w:rPr>
                <w:sz w:val="14"/>
              </w:rPr>
              <w:t>objects; colours” very simply for reflection in relation to themselves or others, both individually and/or with others.</w:t>
            </w:r>
          </w:p>
        </w:tc>
      </w:tr>
      <w:tr w:rsidR="00306250">
        <w:tc>
          <w:tcPr>
            <w:tcW w:w="15705" w:type="dxa"/>
            <w:gridSpan w:val="2"/>
            <w:shd w:val="clear" w:color="auto" w:fill="D9E2F3"/>
          </w:tcPr>
          <w:p w:rsidR="00306250" w:rsidRDefault="00C55C52">
            <w:pPr>
              <w:spacing w:before="10" w:after="10"/>
            </w:pPr>
            <w:r>
              <w:rPr>
                <w:b/>
              </w:rPr>
              <w:t>ENG.2.3</w:t>
            </w:r>
          </w:p>
        </w:tc>
      </w:tr>
      <w:tr w:rsidR="00306250">
        <w:trPr>
          <w:cantSplit/>
        </w:trPr>
        <w:tc>
          <w:tcPr>
            <w:tcW w:w="1304" w:type="dxa"/>
          </w:tcPr>
          <w:p w:rsidR="00306250" w:rsidRDefault="00C55C52">
            <w:pPr>
              <w:spacing w:before="10" w:after="10"/>
            </w:pPr>
            <w:r>
              <w:rPr>
                <w:b/>
                <w:sz w:val="14"/>
              </w:rPr>
              <w:t>ENG.2.3.G1</w:t>
            </w:r>
          </w:p>
        </w:tc>
        <w:tc>
          <w:tcPr>
            <w:tcW w:w="14400" w:type="dxa"/>
          </w:tcPr>
          <w:p w:rsidR="00306250" w:rsidRDefault="00C55C52">
            <w:pPr>
              <w:spacing w:before="10" w:after="10"/>
            </w:pPr>
            <w:r>
              <w:rPr>
                <w:sz w:val="14"/>
              </w:rPr>
              <w:t>Pupils can select and use the language including target grammatical elements of the current content about “personal</w:t>
            </w:r>
            <w:r>
              <w:rPr>
                <w:sz w:val="14"/>
              </w:rPr>
              <w:t xml:space="preserve"> life with basic parts of the human body, physical features, clothes, days of the week, ages, and birthdays; weather conditions” accurately, authentically, spontaneously, and naturally and use it appropriately and effectively when communicating with others</w:t>
            </w:r>
            <w:r>
              <w:rPr>
                <w:sz w:val="14"/>
              </w:rPr>
              <w:t>.</w:t>
            </w:r>
          </w:p>
        </w:tc>
      </w:tr>
      <w:tr w:rsidR="00306250">
        <w:trPr>
          <w:cantSplit/>
        </w:trPr>
        <w:tc>
          <w:tcPr>
            <w:tcW w:w="1304" w:type="dxa"/>
          </w:tcPr>
          <w:p w:rsidR="00306250" w:rsidRDefault="00C55C52">
            <w:pPr>
              <w:spacing w:before="10" w:after="10"/>
            </w:pPr>
            <w:r>
              <w:rPr>
                <w:b/>
                <w:sz w:val="14"/>
              </w:rPr>
              <w:t>ENG.2.3.R3</w:t>
            </w:r>
          </w:p>
        </w:tc>
        <w:tc>
          <w:tcPr>
            <w:tcW w:w="14400" w:type="dxa"/>
          </w:tcPr>
          <w:p w:rsidR="00306250" w:rsidRDefault="00C55C52">
            <w:pPr>
              <w:spacing w:before="10" w:after="10"/>
            </w:pPr>
            <w:r>
              <w:rPr>
                <w:sz w:val="14"/>
              </w:rPr>
              <w:t>Pupils can make meaning of/derive meaning from the current content about “personal life with basic parts of the human body, physical features, clothes, days of the week, ages, and birthdays; weather conditions” by reading it carefully.</w:t>
            </w:r>
          </w:p>
        </w:tc>
      </w:tr>
      <w:tr w:rsidR="00306250">
        <w:trPr>
          <w:cantSplit/>
        </w:trPr>
        <w:tc>
          <w:tcPr>
            <w:tcW w:w="1304" w:type="dxa"/>
          </w:tcPr>
          <w:p w:rsidR="00306250" w:rsidRDefault="00C55C52">
            <w:pPr>
              <w:spacing w:before="10" w:after="10"/>
            </w:pPr>
            <w:r>
              <w:rPr>
                <w:b/>
                <w:sz w:val="14"/>
              </w:rPr>
              <w:t>ENG.2</w:t>
            </w:r>
            <w:r>
              <w:rPr>
                <w:b/>
                <w:sz w:val="14"/>
              </w:rPr>
              <w:t>.3.S3</w:t>
            </w:r>
          </w:p>
        </w:tc>
        <w:tc>
          <w:tcPr>
            <w:tcW w:w="14400" w:type="dxa"/>
          </w:tcPr>
          <w:p w:rsidR="00306250" w:rsidRDefault="00C55C52">
            <w:pPr>
              <w:spacing w:before="10" w:after="10"/>
            </w:pPr>
            <w:r>
              <w:rPr>
                <w:sz w:val="14"/>
              </w:rPr>
              <w:t>Pupils can organise simple new verbal content on “personal life with basic parts of the human body, physical features, clothes, days of the week, ages, and birthdays; weather conditions” by speaking accurately, efficiently, and authentically.</w:t>
            </w:r>
          </w:p>
        </w:tc>
      </w:tr>
      <w:tr w:rsidR="00306250">
        <w:trPr>
          <w:cantSplit/>
        </w:trPr>
        <w:tc>
          <w:tcPr>
            <w:tcW w:w="1304" w:type="dxa"/>
          </w:tcPr>
          <w:p w:rsidR="00306250" w:rsidRDefault="00C55C52">
            <w:pPr>
              <w:spacing w:before="10" w:after="10"/>
            </w:pPr>
            <w:r>
              <w:rPr>
                <w:b/>
                <w:sz w:val="14"/>
              </w:rPr>
              <w:t>ENG.2.3.V1</w:t>
            </w:r>
          </w:p>
        </w:tc>
        <w:tc>
          <w:tcPr>
            <w:tcW w:w="14400" w:type="dxa"/>
          </w:tcPr>
          <w:p w:rsidR="00306250" w:rsidRDefault="00C55C52">
            <w:pPr>
              <w:spacing w:before="10" w:after="10"/>
            </w:pPr>
            <w:r>
              <w:rPr>
                <w:sz w:val="14"/>
              </w:rPr>
              <w:t>Pupils can select and use the target vocabulary of the current content about “personal life with basic parts of the human body, physical features, clothes, days of the week, ages, and birthdays; weather conditions” accurately, authentically, spo</w:t>
            </w:r>
            <w:r>
              <w:rPr>
                <w:sz w:val="14"/>
              </w:rPr>
              <w:t>ntaneously, and naturally and use it appropriately and effectively when communicating with others.</w:t>
            </w:r>
          </w:p>
        </w:tc>
      </w:tr>
      <w:tr w:rsidR="00306250">
        <w:trPr>
          <w:cantSplit/>
        </w:trPr>
        <w:tc>
          <w:tcPr>
            <w:tcW w:w="1304" w:type="dxa"/>
          </w:tcPr>
          <w:p w:rsidR="00306250" w:rsidRDefault="00C55C52">
            <w:pPr>
              <w:spacing w:before="10" w:after="10"/>
            </w:pPr>
            <w:r>
              <w:rPr>
                <w:b/>
                <w:sz w:val="14"/>
              </w:rPr>
              <w:t>ENG.2.3.W6</w:t>
            </w:r>
          </w:p>
        </w:tc>
        <w:tc>
          <w:tcPr>
            <w:tcW w:w="14400" w:type="dxa"/>
          </w:tcPr>
          <w:p w:rsidR="00306250" w:rsidRDefault="00C55C52">
            <w:pPr>
              <w:spacing w:before="10" w:after="10"/>
            </w:pPr>
            <w:r>
              <w:rPr>
                <w:sz w:val="14"/>
              </w:rPr>
              <w:t>Pupils can convey their knowledge, experiences, thoughts, and feelings related to the writing-expression process about the current content, “pers</w:t>
            </w:r>
            <w:r>
              <w:rPr>
                <w:sz w:val="14"/>
              </w:rPr>
              <w:t>onal life with basic parts of the human body, physical features, clothes, days of the week, ages, and birthdays; weather conditions” very simply for reflection in relation to themselves or others, both individually and/or with others.</w:t>
            </w:r>
          </w:p>
        </w:tc>
      </w:tr>
      <w:tr w:rsidR="00306250">
        <w:tc>
          <w:tcPr>
            <w:tcW w:w="15705" w:type="dxa"/>
            <w:gridSpan w:val="2"/>
            <w:shd w:val="clear" w:color="auto" w:fill="D9E2F3"/>
          </w:tcPr>
          <w:p w:rsidR="00306250" w:rsidRDefault="00C55C52">
            <w:pPr>
              <w:spacing w:before="10" w:after="10"/>
            </w:pPr>
            <w:r>
              <w:rPr>
                <w:b/>
              </w:rPr>
              <w:t>ENG.2.4</w:t>
            </w:r>
          </w:p>
        </w:tc>
      </w:tr>
      <w:tr w:rsidR="00306250">
        <w:trPr>
          <w:cantSplit/>
        </w:trPr>
        <w:tc>
          <w:tcPr>
            <w:tcW w:w="1304" w:type="dxa"/>
          </w:tcPr>
          <w:p w:rsidR="00306250" w:rsidRDefault="00C55C52">
            <w:pPr>
              <w:spacing w:before="10" w:after="10"/>
            </w:pPr>
            <w:r>
              <w:rPr>
                <w:b/>
                <w:sz w:val="14"/>
              </w:rPr>
              <w:t>ENG.2.4.G1</w:t>
            </w:r>
          </w:p>
        </w:tc>
        <w:tc>
          <w:tcPr>
            <w:tcW w:w="14400" w:type="dxa"/>
          </w:tcPr>
          <w:p w:rsidR="00306250" w:rsidRDefault="00C55C52">
            <w:pPr>
              <w:spacing w:before="10" w:after="10"/>
            </w:pPr>
            <w:r>
              <w:rPr>
                <w:sz w:val="14"/>
              </w:rPr>
              <w:t>Pupils can select and use the language including target grammatical elements of the current content about “family life with family members and family members’ physical appearances and physical features” accurately, authentically, spontaneously, and natural</w:t>
            </w:r>
            <w:r>
              <w:rPr>
                <w:sz w:val="14"/>
              </w:rPr>
              <w:t>ly and use it appropriately and effectively when communicating with others.</w:t>
            </w:r>
          </w:p>
        </w:tc>
      </w:tr>
      <w:tr w:rsidR="00306250">
        <w:trPr>
          <w:cantSplit/>
        </w:trPr>
        <w:tc>
          <w:tcPr>
            <w:tcW w:w="1304" w:type="dxa"/>
          </w:tcPr>
          <w:p w:rsidR="00306250" w:rsidRDefault="00C55C52">
            <w:pPr>
              <w:spacing w:before="10" w:after="10"/>
            </w:pPr>
            <w:r>
              <w:rPr>
                <w:b/>
                <w:sz w:val="14"/>
              </w:rPr>
              <w:t>ENG.2.4.R3</w:t>
            </w:r>
          </w:p>
        </w:tc>
        <w:tc>
          <w:tcPr>
            <w:tcW w:w="14400" w:type="dxa"/>
          </w:tcPr>
          <w:p w:rsidR="00306250" w:rsidRDefault="00C55C52">
            <w:pPr>
              <w:spacing w:before="10" w:after="10"/>
            </w:pPr>
            <w:r>
              <w:rPr>
                <w:sz w:val="14"/>
              </w:rPr>
              <w:t xml:space="preserve">Pupils can make meaning of/derive meaning from the current content about “family life with family members and family members’ physical appearances and physical </w:t>
            </w:r>
            <w:r>
              <w:rPr>
                <w:sz w:val="14"/>
              </w:rPr>
              <w:t>features” by reading it carefully.</w:t>
            </w:r>
          </w:p>
        </w:tc>
      </w:tr>
      <w:tr w:rsidR="00306250">
        <w:trPr>
          <w:cantSplit/>
        </w:trPr>
        <w:tc>
          <w:tcPr>
            <w:tcW w:w="1304" w:type="dxa"/>
          </w:tcPr>
          <w:p w:rsidR="00306250" w:rsidRDefault="00C55C52">
            <w:pPr>
              <w:spacing w:before="10" w:after="10"/>
            </w:pPr>
            <w:r>
              <w:rPr>
                <w:b/>
                <w:sz w:val="14"/>
              </w:rPr>
              <w:t>ENG.2.4.S3</w:t>
            </w:r>
          </w:p>
        </w:tc>
        <w:tc>
          <w:tcPr>
            <w:tcW w:w="14400" w:type="dxa"/>
          </w:tcPr>
          <w:p w:rsidR="00306250" w:rsidRDefault="00C55C52">
            <w:pPr>
              <w:spacing w:before="10" w:after="10"/>
            </w:pPr>
            <w:r>
              <w:rPr>
                <w:sz w:val="14"/>
              </w:rPr>
              <w:t>Pupils can organise simple new verbal content on “family life with family members and family members’ physical appearances and physical features” by speaking accurately, efficiently, and authentically.</w:t>
            </w:r>
          </w:p>
        </w:tc>
      </w:tr>
      <w:tr w:rsidR="00306250">
        <w:trPr>
          <w:cantSplit/>
        </w:trPr>
        <w:tc>
          <w:tcPr>
            <w:tcW w:w="1304" w:type="dxa"/>
          </w:tcPr>
          <w:p w:rsidR="00306250" w:rsidRDefault="00C55C52">
            <w:pPr>
              <w:spacing w:before="10" w:after="10"/>
            </w:pPr>
            <w:r>
              <w:rPr>
                <w:b/>
                <w:sz w:val="14"/>
              </w:rPr>
              <w:t>ENG.2.</w:t>
            </w:r>
            <w:r>
              <w:rPr>
                <w:b/>
                <w:sz w:val="14"/>
              </w:rPr>
              <w:t>4.V1</w:t>
            </w:r>
          </w:p>
        </w:tc>
        <w:tc>
          <w:tcPr>
            <w:tcW w:w="14400" w:type="dxa"/>
          </w:tcPr>
          <w:p w:rsidR="00306250" w:rsidRDefault="00C55C52">
            <w:pPr>
              <w:spacing w:before="10" w:after="10"/>
            </w:pPr>
            <w:r>
              <w:rPr>
                <w:sz w:val="14"/>
              </w:rPr>
              <w:t>Pupils can select and use the target vocabulary of the current content about “family life with family members and family members’ physical appearances and physical features” accurately, authentically, spontaneously, and naturally and use it appropriat</w:t>
            </w:r>
            <w:r>
              <w:rPr>
                <w:sz w:val="14"/>
              </w:rPr>
              <w:t>ely and effectively when communicating with others.</w:t>
            </w:r>
          </w:p>
        </w:tc>
      </w:tr>
      <w:tr w:rsidR="00306250">
        <w:trPr>
          <w:cantSplit/>
        </w:trPr>
        <w:tc>
          <w:tcPr>
            <w:tcW w:w="1304" w:type="dxa"/>
          </w:tcPr>
          <w:p w:rsidR="00306250" w:rsidRDefault="00C55C52">
            <w:pPr>
              <w:spacing w:before="10" w:after="10"/>
            </w:pPr>
            <w:r>
              <w:rPr>
                <w:b/>
                <w:sz w:val="14"/>
              </w:rPr>
              <w:t>ENG.2.4.W6</w:t>
            </w:r>
          </w:p>
        </w:tc>
        <w:tc>
          <w:tcPr>
            <w:tcW w:w="14400" w:type="dxa"/>
          </w:tcPr>
          <w:p w:rsidR="00306250" w:rsidRDefault="00C55C52">
            <w:pPr>
              <w:spacing w:before="10" w:after="10"/>
            </w:pPr>
            <w:r>
              <w:rPr>
                <w:sz w:val="14"/>
              </w:rPr>
              <w:t>Pupils can convey their knowledge, experiences, thoughts, and feelings related to the writing-expression process about the current content, “family life with family members and family members’</w:t>
            </w:r>
            <w:r>
              <w:rPr>
                <w:sz w:val="14"/>
              </w:rPr>
              <w:t xml:space="preserve"> physical appearances and physical features” very simply for reflection in relation to themselves or others, both individually and/or with others.</w:t>
            </w:r>
          </w:p>
        </w:tc>
      </w:tr>
      <w:tr w:rsidR="00306250">
        <w:tc>
          <w:tcPr>
            <w:tcW w:w="15705" w:type="dxa"/>
            <w:gridSpan w:val="2"/>
            <w:shd w:val="clear" w:color="auto" w:fill="D9E2F3"/>
          </w:tcPr>
          <w:p w:rsidR="00306250" w:rsidRDefault="00C55C52">
            <w:pPr>
              <w:spacing w:before="10" w:after="10"/>
            </w:pPr>
            <w:r>
              <w:rPr>
                <w:b/>
              </w:rPr>
              <w:t>ENG.2.5</w:t>
            </w:r>
          </w:p>
        </w:tc>
      </w:tr>
      <w:tr w:rsidR="00306250">
        <w:trPr>
          <w:cantSplit/>
        </w:trPr>
        <w:tc>
          <w:tcPr>
            <w:tcW w:w="1304" w:type="dxa"/>
          </w:tcPr>
          <w:p w:rsidR="00306250" w:rsidRDefault="00C55C52">
            <w:pPr>
              <w:spacing w:before="10" w:after="10"/>
            </w:pPr>
            <w:r>
              <w:rPr>
                <w:b/>
                <w:sz w:val="14"/>
              </w:rPr>
              <w:t>ENG.2.5.G1</w:t>
            </w:r>
          </w:p>
        </w:tc>
        <w:tc>
          <w:tcPr>
            <w:tcW w:w="14400" w:type="dxa"/>
          </w:tcPr>
          <w:p w:rsidR="00306250" w:rsidRDefault="00C55C52">
            <w:pPr>
              <w:spacing w:before="10" w:after="10"/>
            </w:pPr>
            <w:r>
              <w:rPr>
                <w:sz w:val="14"/>
              </w:rPr>
              <w:t xml:space="preserve">Pupils can select and use the language including target grammatical elements of the </w:t>
            </w:r>
            <w:r>
              <w:rPr>
                <w:sz w:val="14"/>
              </w:rPr>
              <w:t>current content about “homes, houses and neighbourhoods with parts, rooms and furniture in the house; pets in the house” accurately, authentically, spontaneously, and naturally and use it appropriately and effectively when communicating with others.</w:t>
            </w:r>
          </w:p>
        </w:tc>
      </w:tr>
      <w:tr w:rsidR="00306250">
        <w:trPr>
          <w:cantSplit/>
        </w:trPr>
        <w:tc>
          <w:tcPr>
            <w:tcW w:w="1304" w:type="dxa"/>
          </w:tcPr>
          <w:p w:rsidR="00306250" w:rsidRDefault="00C55C52">
            <w:pPr>
              <w:spacing w:before="10" w:after="10"/>
            </w:pPr>
            <w:r>
              <w:rPr>
                <w:b/>
                <w:sz w:val="14"/>
              </w:rPr>
              <w:t>ENG.2</w:t>
            </w:r>
            <w:r>
              <w:rPr>
                <w:b/>
                <w:sz w:val="14"/>
              </w:rPr>
              <w:t>.5.R3</w:t>
            </w:r>
          </w:p>
        </w:tc>
        <w:tc>
          <w:tcPr>
            <w:tcW w:w="14400" w:type="dxa"/>
          </w:tcPr>
          <w:p w:rsidR="00306250" w:rsidRDefault="00C55C52">
            <w:pPr>
              <w:spacing w:before="10" w:after="10"/>
            </w:pPr>
            <w:r>
              <w:rPr>
                <w:sz w:val="14"/>
              </w:rPr>
              <w:t>Pupils can make meaning of/derive meaning from the current content about “homes, houses and neighbourhoods with parts, rooms and furniture in the house; pets in the house” by reading it carefully.</w:t>
            </w:r>
          </w:p>
        </w:tc>
      </w:tr>
      <w:tr w:rsidR="00306250">
        <w:trPr>
          <w:cantSplit/>
        </w:trPr>
        <w:tc>
          <w:tcPr>
            <w:tcW w:w="1304" w:type="dxa"/>
          </w:tcPr>
          <w:p w:rsidR="00306250" w:rsidRDefault="00C55C52">
            <w:pPr>
              <w:spacing w:before="10" w:after="10"/>
            </w:pPr>
            <w:r>
              <w:rPr>
                <w:b/>
                <w:sz w:val="14"/>
              </w:rPr>
              <w:t>ENG.2.5.S3</w:t>
            </w:r>
          </w:p>
        </w:tc>
        <w:tc>
          <w:tcPr>
            <w:tcW w:w="14400" w:type="dxa"/>
          </w:tcPr>
          <w:p w:rsidR="00306250" w:rsidRDefault="00C55C52">
            <w:pPr>
              <w:spacing w:before="10" w:after="10"/>
            </w:pPr>
            <w:r>
              <w:rPr>
                <w:sz w:val="14"/>
              </w:rPr>
              <w:t>Pupils can organise simple new verbal con</w:t>
            </w:r>
            <w:r>
              <w:rPr>
                <w:sz w:val="14"/>
              </w:rPr>
              <w:t>tent on “homes, houses and neighbourhoods with parts, rooms and furniture in the house; pets in the house” by speaking accurately, efficiently, and authentically.</w:t>
            </w:r>
          </w:p>
        </w:tc>
      </w:tr>
      <w:tr w:rsidR="00306250">
        <w:trPr>
          <w:cantSplit/>
        </w:trPr>
        <w:tc>
          <w:tcPr>
            <w:tcW w:w="1304" w:type="dxa"/>
          </w:tcPr>
          <w:p w:rsidR="00306250" w:rsidRDefault="00C55C52">
            <w:pPr>
              <w:spacing w:before="10" w:after="10"/>
            </w:pPr>
            <w:r>
              <w:rPr>
                <w:b/>
                <w:sz w:val="14"/>
              </w:rPr>
              <w:t>ENG.2.5.V1</w:t>
            </w:r>
          </w:p>
        </w:tc>
        <w:tc>
          <w:tcPr>
            <w:tcW w:w="14400" w:type="dxa"/>
          </w:tcPr>
          <w:p w:rsidR="00306250" w:rsidRDefault="00C55C52">
            <w:pPr>
              <w:spacing w:before="10" w:after="10"/>
            </w:pPr>
            <w:r>
              <w:rPr>
                <w:sz w:val="14"/>
              </w:rPr>
              <w:t>Pupils can select and use the target vocabulary of the current content about “hom</w:t>
            </w:r>
            <w:r>
              <w:rPr>
                <w:sz w:val="14"/>
              </w:rPr>
              <w:t>es, houses and neighbourhoods with parts, rooms and furniture in the house; pets in the house” accurately, authentically, spontaneously, and naturally and use it appropriately and effectively when communicating with others.</w:t>
            </w:r>
          </w:p>
        </w:tc>
      </w:tr>
      <w:tr w:rsidR="00306250">
        <w:trPr>
          <w:cantSplit/>
        </w:trPr>
        <w:tc>
          <w:tcPr>
            <w:tcW w:w="1304" w:type="dxa"/>
          </w:tcPr>
          <w:p w:rsidR="00306250" w:rsidRDefault="00C55C52">
            <w:pPr>
              <w:spacing w:before="10" w:after="10"/>
            </w:pPr>
            <w:r>
              <w:rPr>
                <w:b/>
                <w:sz w:val="14"/>
              </w:rPr>
              <w:t>ENG.2.5.W6</w:t>
            </w:r>
          </w:p>
        </w:tc>
        <w:tc>
          <w:tcPr>
            <w:tcW w:w="14400" w:type="dxa"/>
          </w:tcPr>
          <w:p w:rsidR="00306250" w:rsidRDefault="00C55C52">
            <w:pPr>
              <w:spacing w:before="10" w:after="10"/>
            </w:pPr>
            <w:r>
              <w:rPr>
                <w:sz w:val="14"/>
              </w:rPr>
              <w:t>Pupils can convey th</w:t>
            </w:r>
            <w:r>
              <w:rPr>
                <w:sz w:val="14"/>
              </w:rPr>
              <w:t>eir knowledge, experiences, thoughts, and feelings related to the writing-expression process about the current content, “homes, houses and neighbourhoods with parts, rooms and furniture in the house; pets in the house” very simply for reflection in relatio</w:t>
            </w:r>
            <w:r>
              <w:rPr>
                <w:sz w:val="14"/>
              </w:rPr>
              <w:t>n to themselves or others, both individually and/or with others.</w:t>
            </w:r>
          </w:p>
        </w:tc>
      </w:tr>
      <w:tr w:rsidR="00306250">
        <w:tc>
          <w:tcPr>
            <w:tcW w:w="15705" w:type="dxa"/>
            <w:gridSpan w:val="2"/>
            <w:shd w:val="clear" w:color="auto" w:fill="D9E2F3"/>
          </w:tcPr>
          <w:p w:rsidR="00306250" w:rsidRDefault="00C55C52">
            <w:pPr>
              <w:spacing w:before="10" w:after="10"/>
            </w:pPr>
            <w:r>
              <w:rPr>
                <w:b/>
              </w:rPr>
              <w:t>ENG.2.6</w:t>
            </w:r>
          </w:p>
        </w:tc>
      </w:tr>
      <w:tr w:rsidR="00306250">
        <w:trPr>
          <w:cantSplit/>
        </w:trPr>
        <w:tc>
          <w:tcPr>
            <w:tcW w:w="1304" w:type="dxa"/>
          </w:tcPr>
          <w:p w:rsidR="00306250" w:rsidRDefault="00C55C52">
            <w:pPr>
              <w:spacing w:before="10" w:after="10"/>
            </w:pPr>
            <w:r>
              <w:rPr>
                <w:b/>
                <w:sz w:val="14"/>
              </w:rPr>
              <w:t>ENG.2.6.G1</w:t>
            </w:r>
          </w:p>
        </w:tc>
        <w:tc>
          <w:tcPr>
            <w:tcW w:w="14400" w:type="dxa"/>
          </w:tcPr>
          <w:p w:rsidR="00306250" w:rsidRDefault="00C55C52">
            <w:pPr>
              <w:spacing w:before="10" w:after="10"/>
            </w:pPr>
            <w:r>
              <w:rPr>
                <w:sz w:val="14"/>
              </w:rPr>
              <w:t xml:space="preserve">Pupils can select and use the language including target grammatical elements of the current content about “life in the city and the world with basic food types, items, </w:t>
            </w:r>
            <w:r>
              <w:rPr>
                <w:sz w:val="14"/>
              </w:rPr>
              <w:t>and meals” accurately, authentically, spontaneously, and naturally and use it appropriately and effectively when communicating with others.</w:t>
            </w:r>
          </w:p>
        </w:tc>
      </w:tr>
      <w:tr w:rsidR="00306250">
        <w:trPr>
          <w:cantSplit/>
        </w:trPr>
        <w:tc>
          <w:tcPr>
            <w:tcW w:w="1304" w:type="dxa"/>
          </w:tcPr>
          <w:p w:rsidR="00306250" w:rsidRDefault="00C55C52">
            <w:pPr>
              <w:spacing w:before="10" w:after="10"/>
            </w:pPr>
            <w:r>
              <w:rPr>
                <w:b/>
                <w:sz w:val="14"/>
              </w:rPr>
              <w:t>ENG.2.6.R3</w:t>
            </w:r>
          </w:p>
        </w:tc>
        <w:tc>
          <w:tcPr>
            <w:tcW w:w="14400" w:type="dxa"/>
          </w:tcPr>
          <w:p w:rsidR="00306250" w:rsidRDefault="00C55C52">
            <w:pPr>
              <w:spacing w:before="10" w:after="10"/>
            </w:pPr>
            <w:r>
              <w:rPr>
                <w:sz w:val="14"/>
              </w:rPr>
              <w:t>Pupils can make meaning of/derive meaning from the current content about “life in the city and the world</w:t>
            </w:r>
            <w:r>
              <w:rPr>
                <w:sz w:val="14"/>
              </w:rPr>
              <w:t xml:space="preserve"> with basic food types, items, and meals” by reading it carefully.</w:t>
            </w:r>
          </w:p>
        </w:tc>
      </w:tr>
      <w:tr w:rsidR="00306250">
        <w:trPr>
          <w:cantSplit/>
        </w:trPr>
        <w:tc>
          <w:tcPr>
            <w:tcW w:w="1304" w:type="dxa"/>
          </w:tcPr>
          <w:p w:rsidR="00306250" w:rsidRDefault="00C55C52">
            <w:pPr>
              <w:spacing w:before="10" w:after="10"/>
            </w:pPr>
            <w:r>
              <w:rPr>
                <w:b/>
                <w:sz w:val="14"/>
              </w:rPr>
              <w:t>ENG.2.6.S3</w:t>
            </w:r>
          </w:p>
        </w:tc>
        <w:tc>
          <w:tcPr>
            <w:tcW w:w="14400" w:type="dxa"/>
          </w:tcPr>
          <w:p w:rsidR="00306250" w:rsidRDefault="00C55C52">
            <w:pPr>
              <w:spacing w:before="10" w:after="10"/>
            </w:pPr>
            <w:r>
              <w:rPr>
                <w:sz w:val="14"/>
              </w:rPr>
              <w:t>Pupils can organise simple new verbal content on “life in the city and the world with basic food types, items, and meals” by speaking accurately, efficiently, and authentically.</w:t>
            </w:r>
          </w:p>
        </w:tc>
      </w:tr>
      <w:tr w:rsidR="00306250">
        <w:trPr>
          <w:cantSplit/>
        </w:trPr>
        <w:tc>
          <w:tcPr>
            <w:tcW w:w="1304" w:type="dxa"/>
          </w:tcPr>
          <w:p w:rsidR="00306250" w:rsidRDefault="00C55C52">
            <w:pPr>
              <w:spacing w:before="10" w:after="10"/>
            </w:pPr>
            <w:r>
              <w:rPr>
                <w:b/>
                <w:sz w:val="14"/>
              </w:rPr>
              <w:lastRenderedPageBreak/>
              <w:t>ENG.2.6.V1</w:t>
            </w:r>
          </w:p>
        </w:tc>
        <w:tc>
          <w:tcPr>
            <w:tcW w:w="14400" w:type="dxa"/>
          </w:tcPr>
          <w:p w:rsidR="00306250" w:rsidRDefault="00C55C52">
            <w:pPr>
              <w:spacing w:before="10" w:after="10"/>
            </w:pPr>
            <w:r>
              <w:rPr>
                <w:sz w:val="14"/>
              </w:rPr>
              <w:t>Pupils can select and use the target vocabulary of the current content about “life in the city and the world with basic food types, items, and meals” accurately, authentically, spontaneously, and naturally and use it appropriately and effectiv</w:t>
            </w:r>
            <w:r>
              <w:rPr>
                <w:sz w:val="14"/>
              </w:rPr>
              <w:t>ely when communicating with others.</w:t>
            </w:r>
          </w:p>
        </w:tc>
      </w:tr>
      <w:tr w:rsidR="00306250">
        <w:trPr>
          <w:cantSplit/>
        </w:trPr>
        <w:tc>
          <w:tcPr>
            <w:tcW w:w="1304" w:type="dxa"/>
          </w:tcPr>
          <w:p w:rsidR="00306250" w:rsidRDefault="00C55C52">
            <w:pPr>
              <w:spacing w:before="10" w:after="10"/>
            </w:pPr>
            <w:r>
              <w:rPr>
                <w:b/>
                <w:sz w:val="14"/>
              </w:rPr>
              <w:t>ENG.2.6.W6</w:t>
            </w:r>
          </w:p>
        </w:tc>
        <w:tc>
          <w:tcPr>
            <w:tcW w:w="14400" w:type="dxa"/>
          </w:tcPr>
          <w:p w:rsidR="00306250" w:rsidRDefault="00C55C52">
            <w:pPr>
              <w:spacing w:before="10" w:after="10"/>
            </w:pPr>
            <w:r>
              <w:rPr>
                <w:sz w:val="14"/>
              </w:rPr>
              <w:t xml:space="preserve">Pupils can convey their knowledge, experiences, thoughts, and feelings related to the writing-expression process about the current content, “life in the city and the world with basic food types, items, and </w:t>
            </w:r>
            <w:r>
              <w:rPr>
                <w:sz w:val="14"/>
              </w:rPr>
              <w:t>meals” very simply for reflection in relation to themselves or others, both individually and/or with others.</w:t>
            </w:r>
          </w:p>
        </w:tc>
      </w:tr>
      <w:tr w:rsidR="00306250">
        <w:tc>
          <w:tcPr>
            <w:tcW w:w="15705" w:type="dxa"/>
            <w:gridSpan w:val="2"/>
            <w:shd w:val="clear" w:color="auto" w:fill="D9E2F3"/>
          </w:tcPr>
          <w:p w:rsidR="00306250" w:rsidRDefault="00C55C52">
            <w:pPr>
              <w:spacing w:before="10" w:after="10"/>
            </w:pPr>
            <w:r>
              <w:rPr>
                <w:b/>
              </w:rPr>
              <w:t>ENG.3.1</w:t>
            </w:r>
          </w:p>
        </w:tc>
      </w:tr>
      <w:tr w:rsidR="00306250">
        <w:trPr>
          <w:cantSplit/>
        </w:trPr>
        <w:tc>
          <w:tcPr>
            <w:tcW w:w="1304" w:type="dxa"/>
          </w:tcPr>
          <w:p w:rsidR="00306250" w:rsidRDefault="00C55C52">
            <w:pPr>
              <w:spacing w:before="10" w:after="10"/>
            </w:pPr>
            <w:r>
              <w:rPr>
                <w:b/>
                <w:sz w:val="14"/>
              </w:rPr>
              <w:t>ENG.3.1.G1</w:t>
            </w:r>
          </w:p>
        </w:tc>
        <w:tc>
          <w:tcPr>
            <w:tcW w:w="14400" w:type="dxa"/>
          </w:tcPr>
          <w:p w:rsidR="00306250" w:rsidRDefault="00C55C52">
            <w:pPr>
              <w:spacing w:before="10" w:after="10"/>
            </w:pPr>
            <w:r>
              <w:rPr>
                <w:sz w:val="14"/>
              </w:rPr>
              <w:t>Pupils can select and use the language including target grammatical elements of the current content about “school life with gr</w:t>
            </w:r>
            <w:r>
              <w:rPr>
                <w:sz w:val="14"/>
              </w:rPr>
              <w:t>eetings and introductions at school, people and places at school, months of the year, ages and birthday celebrations; national days and celebrations” accurately, authentically, spontaneously, and naturally and use it appropriately and effectively when comm</w:t>
            </w:r>
            <w:r>
              <w:rPr>
                <w:sz w:val="14"/>
              </w:rPr>
              <w:t>unicating with others.</w:t>
            </w:r>
          </w:p>
        </w:tc>
      </w:tr>
      <w:tr w:rsidR="00306250">
        <w:trPr>
          <w:cantSplit/>
        </w:trPr>
        <w:tc>
          <w:tcPr>
            <w:tcW w:w="1304" w:type="dxa"/>
          </w:tcPr>
          <w:p w:rsidR="00306250" w:rsidRDefault="00C55C52">
            <w:pPr>
              <w:spacing w:before="10" w:after="10"/>
            </w:pPr>
            <w:r>
              <w:rPr>
                <w:b/>
                <w:sz w:val="14"/>
              </w:rPr>
              <w:t>ENG.3.1.L1</w:t>
            </w:r>
          </w:p>
        </w:tc>
        <w:tc>
          <w:tcPr>
            <w:tcW w:w="14400" w:type="dxa"/>
          </w:tcPr>
          <w:p w:rsidR="00306250" w:rsidRDefault="00C55C52">
            <w:pPr>
              <w:spacing w:before="10" w:after="10"/>
            </w:pPr>
            <w:r>
              <w:rPr>
                <w:sz w:val="14"/>
              </w:rPr>
              <w:t xml:space="preserve">Pupils can get ready for the listening/watching-comprehension process for the current content on “school life with greetings and introductions at school, people and places at school, months of the year, ages and birthday </w:t>
            </w:r>
            <w:r>
              <w:rPr>
                <w:sz w:val="14"/>
              </w:rPr>
              <w:t>celebrations; national days and celebrations”.</w:t>
            </w:r>
          </w:p>
        </w:tc>
      </w:tr>
      <w:tr w:rsidR="00306250">
        <w:trPr>
          <w:cantSplit/>
        </w:trPr>
        <w:tc>
          <w:tcPr>
            <w:tcW w:w="1304" w:type="dxa"/>
          </w:tcPr>
          <w:p w:rsidR="00306250" w:rsidRDefault="00C55C52">
            <w:pPr>
              <w:spacing w:before="10" w:after="10"/>
            </w:pPr>
            <w:r>
              <w:rPr>
                <w:b/>
                <w:sz w:val="14"/>
              </w:rPr>
              <w:t>ENG.3.1.L2</w:t>
            </w:r>
          </w:p>
        </w:tc>
        <w:tc>
          <w:tcPr>
            <w:tcW w:w="14400" w:type="dxa"/>
          </w:tcPr>
          <w:p w:rsidR="00306250" w:rsidRDefault="00C55C52">
            <w:pPr>
              <w:spacing w:before="10" w:after="10"/>
            </w:pPr>
            <w:r>
              <w:rPr>
                <w:sz w:val="14"/>
              </w:rPr>
              <w:t>Pupils can bring information about the current content on “school life with greetings and introductions at school, people and places at school, months of the year, ages and birthday celebrations; n</w:t>
            </w:r>
            <w:r>
              <w:rPr>
                <w:sz w:val="14"/>
              </w:rPr>
              <w:t>ational days and celebrations” together with key details and main components while listening/watching it.</w:t>
            </w:r>
          </w:p>
        </w:tc>
      </w:tr>
      <w:tr w:rsidR="00306250">
        <w:trPr>
          <w:cantSplit/>
        </w:trPr>
        <w:tc>
          <w:tcPr>
            <w:tcW w:w="1304" w:type="dxa"/>
          </w:tcPr>
          <w:p w:rsidR="00306250" w:rsidRDefault="00C55C52">
            <w:pPr>
              <w:spacing w:before="10" w:after="10"/>
            </w:pPr>
            <w:r>
              <w:rPr>
                <w:b/>
                <w:sz w:val="14"/>
              </w:rPr>
              <w:t>ENG.3.1.L3</w:t>
            </w:r>
          </w:p>
        </w:tc>
        <w:tc>
          <w:tcPr>
            <w:tcW w:w="14400" w:type="dxa"/>
          </w:tcPr>
          <w:p w:rsidR="00306250" w:rsidRDefault="00C55C52">
            <w:pPr>
              <w:spacing w:before="10" w:after="10"/>
            </w:pPr>
            <w:r>
              <w:rPr>
                <w:sz w:val="14"/>
              </w:rPr>
              <w:t xml:space="preserve">Pupils can make meaning of/derive meaning from the current content on “school life with greetings and introductions at school, people and </w:t>
            </w:r>
            <w:r>
              <w:rPr>
                <w:sz w:val="14"/>
              </w:rPr>
              <w:t>places at school, months of the year, ages and birthday celebrations; national days and celebrations” through details by listening/ watching it carefully.</w:t>
            </w:r>
          </w:p>
        </w:tc>
      </w:tr>
      <w:tr w:rsidR="00306250">
        <w:trPr>
          <w:cantSplit/>
        </w:trPr>
        <w:tc>
          <w:tcPr>
            <w:tcW w:w="1304" w:type="dxa"/>
          </w:tcPr>
          <w:p w:rsidR="00306250" w:rsidRDefault="00C55C52">
            <w:pPr>
              <w:spacing w:before="10" w:after="10"/>
            </w:pPr>
            <w:r>
              <w:rPr>
                <w:b/>
                <w:sz w:val="14"/>
              </w:rPr>
              <w:t>ENG.3.1.L4</w:t>
            </w:r>
          </w:p>
        </w:tc>
        <w:tc>
          <w:tcPr>
            <w:tcW w:w="14400" w:type="dxa"/>
          </w:tcPr>
          <w:p w:rsidR="00306250" w:rsidRDefault="00C55C52">
            <w:pPr>
              <w:spacing w:before="10" w:after="10"/>
            </w:pPr>
            <w:r>
              <w:rPr>
                <w:sz w:val="14"/>
              </w:rPr>
              <w:t>Pupils can convey their knowledge, experience, thoughts, and feelings about the whole lis</w:t>
            </w:r>
            <w:r>
              <w:rPr>
                <w:sz w:val="14"/>
              </w:rPr>
              <w:t xml:space="preserve">tening/watching-comprehension process in relation to the current content on “school life with greetings and introductions at school, people and places at school, months of the year, ages and birthday celebrations; national days and celebrations” in a very </w:t>
            </w:r>
            <w:r>
              <w:rPr>
                <w:sz w:val="14"/>
              </w:rPr>
              <w:t>simple way.</w:t>
            </w:r>
          </w:p>
        </w:tc>
      </w:tr>
      <w:tr w:rsidR="00306250">
        <w:trPr>
          <w:cantSplit/>
        </w:trPr>
        <w:tc>
          <w:tcPr>
            <w:tcW w:w="1304" w:type="dxa"/>
          </w:tcPr>
          <w:p w:rsidR="00306250" w:rsidRDefault="00C55C52">
            <w:pPr>
              <w:spacing w:before="10" w:after="10"/>
            </w:pPr>
            <w:r>
              <w:rPr>
                <w:b/>
                <w:sz w:val="14"/>
              </w:rPr>
              <w:t>ENG.3.1.P1</w:t>
            </w:r>
          </w:p>
        </w:tc>
        <w:tc>
          <w:tcPr>
            <w:tcW w:w="14400" w:type="dxa"/>
          </w:tcPr>
          <w:p w:rsidR="00306250" w:rsidRDefault="00C55C52">
            <w:pPr>
              <w:spacing w:before="10" w:after="10"/>
            </w:pPr>
            <w:r>
              <w:rPr>
                <w:sz w:val="14"/>
              </w:rPr>
              <w:t>Pupils can select and use the target phonological elements of the current content about “school life with greetings and introductions at school, people and places at school, months of the year, ages and birthday celebrations; nation</w:t>
            </w:r>
            <w:r>
              <w:rPr>
                <w:sz w:val="14"/>
              </w:rPr>
              <w:t>al days and celebrations” accurately, authentically, and naturally through spontaneous selection and using it in an appropriate and effective way when communicating with others.</w:t>
            </w:r>
          </w:p>
        </w:tc>
      </w:tr>
      <w:tr w:rsidR="00306250">
        <w:trPr>
          <w:cantSplit/>
        </w:trPr>
        <w:tc>
          <w:tcPr>
            <w:tcW w:w="1304" w:type="dxa"/>
          </w:tcPr>
          <w:p w:rsidR="00306250" w:rsidRDefault="00C55C52">
            <w:pPr>
              <w:spacing w:before="10" w:after="10"/>
            </w:pPr>
            <w:r>
              <w:rPr>
                <w:b/>
                <w:sz w:val="14"/>
              </w:rPr>
              <w:t>ENG.3.1.R1</w:t>
            </w:r>
          </w:p>
        </w:tc>
        <w:tc>
          <w:tcPr>
            <w:tcW w:w="14400" w:type="dxa"/>
          </w:tcPr>
          <w:p w:rsidR="00306250" w:rsidRDefault="00C55C52">
            <w:pPr>
              <w:spacing w:before="10" w:after="10"/>
            </w:pPr>
            <w:r>
              <w:rPr>
                <w:sz w:val="14"/>
              </w:rPr>
              <w:t>Pupils can get ready for the reading-comprehension process about t</w:t>
            </w:r>
            <w:r>
              <w:rPr>
                <w:sz w:val="14"/>
              </w:rPr>
              <w:t>he current content on “school life with greetings and introductions at school, people and places at school, months of the year, ages and birthday celebrations; national days and celebrations”.</w:t>
            </w:r>
          </w:p>
        </w:tc>
      </w:tr>
      <w:tr w:rsidR="00306250">
        <w:trPr>
          <w:cantSplit/>
        </w:trPr>
        <w:tc>
          <w:tcPr>
            <w:tcW w:w="1304" w:type="dxa"/>
          </w:tcPr>
          <w:p w:rsidR="00306250" w:rsidRDefault="00C55C52">
            <w:pPr>
              <w:spacing w:before="10" w:after="10"/>
            </w:pPr>
            <w:r>
              <w:rPr>
                <w:b/>
                <w:sz w:val="14"/>
              </w:rPr>
              <w:t>ENG.3.1.R2</w:t>
            </w:r>
          </w:p>
        </w:tc>
        <w:tc>
          <w:tcPr>
            <w:tcW w:w="14400" w:type="dxa"/>
          </w:tcPr>
          <w:p w:rsidR="00306250" w:rsidRDefault="00C55C52">
            <w:pPr>
              <w:spacing w:before="10" w:after="10"/>
            </w:pPr>
            <w:r>
              <w:rPr>
                <w:sz w:val="14"/>
              </w:rPr>
              <w:t>Pupils can bring information about the current cont</w:t>
            </w:r>
            <w:r>
              <w:rPr>
                <w:sz w:val="14"/>
              </w:rPr>
              <w:t>ent on “school life with greetings and introductions at school, people and places at school, months of the year, ages and birthday celebrations; national days and celebrations” through skimming (looking quickly at) the audio-visual elements and reading the</w:t>
            </w:r>
            <w:r>
              <w:rPr>
                <w:sz w:val="14"/>
              </w:rPr>
              <w:t xml:space="preserve"> content very quickly.</w:t>
            </w:r>
          </w:p>
        </w:tc>
      </w:tr>
      <w:tr w:rsidR="00306250">
        <w:trPr>
          <w:cantSplit/>
        </w:trPr>
        <w:tc>
          <w:tcPr>
            <w:tcW w:w="1304" w:type="dxa"/>
          </w:tcPr>
          <w:p w:rsidR="00306250" w:rsidRDefault="00C55C52">
            <w:pPr>
              <w:spacing w:before="10" w:after="10"/>
            </w:pPr>
            <w:r>
              <w:rPr>
                <w:b/>
                <w:sz w:val="14"/>
              </w:rPr>
              <w:t>ENG.3.1.R3</w:t>
            </w:r>
          </w:p>
        </w:tc>
        <w:tc>
          <w:tcPr>
            <w:tcW w:w="14400" w:type="dxa"/>
          </w:tcPr>
          <w:p w:rsidR="00306250" w:rsidRDefault="00C55C52">
            <w:pPr>
              <w:spacing w:before="10" w:after="10"/>
            </w:pPr>
            <w:r>
              <w:rPr>
                <w:sz w:val="14"/>
              </w:rPr>
              <w:t>Pupils can make meaning of/derive meaning from the current content about “school life with greetings and introductions at school, people and places at school, months of the year, ages and birthday celebrations; national d</w:t>
            </w:r>
            <w:r>
              <w:rPr>
                <w:sz w:val="14"/>
              </w:rPr>
              <w:t>ays and celebrations” by reading it carefully.</w:t>
            </w:r>
          </w:p>
        </w:tc>
      </w:tr>
      <w:tr w:rsidR="00306250">
        <w:trPr>
          <w:cantSplit/>
        </w:trPr>
        <w:tc>
          <w:tcPr>
            <w:tcW w:w="1304" w:type="dxa"/>
          </w:tcPr>
          <w:p w:rsidR="00306250" w:rsidRDefault="00C55C52">
            <w:pPr>
              <w:spacing w:before="10" w:after="10"/>
            </w:pPr>
            <w:r>
              <w:rPr>
                <w:b/>
                <w:sz w:val="14"/>
              </w:rPr>
              <w:t>ENG.3.1.R4</w:t>
            </w:r>
          </w:p>
        </w:tc>
        <w:tc>
          <w:tcPr>
            <w:tcW w:w="14400" w:type="dxa"/>
          </w:tcPr>
          <w:p w:rsidR="00306250" w:rsidRDefault="00C55C52">
            <w:pPr>
              <w:spacing w:before="10" w:after="10"/>
            </w:pPr>
            <w:r>
              <w:rPr>
                <w:sz w:val="14"/>
              </w:rPr>
              <w:t xml:space="preserve">Pupils can convey their knowledge, experiences, thoughts, and feelings related to the reading-comprehension process about the current content, “school life with greetings and introductions at </w:t>
            </w:r>
            <w:r>
              <w:rPr>
                <w:sz w:val="14"/>
              </w:rPr>
              <w:t>school, people and places at school, months of the year, ages and birthday celebrations; national days and celebrations” for reflection in relation to themselves or others, both individually and/or with others.</w:t>
            </w:r>
          </w:p>
        </w:tc>
      </w:tr>
      <w:tr w:rsidR="00306250">
        <w:trPr>
          <w:cantSplit/>
        </w:trPr>
        <w:tc>
          <w:tcPr>
            <w:tcW w:w="1304" w:type="dxa"/>
          </w:tcPr>
          <w:p w:rsidR="00306250" w:rsidRDefault="00C55C52">
            <w:pPr>
              <w:spacing w:before="10" w:after="10"/>
            </w:pPr>
            <w:r>
              <w:rPr>
                <w:b/>
                <w:sz w:val="14"/>
              </w:rPr>
              <w:t>ENG.3.1.S1</w:t>
            </w:r>
          </w:p>
        </w:tc>
        <w:tc>
          <w:tcPr>
            <w:tcW w:w="14400" w:type="dxa"/>
          </w:tcPr>
          <w:p w:rsidR="00306250" w:rsidRDefault="00C55C52">
            <w:pPr>
              <w:spacing w:before="10" w:after="10"/>
            </w:pPr>
            <w:r>
              <w:rPr>
                <w:sz w:val="14"/>
              </w:rPr>
              <w:t>Pupils can get ready for speaking</w:t>
            </w:r>
            <w:r>
              <w:rPr>
                <w:sz w:val="14"/>
              </w:rPr>
              <w:t>-expression process about the current content on “school life with greetings and introductions at school, people and places at school, months of the year, ages and birthday celebrations; national days and celebrations” with the help of supplementary audio-</w:t>
            </w:r>
            <w:r>
              <w:rPr>
                <w:sz w:val="14"/>
              </w:rPr>
              <w:t>visual materials.</w:t>
            </w:r>
          </w:p>
        </w:tc>
      </w:tr>
      <w:tr w:rsidR="00306250">
        <w:trPr>
          <w:cantSplit/>
        </w:trPr>
        <w:tc>
          <w:tcPr>
            <w:tcW w:w="1304" w:type="dxa"/>
          </w:tcPr>
          <w:p w:rsidR="00306250" w:rsidRDefault="00C55C52">
            <w:pPr>
              <w:spacing w:before="10" w:after="10"/>
            </w:pPr>
            <w:r>
              <w:rPr>
                <w:b/>
                <w:sz w:val="14"/>
              </w:rPr>
              <w:t>ENG.3.1.S2</w:t>
            </w:r>
          </w:p>
        </w:tc>
        <w:tc>
          <w:tcPr>
            <w:tcW w:w="14400" w:type="dxa"/>
          </w:tcPr>
          <w:p w:rsidR="00306250" w:rsidRDefault="00C55C52">
            <w:pPr>
              <w:spacing w:before="10" w:after="10"/>
            </w:pPr>
            <w:r>
              <w:rPr>
                <w:sz w:val="14"/>
              </w:rPr>
              <w:t>Pupils can imitate the model/example for producing verbal content about the current theme on “school life with greetings and introductions at school, people and places at school, months of the year, ages and birthday celebrati</w:t>
            </w:r>
            <w:r>
              <w:rPr>
                <w:sz w:val="14"/>
              </w:rPr>
              <w:t>ons; national days and celebrations”.</w:t>
            </w:r>
          </w:p>
        </w:tc>
      </w:tr>
      <w:tr w:rsidR="00306250">
        <w:trPr>
          <w:cantSplit/>
        </w:trPr>
        <w:tc>
          <w:tcPr>
            <w:tcW w:w="1304" w:type="dxa"/>
          </w:tcPr>
          <w:p w:rsidR="00306250" w:rsidRDefault="00C55C52">
            <w:pPr>
              <w:spacing w:before="10" w:after="10"/>
            </w:pPr>
            <w:r>
              <w:rPr>
                <w:b/>
                <w:sz w:val="14"/>
              </w:rPr>
              <w:t>ENG.3.1.S3</w:t>
            </w:r>
          </w:p>
        </w:tc>
        <w:tc>
          <w:tcPr>
            <w:tcW w:w="14400" w:type="dxa"/>
          </w:tcPr>
          <w:p w:rsidR="00306250" w:rsidRDefault="00C55C52">
            <w:pPr>
              <w:spacing w:before="10" w:after="10"/>
            </w:pPr>
            <w:r>
              <w:rPr>
                <w:sz w:val="14"/>
              </w:rPr>
              <w:t>Pupils can organise simple new verbal content on “school life with greetings and introductions at school, people and places at school, months of the year, ages and birthday celebrations; national days and c</w:t>
            </w:r>
            <w:r>
              <w:rPr>
                <w:sz w:val="14"/>
              </w:rPr>
              <w:t>elebrations” by speaking accurately, efficiently, and authentically.</w:t>
            </w:r>
          </w:p>
        </w:tc>
      </w:tr>
      <w:tr w:rsidR="00306250">
        <w:trPr>
          <w:cantSplit/>
        </w:trPr>
        <w:tc>
          <w:tcPr>
            <w:tcW w:w="1304" w:type="dxa"/>
          </w:tcPr>
          <w:p w:rsidR="00306250" w:rsidRDefault="00C55C52">
            <w:pPr>
              <w:spacing w:before="10" w:after="10"/>
            </w:pPr>
            <w:r>
              <w:rPr>
                <w:b/>
                <w:sz w:val="14"/>
              </w:rPr>
              <w:t>ENG.3.1.S4</w:t>
            </w:r>
          </w:p>
        </w:tc>
        <w:tc>
          <w:tcPr>
            <w:tcW w:w="14400" w:type="dxa"/>
          </w:tcPr>
          <w:p w:rsidR="00306250" w:rsidRDefault="00C55C52">
            <w:pPr>
              <w:spacing w:before="10" w:after="10"/>
            </w:pPr>
            <w:r>
              <w:rPr>
                <w:sz w:val="14"/>
              </w:rPr>
              <w:t>Pupils can form a simple new verbal content on “school life with greetings and introductions at school, people and places at school, months of the year, ages and birthday cele</w:t>
            </w:r>
            <w:r>
              <w:rPr>
                <w:sz w:val="14"/>
              </w:rPr>
              <w:t>brations; national days and celebrations” through reconstruction by speaking accurately, efficiently, and authentically.</w:t>
            </w:r>
          </w:p>
        </w:tc>
      </w:tr>
      <w:tr w:rsidR="00306250">
        <w:trPr>
          <w:cantSplit/>
        </w:trPr>
        <w:tc>
          <w:tcPr>
            <w:tcW w:w="1304" w:type="dxa"/>
          </w:tcPr>
          <w:p w:rsidR="00306250" w:rsidRDefault="00C55C52">
            <w:pPr>
              <w:spacing w:before="10" w:after="10"/>
            </w:pPr>
            <w:r>
              <w:rPr>
                <w:b/>
                <w:sz w:val="14"/>
              </w:rPr>
              <w:t>ENG.3.1.S5</w:t>
            </w:r>
          </w:p>
        </w:tc>
        <w:tc>
          <w:tcPr>
            <w:tcW w:w="14400" w:type="dxa"/>
          </w:tcPr>
          <w:p w:rsidR="00306250" w:rsidRDefault="00C55C52">
            <w:pPr>
              <w:spacing w:before="10" w:after="10"/>
            </w:pPr>
            <w:r>
              <w:rPr>
                <w:sz w:val="14"/>
              </w:rPr>
              <w:t>Pupils can reorganise and use information about the current theme on “school life with greetings and introductions at schoo</w:t>
            </w:r>
            <w:r>
              <w:rPr>
                <w:sz w:val="14"/>
              </w:rPr>
              <w:t>l, people and places at school, months of the year, ages and birthday celebrations; national days and celebrations” by reconstructing it to communicate with other people.</w:t>
            </w:r>
          </w:p>
        </w:tc>
      </w:tr>
      <w:tr w:rsidR="00306250">
        <w:trPr>
          <w:cantSplit/>
        </w:trPr>
        <w:tc>
          <w:tcPr>
            <w:tcW w:w="1304" w:type="dxa"/>
          </w:tcPr>
          <w:p w:rsidR="00306250" w:rsidRDefault="00C55C52">
            <w:pPr>
              <w:spacing w:before="10" w:after="10"/>
            </w:pPr>
            <w:r>
              <w:rPr>
                <w:b/>
                <w:sz w:val="14"/>
              </w:rPr>
              <w:t>ENG.3.1.S6</w:t>
            </w:r>
          </w:p>
        </w:tc>
        <w:tc>
          <w:tcPr>
            <w:tcW w:w="14400" w:type="dxa"/>
          </w:tcPr>
          <w:p w:rsidR="00306250" w:rsidRDefault="00C55C52">
            <w:pPr>
              <w:spacing w:before="10" w:after="10"/>
            </w:pPr>
            <w:r>
              <w:rPr>
                <w:sz w:val="14"/>
              </w:rPr>
              <w:t>Pupils can convey their knowledge, experiences, thoughts, and feelings re</w:t>
            </w:r>
            <w:r>
              <w:rPr>
                <w:sz w:val="14"/>
              </w:rPr>
              <w:t>lated to the speaking-expression process about the current content, “school life with greetings and introductions at school, people and places at school, months of the year, ages and birthday celebrations; national days and celebrations” very simply for re</w:t>
            </w:r>
            <w:r>
              <w:rPr>
                <w:sz w:val="14"/>
              </w:rPr>
              <w:t>flection in relation to themselves or others, both individually and/or with others.</w:t>
            </w:r>
          </w:p>
        </w:tc>
      </w:tr>
      <w:tr w:rsidR="00306250">
        <w:trPr>
          <w:cantSplit/>
        </w:trPr>
        <w:tc>
          <w:tcPr>
            <w:tcW w:w="1304" w:type="dxa"/>
          </w:tcPr>
          <w:p w:rsidR="00306250" w:rsidRDefault="00C55C52">
            <w:pPr>
              <w:spacing w:before="10" w:after="10"/>
            </w:pPr>
            <w:r>
              <w:rPr>
                <w:b/>
                <w:sz w:val="14"/>
              </w:rPr>
              <w:t>ENG.3.1.V1</w:t>
            </w:r>
          </w:p>
        </w:tc>
        <w:tc>
          <w:tcPr>
            <w:tcW w:w="14400" w:type="dxa"/>
          </w:tcPr>
          <w:p w:rsidR="00306250" w:rsidRDefault="00C55C52">
            <w:pPr>
              <w:spacing w:before="10" w:after="10"/>
            </w:pPr>
            <w:r>
              <w:rPr>
                <w:sz w:val="14"/>
              </w:rPr>
              <w:t xml:space="preserve">Pupils can select and use the target vocabulary of the current content about “school life with greetings and introductions at school, people and places at </w:t>
            </w:r>
            <w:r>
              <w:rPr>
                <w:sz w:val="14"/>
              </w:rPr>
              <w:t>school, months of the year, ages and birthday celebrations; national days and celebrations” accurately, authentically, spontaneously, and naturally and use it appropriately and effectively when communicating with others.</w:t>
            </w:r>
          </w:p>
        </w:tc>
      </w:tr>
      <w:tr w:rsidR="00306250">
        <w:trPr>
          <w:cantSplit/>
        </w:trPr>
        <w:tc>
          <w:tcPr>
            <w:tcW w:w="1304" w:type="dxa"/>
          </w:tcPr>
          <w:p w:rsidR="00306250" w:rsidRDefault="00C55C52">
            <w:pPr>
              <w:spacing w:before="10" w:after="10"/>
            </w:pPr>
            <w:r>
              <w:rPr>
                <w:b/>
                <w:sz w:val="14"/>
              </w:rPr>
              <w:t>ENG.3.1.W1</w:t>
            </w:r>
          </w:p>
        </w:tc>
        <w:tc>
          <w:tcPr>
            <w:tcW w:w="14400" w:type="dxa"/>
          </w:tcPr>
          <w:p w:rsidR="00306250" w:rsidRDefault="00C55C52">
            <w:pPr>
              <w:spacing w:before="10" w:after="10"/>
            </w:pPr>
            <w:r>
              <w:rPr>
                <w:sz w:val="14"/>
              </w:rPr>
              <w:t>Pupils can get ready fo</w:t>
            </w:r>
            <w:r>
              <w:rPr>
                <w:sz w:val="14"/>
              </w:rPr>
              <w:t>r the writing-expression process about the current content on “school life with greetings and introductions at school, people and places at school, months of the year, ages and birthday celebrations; national days and celebrations” in an age- and level-app</w:t>
            </w:r>
            <w:r>
              <w:rPr>
                <w:sz w:val="14"/>
              </w:rPr>
              <w:t>ropriate way.</w:t>
            </w:r>
          </w:p>
        </w:tc>
      </w:tr>
      <w:tr w:rsidR="00306250">
        <w:trPr>
          <w:cantSplit/>
        </w:trPr>
        <w:tc>
          <w:tcPr>
            <w:tcW w:w="1304" w:type="dxa"/>
          </w:tcPr>
          <w:p w:rsidR="00306250" w:rsidRDefault="00C55C52">
            <w:pPr>
              <w:spacing w:before="10" w:after="10"/>
            </w:pPr>
            <w:r>
              <w:rPr>
                <w:b/>
                <w:sz w:val="14"/>
              </w:rPr>
              <w:t>ENG.3.1.W2</w:t>
            </w:r>
          </w:p>
        </w:tc>
        <w:tc>
          <w:tcPr>
            <w:tcW w:w="14400" w:type="dxa"/>
          </w:tcPr>
          <w:p w:rsidR="00306250" w:rsidRDefault="00C55C52">
            <w:pPr>
              <w:spacing w:before="10" w:after="10"/>
            </w:pPr>
            <w:r>
              <w:rPr>
                <w:sz w:val="14"/>
              </w:rPr>
              <w:t xml:space="preserve">Pupils can copy the model/example on the writing task about the current content on “school life with greetings and introductions at school, people and places at school, months of the year, ages and birthday celebrations; national </w:t>
            </w:r>
            <w:r>
              <w:rPr>
                <w:sz w:val="14"/>
              </w:rPr>
              <w:t>days and celebrations” based on the model/ example provided to practise for further writing activities.</w:t>
            </w:r>
          </w:p>
        </w:tc>
      </w:tr>
      <w:tr w:rsidR="00306250">
        <w:trPr>
          <w:cantSplit/>
        </w:trPr>
        <w:tc>
          <w:tcPr>
            <w:tcW w:w="1304" w:type="dxa"/>
          </w:tcPr>
          <w:p w:rsidR="00306250" w:rsidRDefault="00C55C52">
            <w:pPr>
              <w:spacing w:before="10" w:after="10"/>
            </w:pPr>
            <w:r>
              <w:rPr>
                <w:b/>
                <w:sz w:val="14"/>
              </w:rPr>
              <w:t>ENG.3.1.W3</w:t>
            </w:r>
          </w:p>
        </w:tc>
        <w:tc>
          <w:tcPr>
            <w:tcW w:w="14400" w:type="dxa"/>
          </w:tcPr>
          <w:p w:rsidR="00306250" w:rsidRDefault="00C55C52">
            <w:pPr>
              <w:spacing w:before="10" w:after="10"/>
            </w:pPr>
            <w:r>
              <w:rPr>
                <w:sz w:val="14"/>
              </w:rPr>
              <w:t>Pupils can organise and form a content for the assigned writing task on the current content “school life with greetings and introductions at</w:t>
            </w:r>
            <w:r>
              <w:rPr>
                <w:sz w:val="14"/>
              </w:rPr>
              <w:t xml:space="preserve"> school, people and places at school, months of the year, ages and birthday celebrations; national days and celebrations” based on the model/example provided.</w:t>
            </w:r>
          </w:p>
        </w:tc>
      </w:tr>
      <w:tr w:rsidR="00306250">
        <w:trPr>
          <w:cantSplit/>
        </w:trPr>
        <w:tc>
          <w:tcPr>
            <w:tcW w:w="1304" w:type="dxa"/>
          </w:tcPr>
          <w:p w:rsidR="00306250" w:rsidRDefault="00C55C52">
            <w:pPr>
              <w:spacing w:before="10" w:after="10"/>
            </w:pPr>
            <w:r>
              <w:rPr>
                <w:b/>
                <w:sz w:val="14"/>
              </w:rPr>
              <w:t>ENG.3.1.W4</w:t>
            </w:r>
          </w:p>
        </w:tc>
        <w:tc>
          <w:tcPr>
            <w:tcW w:w="14400" w:type="dxa"/>
          </w:tcPr>
          <w:p w:rsidR="00306250" w:rsidRDefault="00C55C52">
            <w:pPr>
              <w:spacing w:before="10" w:after="10"/>
            </w:pPr>
            <w:r>
              <w:rPr>
                <w:sz w:val="14"/>
              </w:rPr>
              <w:t xml:space="preserve">Pupils can practise writing by constructing content for the assigned writing task on </w:t>
            </w:r>
            <w:r>
              <w:rPr>
                <w:sz w:val="14"/>
              </w:rPr>
              <w:t>the current content “school life with greetings and introductions at school, people and places at school, months of the year, ages and birthday celebrations; national days and celebrations”.</w:t>
            </w:r>
          </w:p>
        </w:tc>
      </w:tr>
      <w:tr w:rsidR="00306250">
        <w:trPr>
          <w:cantSplit/>
        </w:trPr>
        <w:tc>
          <w:tcPr>
            <w:tcW w:w="1304" w:type="dxa"/>
          </w:tcPr>
          <w:p w:rsidR="00306250" w:rsidRDefault="00C55C52">
            <w:pPr>
              <w:spacing w:before="10" w:after="10"/>
            </w:pPr>
            <w:r>
              <w:rPr>
                <w:b/>
                <w:sz w:val="14"/>
              </w:rPr>
              <w:lastRenderedPageBreak/>
              <w:t>ENG.3.1.W5</w:t>
            </w:r>
          </w:p>
        </w:tc>
        <w:tc>
          <w:tcPr>
            <w:tcW w:w="14400" w:type="dxa"/>
          </w:tcPr>
          <w:p w:rsidR="00306250" w:rsidRDefault="00C55C52">
            <w:pPr>
              <w:spacing w:before="10" w:after="10"/>
            </w:pPr>
            <w:r>
              <w:rPr>
                <w:sz w:val="14"/>
              </w:rPr>
              <w:t xml:space="preserve">Pupils can reorganise and use information by </w:t>
            </w:r>
            <w:r>
              <w:rPr>
                <w:sz w:val="14"/>
              </w:rPr>
              <w:t>reconstructing it in the new written tasks about the “school life with greetings and introductions at school, people and places at school, months of the year, ages and birthday celebrations; national days and celebrations” to communicate with other people.</w:t>
            </w:r>
          </w:p>
        </w:tc>
      </w:tr>
      <w:tr w:rsidR="00306250">
        <w:trPr>
          <w:cantSplit/>
        </w:trPr>
        <w:tc>
          <w:tcPr>
            <w:tcW w:w="1304" w:type="dxa"/>
          </w:tcPr>
          <w:p w:rsidR="00306250" w:rsidRDefault="00C55C52">
            <w:pPr>
              <w:spacing w:before="10" w:after="10"/>
            </w:pPr>
            <w:r>
              <w:rPr>
                <w:b/>
                <w:sz w:val="14"/>
              </w:rPr>
              <w:t>ENG.3.1.W6</w:t>
            </w:r>
          </w:p>
        </w:tc>
        <w:tc>
          <w:tcPr>
            <w:tcW w:w="14400" w:type="dxa"/>
          </w:tcPr>
          <w:p w:rsidR="00306250" w:rsidRDefault="00C55C52">
            <w:pPr>
              <w:spacing w:before="10" w:after="10"/>
            </w:pPr>
            <w:r>
              <w:rPr>
                <w:sz w:val="14"/>
              </w:rPr>
              <w:t>Pupils can convey their knowledge, experiences, thoughts, and feelings related to the writing-expression process about the current content, “school life with greetings and introductions at school, people and places at school, months of the yea</w:t>
            </w:r>
            <w:r>
              <w:rPr>
                <w:sz w:val="14"/>
              </w:rPr>
              <w:t>r, ages and birthday celebrations; national days and celebrations” very simply for reflection in relation to themselves or others, both individually and/or with others.</w:t>
            </w:r>
          </w:p>
        </w:tc>
      </w:tr>
      <w:tr w:rsidR="00306250">
        <w:tc>
          <w:tcPr>
            <w:tcW w:w="15705" w:type="dxa"/>
            <w:gridSpan w:val="2"/>
            <w:shd w:val="clear" w:color="auto" w:fill="D9E2F3"/>
          </w:tcPr>
          <w:p w:rsidR="00306250" w:rsidRDefault="00C55C52">
            <w:pPr>
              <w:spacing w:before="10" w:after="10"/>
            </w:pPr>
            <w:r>
              <w:rPr>
                <w:b/>
              </w:rPr>
              <w:t>ENG.3.2</w:t>
            </w:r>
          </w:p>
        </w:tc>
      </w:tr>
      <w:tr w:rsidR="00306250">
        <w:trPr>
          <w:cantSplit/>
        </w:trPr>
        <w:tc>
          <w:tcPr>
            <w:tcW w:w="1304" w:type="dxa"/>
          </w:tcPr>
          <w:p w:rsidR="00306250" w:rsidRDefault="00C55C52">
            <w:pPr>
              <w:spacing w:before="10" w:after="10"/>
            </w:pPr>
            <w:r>
              <w:rPr>
                <w:b/>
                <w:sz w:val="14"/>
              </w:rPr>
              <w:t>ENG.3.2.G1</w:t>
            </w:r>
          </w:p>
        </w:tc>
        <w:tc>
          <w:tcPr>
            <w:tcW w:w="14400" w:type="dxa"/>
          </w:tcPr>
          <w:p w:rsidR="00306250" w:rsidRDefault="00C55C52">
            <w:pPr>
              <w:spacing w:before="10" w:after="10"/>
            </w:pPr>
            <w:r>
              <w:rPr>
                <w:sz w:val="14"/>
              </w:rPr>
              <w:t xml:space="preserve">Pupils can select and use the language including target </w:t>
            </w:r>
            <w:r>
              <w:rPr>
                <w:sz w:val="14"/>
              </w:rPr>
              <w:t xml:space="preserve">grammatical elements of the current content about “classroom life with classroom instructions and language; classroom furniture, objects, and devices, school subjects, seasons of the year” accurately, authentically, spontaneously, and naturally and use it </w:t>
            </w:r>
            <w:r>
              <w:rPr>
                <w:sz w:val="14"/>
              </w:rPr>
              <w:t>appropriately and effectively when communicating with others.</w:t>
            </w:r>
          </w:p>
        </w:tc>
      </w:tr>
      <w:tr w:rsidR="00306250">
        <w:trPr>
          <w:cantSplit/>
        </w:trPr>
        <w:tc>
          <w:tcPr>
            <w:tcW w:w="1304" w:type="dxa"/>
          </w:tcPr>
          <w:p w:rsidR="00306250" w:rsidRDefault="00C55C52">
            <w:pPr>
              <w:spacing w:before="10" w:after="10"/>
            </w:pPr>
            <w:r>
              <w:rPr>
                <w:b/>
                <w:sz w:val="14"/>
              </w:rPr>
              <w:t>ENG.3.2.L1</w:t>
            </w:r>
          </w:p>
        </w:tc>
        <w:tc>
          <w:tcPr>
            <w:tcW w:w="14400" w:type="dxa"/>
          </w:tcPr>
          <w:p w:rsidR="00306250" w:rsidRDefault="00C55C52">
            <w:pPr>
              <w:spacing w:before="10" w:after="10"/>
            </w:pPr>
            <w:r>
              <w:rPr>
                <w:sz w:val="14"/>
              </w:rPr>
              <w:t>Pupils can get ready for the listening/watching-comprehension process for the current content on “classroom life with classroom instructions and language; classroom furniture, object</w:t>
            </w:r>
            <w:r>
              <w:rPr>
                <w:sz w:val="14"/>
              </w:rPr>
              <w:t>s, and devices, school subjects, seasons of the year”.</w:t>
            </w:r>
          </w:p>
        </w:tc>
      </w:tr>
      <w:tr w:rsidR="00306250">
        <w:trPr>
          <w:cantSplit/>
        </w:trPr>
        <w:tc>
          <w:tcPr>
            <w:tcW w:w="1304" w:type="dxa"/>
          </w:tcPr>
          <w:p w:rsidR="00306250" w:rsidRDefault="00C55C52">
            <w:pPr>
              <w:spacing w:before="10" w:after="10"/>
            </w:pPr>
            <w:r>
              <w:rPr>
                <w:b/>
                <w:sz w:val="14"/>
              </w:rPr>
              <w:t>ENG.3.2.L2</w:t>
            </w:r>
          </w:p>
        </w:tc>
        <w:tc>
          <w:tcPr>
            <w:tcW w:w="14400" w:type="dxa"/>
          </w:tcPr>
          <w:p w:rsidR="00306250" w:rsidRDefault="00C55C52">
            <w:pPr>
              <w:spacing w:before="10" w:after="10"/>
            </w:pPr>
            <w:r>
              <w:rPr>
                <w:sz w:val="14"/>
              </w:rPr>
              <w:t>Pupils can bring information about the current content on “classroom life with classroom instructions and language; classroom furniture, objects, and devices, school subjects, seasons of th</w:t>
            </w:r>
            <w:r>
              <w:rPr>
                <w:sz w:val="14"/>
              </w:rPr>
              <w:t>e year” together with key details and main components while listening/watching it.</w:t>
            </w:r>
          </w:p>
        </w:tc>
      </w:tr>
      <w:tr w:rsidR="00306250">
        <w:trPr>
          <w:cantSplit/>
        </w:trPr>
        <w:tc>
          <w:tcPr>
            <w:tcW w:w="1304" w:type="dxa"/>
          </w:tcPr>
          <w:p w:rsidR="00306250" w:rsidRDefault="00C55C52">
            <w:pPr>
              <w:spacing w:before="10" w:after="10"/>
            </w:pPr>
            <w:r>
              <w:rPr>
                <w:b/>
                <w:sz w:val="14"/>
              </w:rPr>
              <w:t>ENG.3.2.L3</w:t>
            </w:r>
          </w:p>
        </w:tc>
        <w:tc>
          <w:tcPr>
            <w:tcW w:w="14400" w:type="dxa"/>
          </w:tcPr>
          <w:p w:rsidR="00306250" w:rsidRDefault="00C55C52">
            <w:pPr>
              <w:spacing w:before="10" w:after="10"/>
            </w:pPr>
            <w:r>
              <w:rPr>
                <w:sz w:val="14"/>
              </w:rPr>
              <w:t>Pupils can make meaning of/derive meaning from the current content on “classroom life with classroom instructions and language; classroom furniture, objects, and</w:t>
            </w:r>
            <w:r>
              <w:rPr>
                <w:sz w:val="14"/>
              </w:rPr>
              <w:t xml:space="preserve"> devices, school subjects, seasons of the year” through details by listening/watching it carefully.</w:t>
            </w:r>
          </w:p>
        </w:tc>
      </w:tr>
      <w:tr w:rsidR="00306250">
        <w:trPr>
          <w:cantSplit/>
        </w:trPr>
        <w:tc>
          <w:tcPr>
            <w:tcW w:w="1304" w:type="dxa"/>
          </w:tcPr>
          <w:p w:rsidR="00306250" w:rsidRDefault="00C55C52">
            <w:pPr>
              <w:spacing w:before="10" w:after="10"/>
            </w:pPr>
            <w:r>
              <w:rPr>
                <w:b/>
                <w:sz w:val="14"/>
              </w:rPr>
              <w:t>ENG.3.2.L4</w:t>
            </w:r>
          </w:p>
        </w:tc>
        <w:tc>
          <w:tcPr>
            <w:tcW w:w="14400" w:type="dxa"/>
          </w:tcPr>
          <w:p w:rsidR="00306250" w:rsidRDefault="00C55C52">
            <w:pPr>
              <w:spacing w:before="10" w:after="10"/>
            </w:pPr>
            <w:r>
              <w:rPr>
                <w:sz w:val="14"/>
              </w:rPr>
              <w:t>Pupils can convey their knowledge, experience, thoughts, and feelings about the whole listening/watching-comprehension process in relation to th</w:t>
            </w:r>
            <w:r>
              <w:rPr>
                <w:sz w:val="14"/>
              </w:rPr>
              <w:t>e current content on “classroom life with classroom instructions and language; classroom furniture, objects, and devices, school subjects, seasons of the year” in a very simple way.</w:t>
            </w:r>
          </w:p>
        </w:tc>
      </w:tr>
      <w:tr w:rsidR="00306250">
        <w:trPr>
          <w:cantSplit/>
        </w:trPr>
        <w:tc>
          <w:tcPr>
            <w:tcW w:w="1304" w:type="dxa"/>
          </w:tcPr>
          <w:p w:rsidR="00306250" w:rsidRDefault="00C55C52">
            <w:pPr>
              <w:spacing w:before="10" w:after="10"/>
            </w:pPr>
            <w:r>
              <w:rPr>
                <w:b/>
                <w:sz w:val="14"/>
              </w:rPr>
              <w:t>ENG.3.2.P1</w:t>
            </w:r>
          </w:p>
        </w:tc>
        <w:tc>
          <w:tcPr>
            <w:tcW w:w="14400" w:type="dxa"/>
          </w:tcPr>
          <w:p w:rsidR="00306250" w:rsidRDefault="00C55C52">
            <w:pPr>
              <w:spacing w:before="10" w:after="10"/>
            </w:pPr>
            <w:r>
              <w:rPr>
                <w:sz w:val="14"/>
              </w:rPr>
              <w:t xml:space="preserve">Pupils can select and use the target phonological elements of </w:t>
            </w:r>
            <w:r>
              <w:rPr>
                <w:sz w:val="14"/>
              </w:rPr>
              <w:t>the current content about “classroom life with classroom instructions and language; classroom furniture, objects, and devices, school subjects, seasons of the year” accurately, authentically, and naturally through spontaneous selection and using it in an a</w:t>
            </w:r>
            <w:r>
              <w:rPr>
                <w:sz w:val="14"/>
              </w:rPr>
              <w:t>ppropriate and effective way when communicating with others.</w:t>
            </w:r>
          </w:p>
        </w:tc>
      </w:tr>
      <w:tr w:rsidR="00306250">
        <w:trPr>
          <w:cantSplit/>
        </w:trPr>
        <w:tc>
          <w:tcPr>
            <w:tcW w:w="1304" w:type="dxa"/>
          </w:tcPr>
          <w:p w:rsidR="00306250" w:rsidRDefault="00C55C52">
            <w:pPr>
              <w:spacing w:before="10" w:after="10"/>
            </w:pPr>
            <w:r>
              <w:rPr>
                <w:b/>
                <w:sz w:val="14"/>
              </w:rPr>
              <w:t>ENG.3.2.R1</w:t>
            </w:r>
          </w:p>
        </w:tc>
        <w:tc>
          <w:tcPr>
            <w:tcW w:w="14400" w:type="dxa"/>
          </w:tcPr>
          <w:p w:rsidR="00306250" w:rsidRDefault="00C55C52">
            <w:pPr>
              <w:spacing w:before="10" w:after="10"/>
            </w:pPr>
            <w:r>
              <w:rPr>
                <w:sz w:val="14"/>
              </w:rPr>
              <w:t>Pupils can get ready for the reading-comprehension process about the current content on “classroom life with classroom instructions and language; classroom furniture, objects, and dev</w:t>
            </w:r>
            <w:r>
              <w:rPr>
                <w:sz w:val="14"/>
              </w:rPr>
              <w:t>ices, school subjects, seasons of the year”.</w:t>
            </w:r>
          </w:p>
        </w:tc>
      </w:tr>
      <w:tr w:rsidR="00306250">
        <w:trPr>
          <w:cantSplit/>
        </w:trPr>
        <w:tc>
          <w:tcPr>
            <w:tcW w:w="1304" w:type="dxa"/>
          </w:tcPr>
          <w:p w:rsidR="00306250" w:rsidRDefault="00C55C52">
            <w:pPr>
              <w:spacing w:before="10" w:after="10"/>
            </w:pPr>
            <w:r>
              <w:rPr>
                <w:b/>
                <w:sz w:val="14"/>
              </w:rPr>
              <w:t>ENG.3.2.R2</w:t>
            </w:r>
          </w:p>
        </w:tc>
        <w:tc>
          <w:tcPr>
            <w:tcW w:w="14400" w:type="dxa"/>
          </w:tcPr>
          <w:p w:rsidR="00306250" w:rsidRDefault="00C55C52">
            <w:pPr>
              <w:spacing w:before="10" w:after="10"/>
            </w:pPr>
            <w:r>
              <w:rPr>
                <w:sz w:val="14"/>
              </w:rPr>
              <w:t>Pupils can bring information about the current content on “classroom life with classroom instructions and language; classroom furniture, objects, and devices, school subjects, seasons of the year” th</w:t>
            </w:r>
            <w:r>
              <w:rPr>
                <w:sz w:val="14"/>
              </w:rPr>
              <w:t>rough skimming (looking quickly at) the audio-visual elements and reading the content very quickly.</w:t>
            </w:r>
          </w:p>
        </w:tc>
      </w:tr>
      <w:tr w:rsidR="00306250">
        <w:trPr>
          <w:cantSplit/>
        </w:trPr>
        <w:tc>
          <w:tcPr>
            <w:tcW w:w="1304" w:type="dxa"/>
          </w:tcPr>
          <w:p w:rsidR="00306250" w:rsidRDefault="00C55C52">
            <w:pPr>
              <w:spacing w:before="10" w:after="10"/>
            </w:pPr>
            <w:r>
              <w:rPr>
                <w:b/>
                <w:sz w:val="14"/>
              </w:rPr>
              <w:t>ENG.3.2.R3</w:t>
            </w:r>
          </w:p>
        </w:tc>
        <w:tc>
          <w:tcPr>
            <w:tcW w:w="14400" w:type="dxa"/>
          </w:tcPr>
          <w:p w:rsidR="00306250" w:rsidRDefault="00C55C52">
            <w:pPr>
              <w:spacing w:before="10" w:after="10"/>
            </w:pPr>
            <w:r>
              <w:rPr>
                <w:sz w:val="14"/>
              </w:rPr>
              <w:t>Pupils can make meaning of/derive meaning from the current content about “classroom life with classroom instructions and language; classroom fur</w:t>
            </w:r>
            <w:r>
              <w:rPr>
                <w:sz w:val="14"/>
              </w:rPr>
              <w:t>niture, objects, and devices, school subjects, seasons of the year” by reading it carefully.</w:t>
            </w:r>
          </w:p>
        </w:tc>
      </w:tr>
      <w:tr w:rsidR="00306250">
        <w:trPr>
          <w:cantSplit/>
        </w:trPr>
        <w:tc>
          <w:tcPr>
            <w:tcW w:w="1304" w:type="dxa"/>
          </w:tcPr>
          <w:p w:rsidR="00306250" w:rsidRDefault="00C55C52">
            <w:pPr>
              <w:spacing w:before="10" w:after="10"/>
            </w:pPr>
            <w:r>
              <w:rPr>
                <w:b/>
                <w:sz w:val="14"/>
              </w:rPr>
              <w:t>ENG.3.2.R4</w:t>
            </w:r>
          </w:p>
        </w:tc>
        <w:tc>
          <w:tcPr>
            <w:tcW w:w="14400" w:type="dxa"/>
          </w:tcPr>
          <w:p w:rsidR="00306250" w:rsidRDefault="00C55C52">
            <w:pPr>
              <w:spacing w:before="10" w:after="10"/>
            </w:pPr>
            <w:r>
              <w:rPr>
                <w:sz w:val="14"/>
              </w:rPr>
              <w:t>Pupils can convey their knowledge, experiences, thoughts, and feelings related to the reading-comprehension process about the current content, “classro</w:t>
            </w:r>
            <w:r>
              <w:rPr>
                <w:sz w:val="14"/>
              </w:rPr>
              <w:t>om life with classroom instructions and language; classroom furniture, objects, and devices, school subjects, seasons of the year” for reflection in relation to themselves or others, both individually and/ or with others.</w:t>
            </w:r>
          </w:p>
        </w:tc>
      </w:tr>
      <w:tr w:rsidR="00306250">
        <w:trPr>
          <w:cantSplit/>
        </w:trPr>
        <w:tc>
          <w:tcPr>
            <w:tcW w:w="1304" w:type="dxa"/>
          </w:tcPr>
          <w:p w:rsidR="00306250" w:rsidRDefault="00C55C52">
            <w:pPr>
              <w:spacing w:before="10" w:after="10"/>
            </w:pPr>
            <w:r>
              <w:rPr>
                <w:b/>
                <w:sz w:val="14"/>
              </w:rPr>
              <w:t>ENG.3.2.S1</w:t>
            </w:r>
          </w:p>
        </w:tc>
        <w:tc>
          <w:tcPr>
            <w:tcW w:w="14400" w:type="dxa"/>
          </w:tcPr>
          <w:p w:rsidR="00306250" w:rsidRDefault="00C55C52">
            <w:pPr>
              <w:spacing w:before="10" w:after="10"/>
            </w:pPr>
            <w:r>
              <w:rPr>
                <w:sz w:val="14"/>
              </w:rPr>
              <w:t xml:space="preserve">Pupils can get ready </w:t>
            </w:r>
            <w:r>
              <w:rPr>
                <w:sz w:val="14"/>
              </w:rPr>
              <w:t>for speaking-expression process about the current content on “classroom life with classroom instructions and language; classroom furniture, objects, and devices, school subjects, seasons of the year” with the help of supplementary audio-visual materials.</w:t>
            </w:r>
          </w:p>
        </w:tc>
      </w:tr>
      <w:tr w:rsidR="00306250">
        <w:trPr>
          <w:cantSplit/>
        </w:trPr>
        <w:tc>
          <w:tcPr>
            <w:tcW w:w="1304" w:type="dxa"/>
          </w:tcPr>
          <w:p w:rsidR="00306250" w:rsidRDefault="00C55C52">
            <w:pPr>
              <w:spacing w:before="10" w:after="10"/>
            </w:pPr>
            <w:r>
              <w:rPr>
                <w:b/>
                <w:sz w:val="14"/>
              </w:rPr>
              <w:t>ENG.3.2.S2</w:t>
            </w:r>
          </w:p>
        </w:tc>
        <w:tc>
          <w:tcPr>
            <w:tcW w:w="14400" w:type="dxa"/>
          </w:tcPr>
          <w:p w:rsidR="00306250" w:rsidRDefault="00C55C52">
            <w:pPr>
              <w:spacing w:before="10" w:after="10"/>
            </w:pPr>
            <w:r>
              <w:rPr>
                <w:sz w:val="14"/>
              </w:rPr>
              <w:t>Pupils can imitate the model/example for producing verbal content about the current theme on “classroom life with classroom instructions and language; classroom furniture, objects, and devices, school subjects, seasons of the year”.</w:t>
            </w:r>
          </w:p>
        </w:tc>
      </w:tr>
      <w:tr w:rsidR="00306250">
        <w:trPr>
          <w:cantSplit/>
        </w:trPr>
        <w:tc>
          <w:tcPr>
            <w:tcW w:w="1304" w:type="dxa"/>
          </w:tcPr>
          <w:p w:rsidR="00306250" w:rsidRDefault="00C55C52">
            <w:pPr>
              <w:spacing w:before="10" w:after="10"/>
            </w:pPr>
            <w:r>
              <w:rPr>
                <w:b/>
                <w:sz w:val="14"/>
              </w:rPr>
              <w:t>ENG.3.2.S3</w:t>
            </w:r>
          </w:p>
        </w:tc>
        <w:tc>
          <w:tcPr>
            <w:tcW w:w="14400" w:type="dxa"/>
          </w:tcPr>
          <w:p w:rsidR="00306250" w:rsidRDefault="00C55C52">
            <w:pPr>
              <w:spacing w:before="10" w:after="10"/>
            </w:pPr>
            <w:r>
              <w:rPr>
                <w:sz w:val="14"/>
              </w:rPr>
              <w:t>Pupils can organise simple new verbal content on “classroom life with classroom instructions and language; classroom furniture, objects, and devices, school subjects, seasons of the year” by speaking accurately, efficiently, and authentically.</w:t>
            </w:r>
          </w:p>
        </w:tc>
      </w:tr>
      <w:tr w:rsidR="00306250">
        <w:trPr>
          <w:cantSplit/>
        </w:trPr>
        <w:tc>
          <w:tcPr>
            <w:tcW w:w="1304" w:type="dxa"/>
          </w:tcPr>
          <w:p w:rsidR="00306250" w:rsidRDefault="00C55C52">
            <w:pPr>
              <w:spacing w:before="10" w:after="10"/>
            </w:pPr>
            <w:r>
              <w:rPr>
                <w:b/>
                <w:sz w:val="14"/>
              </w:rPr>
              <w:t>ENG.3.2.S4</w:t>
            </w:r>
          </w:p>
        </w:tc>
        <w:tc>
          <w:tcPr>
            <w:tcW w:w="14400" w:type="dxa"/>
          </w:tcPr>
          <w:p w:rsidR="00306250" w:rsidRDefault="00C55C52">
            <w:pPr>
              <w:spacing w:before="10" w:after="10"/>
            </w:pPr>
            <w:r>
              <w:rPr>
                <w:sz w:val="14"/>
              </w:rPr>
              <w:t>Pupils can form a simple new verbal content on “classroom life with classroom instructions and language; classroom furniture, objects, and devices, school subjects, seasons of the year” through reconstruction by speaking accurately, efficiently, and authen</w:t>
            </w:r>
            <w:r>
              <w:rPr>
                <w:sz w:val="14"/>
              </w:rPr>
              <w:t>tically.</w:t>
            </w:r>
          </w:p>
        </w:tc>
      </w:tr>
      <w:tr w:rsidR="00306250">
        <w:trPr>
          <w:cantSplit/>
        </w:trPr>
        <w:tc>
          <w:tcPr>
            <w:tcW w:w="1304" w:type="dxa"/>
          </w:tcPr>
          <w:p w:rsidR="00306250" w:rsidRDefault="00C55C52">
            <w:pPr>
              <w:spacing w:before="10" w:after="10"/>
            </w:pPr>
            <w:r>
              <w:rPr>
                <w:b/>
                <w:sz w:val="14"/>
              </w:rPr>
              <w:t>ENG.3.2.S5</w:t>
            </w:r>
          </w:p>
        </w:tc>
        <w:tc>
          <w:tcPr>
            <w:tcW w:w="14400" w:type="dxa"/>
          </w:tcPr>
          <w:p w:rsidR="00306250" w:rsidRDefault="00C55C52">
            <w:pPr>
              <w:spacing w:before="10" w:after="10"/>
            </w:pPr>
            <w:r>
              <w:rPr>
                <w:sz w:val="14"/>
              </w:rPr>
              <w:t>Pupils can reorganise and use information about the current theme on “classroom life with classroom instructions and language; classroom furniture, objects, and devices, school subjects, seasons of the year” by reconstructing it to com</w:t>
            </w:r>
            <w:r>
              <w:rPr>
                <w:sz w:val="14"/>
              </w:rPr>
              <w:t>municate with other people.</w:t>
            </w:r>
          </w:p>
        </w:tc>
      </w:tr>
      <w:tr w:rsidR="00306250">
        <w:trPr>
          <w:cantSplit/>
        </w:trPr>
        <w:tc>
          <w:tcPr>
            <w:tcW w:w="1304" w:type="dxa"/>
          </w:tcPr>
          <w:p w:rsidR="00306250" w:rsidRDefault="00C55C52">
            <w:pPr>
              <w:spacing w:before="10" w:after="10"/>
            </w:pPr>
            <w:r>
              <w:rPr>
                <w:b/>
                <w:sz w:val="14"/>
              </w:rPr>
              <w:t>ENG.3.2.S6</w:t>
            </w:r>
          </w:p>
        </w:tc>
        <w:tc>
          <w:tcPr>
            <w:tcW w:w="14400" w:type="dxa"/>
          </w:tcPr>
          <w:p w:rsidR="00306250" w:rsidRDefault="00C55C52">
            <w:pPr>
              <w:spacing w:before="10" w:after="10"/>
            </w:pPr>
            <w:r>
              <w:rPr>
                <w:sz w:val="14"/>
              </w:rPr>
              <w:t>Pupils can convey their knowledge, experiences, thoughts, and feelings related to the speaking-expression process about the current content, “classroom life with classroom instructions and language; classroom furnitu</w:t>
            </w:r>
            <w:r>
              <w:rPr>
                <w:sz w:val="14"/>
              </w:rPr>
              <w:t>re, objects, and devices, school subjects, seasons of the year” very simply for reflection in relation to themselves or others, both individually and/or with others.</w:t>
            </w:r>
          </w:p>
        </w:tc>
      </w:tr>
      <w:tr w:rsidR="00306250">
        <w:trPr>
          <w:cantSplit/>
        </w:trPr>
        <w:tc>
          <w:tcPr>
            <w:tcW w:w="1304" w:type="dxa"/>
          </w:tcPr>
          <w:p w:rsidR="00306250" w:rsidRDefault="00C55C52">
            <w:pPr>
              <w:spacing w:before="10" w:after="10"/>
            </w:pPr>
            <w:r>
              <w:rPr>
                <w:b/>
                <w:sz w:val="14"/>
              </w:rPr>
              <w:t>ENG.3.2.V1</w:t>
            </w:r>
          </w:p>
        </w:tc>
        <w:tc>
          <w:tcPr>
            <w:tcW w:w="14400" w:type="dxa"/>
          </w:tcPr>
          <w:p w:rsidR="00306250" w:rsidRDefault="00C55C52">
            <w:pPr>
              <w:spacing w:before="10" w:after="10"/>
            </w:pPr>
            <w:r>
              <w:rPr>
                <w:sz w:val="14"/>
              </w:rPr>
              <w:t>Pupils can select and use the target vocabulary of the current content about “</w:t>
            </w:r>
            <w:r>
              <w:rPr>
                <w:sz w:val="14"/>
              </w:rPr>
              <w:t>classroom life with classroom instructions and language; classroom furniture, objects, and devices, school subjects, seasons of the year” accurately, authentically, spontaneously, and naturally and use it appropriately and effectively when communicating wi</w:t>
            </w:r>
            <w:r>
              <w:rPr>
                <w:sz w:val="14"/>
              </w:rPr>
              <w:t>th others.</w:t>
            </w:r>
          </w:p>
        </w:tc>
      </w:tr>
      <w:tr w:rsidR="00306250">
        <w:trPr>
          <w:cantSplit/>
        </w:trPr>
        <w:tc>
          <w:tcPr>
            <w:tcW w:w="1304" w:type="dxa"/>
          </w:tcPr>
          <w:p w:rsidR="00306250" w:rsidRDefault="00C55C52">
            <w:pPr>
              <w:spacing w:before="10" w:after="10"/>
            </w:pPr>
            <w:r>
              <w:rPr>
                <w:b/>
                <w:sz w:val="14"/>
              </w:rPr>
              <w:t>ENG.3.2.W1</w:t>
            </w:r>
          </w:p>
        </w:tc>
        <w:tc>
          <w:tcPr>
            <w:tcW w:w="14400" w:type="dxa"/>
          </w:tcPr>
          <w:p w:rsidR="00306250" w:rsidRDefault="00C55C52">
            <w:pPr>
              <w:spacing w:before="10" w:after="10"/>
            </w:pPr>
            <w:r>
              <w:rPr>
                <w:sz w:val="14"/>
              </w:rPr>
              <w:t xml:space="preserve">Pupils can get ready for the writing-expression process about the current content on “classroom life with classroom instructions and language; classroom furniture, objects, and devices, school subjects, seasons of the year” in an </w:t>
            </w:r>
            <w:r>
              <w:rPr>
                <w:sz w:val="14"/>
              </w:rPr>
              <w:t>age- and level-appropriate way.</w:t>
            </w:r>
          </w:p>
        </w:tc>
      </w:tr>
      <w:tr w:rsidR="00306250">
        <w:trPr>
          <w:cantSplit/>
        </w:trPr>
        <w:tc>
          <w:tcPr>
            <w:tcW w:w="1304" w:type="dxa"/>
          </w:tcPr>
          <w:p w:rsidR="00306250" w:rsidRDefault="00C55C52">
            <w:pPr>
              <w:spacing w:before="10" w:after="10"/>
            </w:pPr>
            <w:r>
              <w:rPr>
                <w:b/>
                <w:sz w:val="14"/>
              </w:rPr>
              <w:t>ENG.3.2.W2</w:t>
            </w:r>
          </w:p>
        </w:tc>
        <w:tc>
          <w:tcPr>
            <w:tcW w:w="14400" w:type="dxa"/>
          </w:tcPr>
          <w:p w:rsidR="00306250" w:rsidRDefault="00C55C52">
            <w:pPr>
              <w:spacing w:before="10" w:after="10"/>
            </w:pPr>
            <w:r>
              <w:rPr>
                <w:sz w:val="14"/>
              </w:rPr>
              <w:t xml:space="preserve">Pupils can copy the model/example on the writing task about the current content on “classroom life with classroom instructions and language; classroom furniture, objects, and devices, school subjects, seasons of </w:t>
            </w:r>
            <w:r>
              <w:rPr>
                <w:sz w:val="14"/>
              </w:rPr>
              <w:t>the year” based on the model/example provided to practise for further writing activities.</w:t>
            </w:r>
          </w:p>
        </w:tc>
      </w:tr>
      <w:tr w:rsidR="00306250">
        <w:trPr>
          <w:cantSplit/>
        </w:trPr>
        <w:tc>
          <w:tcPr>
            <w:tcW w:w="1304" w:type="dxa"/>
          </w:tcPr>
          <w:p w:rsidR="00306250" w:rsidRDefault="00C55C52">
            <w:pPr>
              <w:spacing w:before="10" w:after="10"/>
            </w:pPr>
            <w:r>
              <w:rPr>
                <w:b/>
                <w:sz w:val="14"/>
              </w:rPr>
              <w:t>ENG.3.2.W3</w:t>
            </w:r>
          </w:p>
        </w:tc>
        <w:tc>
          <w:tcPr>
            <w:tcW w:w="14400" w:type="dxa"/>
          </w:tcPr>
          <w:p w:rsidR="00306250" w:rsidRDefault="00C55C52">
            <w:pPr>
              <w:spacing w:before="10" w:after="10"/>
            </w:pPr>
            <w:r>
              <w:rPr>
                <w:sz w:val="14"/>
              </w:rPr>
              <w:t>Pupils can organise and form a content for the assigned writing task on the current content “classroom life with classroom instructions and language; clas</w:t>
            </w:r>
            <w:r>
              <w:rPr>
                <w:sz w:val="14"/>
              </w:rPr>
              <w:t>sroom furniture, objects, and devices, school subjects, seasons of the year” based on the model/example provided.</w:t>
            </w:r>
          </w:p>
        </w:tc>
      </w:tr>
      <w:tr w:rsidR="00306250">
        <w:trPr>
          <w:cantSplit/>
        </w:trPr>
        <w:tc>
          <w:tcPr>
            <w:tcW w:w="1304" w:type="dxa"/>
          </w:tcPr>
          <w:p w:rsidR="00306250" w:rsidRDefault="00C55C52">
            <w:pPr>
              <w:spacing w:before="10" w:after="10"/>
            </w:pPr>
            <w:r>
              <w:rPr>
                <w:b/>
                <w:sz w:val="14"/>
              </w:rPr>
              <w:t>ENG.3.2.W4</w:t>
            </w:r>
          </w:p>
        </w:tc>
        <w:tc>
          <w:tcPr>
            <w:tcW w:w="14400" w:type="dxa"/>
          </w:tcPr>
          <w:p w:rsidR="00306250" w:rsidRDefault="00C55C52">
            <w:pPr>
              <w:spacing w:before="10" w:after="10"/>
            </w:pPr>
            <w:r>
              <w:rPr>
                <w:sz w:val="14"/>
              </w:rPr>
              <w:t xml:space="preserve">Pupils can practise writing by constructing content for the assigned writing task on the current content “classroom life with </w:t>
            </w:r>
            <w:r>
              <w:rPr>
                <w:sz w:val="14"/>
              </w:rPr>
              <w:t>classroom instructions and language; classroom furniture, objects, and devices, school subjects, seasons of the year”.</w:t>
            </w:r>
          </w:p>
        </w:tc>
      </w:tr>
      <w:tr w:rsidR="00306250">
        <w:trPr>
          <w:cantSplit/>
        </w:trPr>
        <w:tc>
          <w:tcPr>
            <w:tcW w:w="1304" w:type="dxa"/>
          </w:tcPr>
          <w:p w:rsidR="00306250" w:rsidRDefault="00C55C52">
            <w:pPr>
              <w:spacing w:before="10" w:after="10"/>
            </w:pPr>
            <w:r>
              <w:rPr>
                <w:b/>
                <w:sz w:val="14"/>
              </w:rPr>
              <w:t>ENG.3.2.W5</w:t>
            </w:r>
          </w:p>
        </w:tc>
        <w:tc>
          <w:tcPr>
            <w:tcW w:w="14400" w:type="dxa"/>
          </w:tcPr>
          <w:p w:rsidR="00306250" w:rsidRDefault="00C55C52">
            <w:pPr>
              <w:spacing w:before="10" w:after="10"/>
            </w:pPr>
            <w:r>
              <w:rPr>
                <w:sz w:val="14"/>
              </w:rPr>
              <w:t>Pupils can reorganise and use information by reconstructing it in the new written tasks about the “classroom life with classr</w:t>
            </w:r>
            <w:r>
              <w:rPr>
                <w:sz w:val="14"/>
              </w:rPr>
              <w:t>oom instructions and language; classroom furniture, objects, and devices, school subjects, seasons of the year” to communicate with other people.</w:t>
            </w:r>
          </w:p>
        </w:tc>
      </w:tr>
      <w:tr w:rsidR="00306250">
        <w:trPr>
          <w:cantSplit/>
        </w:trPr>
        <w:tc>
          <w:tcPr>
            <w:tcW w:w="1304" w:type="dxa"/>
          </w:tcPr>
          <w:p w:rsidR="00306250" w:rsidRDefault="00C55C52">
            <w:pPr>
              <w:spacing w:before="10" w:after="10"/>
            </w:pPr>
            <w:r>
              <w:rPr>
                <w:b/>
                <w:sz w:val="14"/>
              </w:rPr>
              <w:t>ENG.3.2.W6</w:t>
            </w:r>
          </w:p>
        </w:tc>
        <w:tc>
          <w:tcPr>
            <w:tcW w:w="14400" w:type="dxa"/>
          </w:tcPr>
          <w:p w:rsidR="00306250" w:rsidRDefault="00C55C52">
            <w:pPr>
              <w:spacing w:before="10" w:after="10"/>
            </w:pPr>
            <w:r>
              <w:rPr>
                <w:sz w:val="14"/>
              </w:rPr>
              <w:t>Pupils can convey their knowledge, experiences, thoughts, and feelings related to the writing-expr</w:t>
            </w:r>
            <w:r>
              <w:rPr>
                <w:sz w:val="14"/>
              </w:rPr>
              <w:t>ession process about the current content, “classroom life with classroom instructions and language; classroom furniture, objects, and devices, school subjects, seasons of the year” very simply for reflection in relation to themselves or others, both indivi</w:t>
            </w:r>
            <w:r>
              <w:rPr>
                <w:sz w:val="14"/>
              </w:rPr>
              <w:t>dually and/or with others.</w:t>
            </w:r>
          </w:p>
        </w:tc>
      </w:tr>
      <w:tr w:rsidR="00306250">
        <w:tc>
          <w:tcPr>
            <w:tcW w:w="15705" w:type="dxa"/>
            <w:gridSpan w:val="2"/>
            <w:shd w:val="clear" w:color="auto" w:fill="D9E2F3"/>
          </w:tcPr>
          <w:p w:rsidR="00306250" w:rsidRDefault="00C55C52">
            <w:pPr>
              <w:spacing w:before="10" w:after="10"/>
            </w:pPr>
            <w:r>
              <w:rPr>
                <w:b/>
              </w:rPr>
              <w:t>ENG.3.3</w:t>
            </w:r>
          </w:p>
        </w:tc>
      </w:tr>
      <w:tr w:rsidR="00306250">
        <w:trPr>
          <w:cantSplit/>
        </w:trPr>
        <w:tc>
          <w:tcPr>
            <w:tcW w:w="1304" w:type="dxa"/>
          </w:tcPr>
          <w:p w:rsidR="00306250" w:rsidRDefault="00C55C52">
            <w:pPr>
              <w:spacing w:before="10" w:after="10"/>
            </w:pPr>
            <w:r>
              <w:rPr>
                <w:b/>
                <w:sz w:val="14"/>
              </w:rPr>
              <w:lastRenderedPageBreak/>
              <w:t>ENG.3.3.G1</w:t>
            </w:r>
          </w:p>
        </w:tc>
        <w:tc>
          <w:tcPr>
            <w:tcW w:w="14400" w:type="dxa"/>
          </w:tcPr>
          <w:p w:rsidR="00306250" w:rsidRDefault="00C55C52">
            <w:pPr>
              <w:spacing w:before="10" w:after="10"/>
            </w:pPr>
            <w:r>
              <w:rPr>
                <w:sz w:val="14"/>
              </w:rPr>
              <w:t xml:space="preserve">Pupils can select and use the language including target grammatical elements of the current content about “personal life with parts of the body and physical features; personal characters; weather conditions; </w:t>
            </w:r>
            <w:r>
              <w:rPr>
                <w:sz w:val="14"/>
              </w:rPr>
              <w:t>clothing according to seasons and weather conditions; preferences for clothing” accurately, authentically, spontaneously, and naturally and use it appropriately and effectively when communicating with others.</w:t>
            </w:r>
          </w:p>
        </w:tc>
      </w:tr>
      <w:tr w:rsidR="00306250">
        <w:trPr>
          <w:cantSplit/>
        </w:trPr>
        <w:tc>
          <w:tcPr>
            <w:tcW w:w="1304" w:type="dxa"/>
          </w:tcPr>
          <w:p w:rsidR="00306250" w:rsidRDefault="00C55C52">
            <w:pPr>
              <w:spacing w:before="10" w:after="10"/>
            </w:pPr>
            <w:r>
              <w:rPr>
                <w:b/>
                <w:sz w:val="14"/>
              </w:rPr>
              <w:t>ENG.3.3.L1</w:t>
            </w:r>
          </w:p>
        </w:tc>
        <w:tc>
          <w:tcPr>
            <w:tcW w:w="14400" w:type="dxa"/>
          </w:tcPr>
          <w:p w:rsidR="00306250" w:rsidRDefault="00C55C52">
            <w:pPr>
              <w:spacing w:before="10" w:after="10"/>
            </w:pPr>
            <w:r>
              <w:rPr>
                <w:sz w:val="14"/>
              </w:rPr>
              <w:t>Pupils can get ready for the listen</w:t>
            </w:r>
            <w:r>
              <w:rPr>
                <w:sz w:val="14"/>
              </w:rPr>
              <w:t>ing/watching-comprehension process for the current content on “personal life with parts of the body and physical features; personal characters; weather conditions; clothing according to seasons and weather conditions; preferences for clothing”.</w:t>
            </w:r>
          </w:p>
        </w:tc>
      </w:tr>
      <w:tr w:rsidR="00306250">
        <w:trPr>
          <w:cantSplit/>
        </w:trPr>
        <w:tc>
          <w:tcPr>
            <w:tcW w:w="1304" w:type="dxa"/>
          </w:tcPr>
          <w:p w:rsidR="00306250" w:rsidRDefault="00C55C52">
            <w:pPr>
              <w:spacing w:before="10" w:after="10"/>
            </w:pPr>
            <w:r>
              <w:rPr>
                <w:b/>
                <w:sz w:val="14"/>
              </w:rPr>
              <w:t>ENG.3.3.L2</w:t>
            </w:r>
          </w:p>
        </w:tc>
        <w:tc>
          <w:tcPr>
            <w:tcW w:w="14400" w:type="dxa"/>
          </w:tcPr>
          <w:p w:rsidR="00306250" w:rsidRDefault="00C55C52">
            <w:pPr>
              <w:spacing w:before="10" w:after="10"/>
            </w:pPr>
            <w:r>
              <w:rPr>
                <w:sz w:val="14"/>
              </w:rPr>
              <w:t>Pupils can bring information about the current content on “personal life with parts of the body and physical features; personal characters; weather conditions; clothing according to seasons and weather conditions; preferences for clothing” together with k</w:t>
            </w:r>
            <w:r>
              <w:rPr>
                <w:sz w:val="14"/>
              </w:rPr>
              <w:t>ey details and main components while listening/watching it.</w:t>
            </w:r>
          </w:p>
        </w:tc>
      </w:tr>
      <w:tr w:rsidR="00306250">
        <w:trPr>
          <w:cantSplit/>
        </w:trPr>
        <w:tc>
          <w:tcPr>
            <w:tcW w:w="1304" w:type="dxa"/>
          </w:tcPr>
          <w:p w:rsidR="00306250" w:rsidRDefault="00C55C52">
            <w:pPr>
              <w:spacing w:before="10" w:after="10"/>
            </w:pPr>
            <w:r>
              <w:rPr>
                <w:b/>
                <w:sz w:val="14"/>
              </w:rPr>
              <w:t>ENG.3.3.L3</w:t>
            </w:r>
          </w:p>
        </w:tc>
        <w:tc>
          <w:tcPr>
            <w:tcW w:w="14400" w:type="dxa"/>
          </w:tcPr>
          <w:p w:rsidR="00306250" w:rsidRDefault="00C55C52">
            <w:pPr>
              <w:spacing w:before="10" w:after="10"/>
            </w:pPr>
            <w:r>
              <w:rPr>
                <w:sz w:val="14"/>
              </w:rPr>
              <w:t>Pupils can make meaning of/derive meaning from the current content on “personal life with parts of the body and physical features; personal characters; weather conditions; clothing acc</w:t>
            </w:r>
            <w:r>
              <w:rPr>
                <w:sz w:val="14"/>
              </w:rPr>
              <w:t>ording to seasons and weather conditions; preferences for clothing” through details by listening/watching it carefully.</w:t>
            </w:r>
          </w:p>
        </w:tc>
      </w:tr>
      <w:tr w:rsidR="00306250">
        <w:trPr>
          <w:cantSplit/>
        </w:trPr>
        <w:tc>
          <w:tcPr>
            <w:tcW w:w="1304" w:type="dxa"/>
          </w:tcPr>
          <w:p w:rsidR="00306250" w:rsidRDefault="00C55C52">
            <w:pPr>
              <w:spacing w:before="10" w:after="10"/>
            </w:pPr>
            <w:r>
              <w:rPr>
                <w:b/>
                <w:sz w:val="14"/>
              </w:rPr>
              <w:t>ENG.3.3.L4</w:t>
            </w:r>
          </w:p>
        </w:tc>
        <w:tc>
          <w:tcPr>
            <w:tcW w:w="14400" w:type="dxa"/>
          </w:tcPr>
          <w:p w:rsidR="00306250" w:rsidRDefault="00C55C52">
            <w:pPr>
              <w:spacing w:before="10" w:after="10"/>
            </w:pPr>
            <w:r>
              <w:rPr>
                <w:sz w:val="14"/>
              </w:rPr>
              <w:t xml:space="preserve">Pupils can convey their knowledge, experience, thoughts, and feelings about the whole listening/watching-comprehension </w:t>
            </w:r>
            <w:r>
              <w:rPr>
                <w:sz w:val="14"/>
              </w:rPr>
              <w:t>process in relation to the current content on “personal life with parts of the body and physical features; personal characters; weather conditions; clothing according to seasons and weather conditions; preferences for clothing” in a very simple way.</w:t>
            </w:r>
          </w:p>
        </w:tc>
      </w:tr>
      <w:tr w:rsidR="00306250">
        <w:trPr>
          <w:cantSplit/>
        </w:trPr>
        <w:tc>
          <w:tcPr>
            <w:tcW w:w="1304" w:type="dxa"/>
          </w:tcPr>
          <w:p w:rsidR="00306250" w:rsidRDefault="00C55C52">
            <w:pPr>
              <w:spacing w:before="10" w:after="10"/>
            </w:pPr>
            <w:r>
              <w:rPr>
                <w:b/>
                <w:sz w:val="14"/>
              </w:rPr>
              <w:t>ENG.3</w:t>
            </w:r>
            <w:r>
              <w:rPr>
                <w:b/>
                <w:sz w:val="14"/>
              </w:rPr>
              <w:t>.3.P1</w:t>
            </w:r>
          </w:p>
        </w:tc>
        <w:tc>
          <w:tcPr>
            <w:tcW w:w="14400" w:type="dxa"/>
          </w:tcPr>
          <w:p w:rsidR="00306250" w:rsidRDefault="00C55C52">
            <w:pPr>
              <w:spacing w:before="10" w:after="10"/>
            </w:pPr>
            <w:r>
              <w:rPr>
                <w:sz w:val="14"/>
              </w:rPr>
              <w:t>Pupils can select and use the target phonological elements of the current content about “personal life with parts of the body and physical features; personal characters; weather conditions; clothing according to seasons and weather conditions; prefer</w:t>
            </w:r>
            <w:r>
              <w:rPr>
                <w:sz w:val="14"/>
              </w:rPr>
              <w:t>ences for clothing” accurately, authentically, and naturally through spontaneous selection and using it in an appropriate and effective way when communicating with others.</w:t>
            </w:r>
          </w:p>
        </w:tc>
      </w:tr>
      <w:tr w:rsidR="00306250">
        <w:trPr>
          <w:cantSplit/>
        </w:trPr>
        <w:tc>
          <w:tcPr>
            <w:tcW w:w="1304" w:type="dxa"/>
          </w:tcPr>
          <w:p w:rsidR="00306250" w:rsidRDefault="00C55C52">
            <w:pPr>
              <w:spacing w:before="10" w:after="10"/>
            </w:pPr>
            <w:r>
              <w:rPr>
                <w:b/>
                <w:sz w:val="14"/>
              </w:rPr>
              <w:t>ENG.3.3.R1</w:t>
            </w:r>
          </w:p>
        </w:tc>
        <w:tc>
          <w:tcPr>
            <w:tcW w:w="14400" w:type="dxa"/>
          </w:tcPr>
          <w:p w:rsidR="00306250" w:rsidRDefault="00C55C52">
            <w:pPr>
              <w:spacing w:before="10" w:after="10"/>
            </w:pPr>
            <w:r>
              <w:rPr>
                <w:sz w:val="14"/>
              </w:rPr>
              <w:t>Pupils can get ready for the reading-comprehension process about the cur</w:t>
            </w:r>
            <w:r>
              <w:rPr>
                <w:sz w:val="14"/>
              </w:rPr>
              <w:t>rent content on “personal life with parts of the body and physical features; personal characters; weather conditions; clothing according to seasons and weather conditions; preferences for clothing”.</w:t>
            </w:r>
          </w:p>
        </w:tc>
      </w:tr>
      <w:tr w:rsidR="00306250">
        <w:trPr>
          <w:cantSplit/>
        </w:trPr>
        <w:tc>
          <w:tcPr>
            <w:tcW w:w="1304" w:type="dxa"/>
          </w:tcPr>
          <w:p w:rsidR="00306250" w:rsidRDefault="00C55C52">
            <w:pPr>
              <w:spacing w:before="10" w:after="10"/>
            </w:pPr>
            <w:r>
              <w:rPr>
                <w:b/>
                <w:sz w:val="14"/>
              </w:rPr>
              <w:t>ENG.3.3.R2</w:t>
            </w:r>
          </w:p>
        </w:tc>
        <w:tc>
          <w:tcPr>
            <w:tcW w:w="14400" w:type="dxa"/>
          </w:tcPr>
          <w:p w:rsidR="00306250" w:rsidRDefault="00C55C52">
            <w:pPr>
              <w:spacing w:before="10" w:after="10"/>
            </w:pPr>
            <w:r>
              <w:rPr>
                <w:sz w:val="14"/>
              </w:rPr>
              <w:t>Pupils can bring information about the curren</w:t>
            </w:r>
            <w:r>
              <w:rPr>
                <w:sz w:val="14"/>
              </w:rPr>
              <w:t>t content on “personal life with parts of the body and physical features; personal characters; weather conditions; clothing according to seasons and weather conditions; preferences for clothing” through skimming (looking quickly at) the audio-visual elemen</w:t>
            </w:r>
            <w:r>
              <w:rPr>
                <w:sz w:val="14"/>
              </w:rPr>
              <w:t>ts and reading the content very quickly.</w:t>
            </w:r>
          </w:p>
        </w:tc>
      </w:tr>
      <w:tr w:rsidR="00306250">
        <w:trPr>
          <w:cantSplit/>
        </w:trPr>
        <w:tc>
          <w:tcPr>
            <w:tcW w:w="1304" w:type="dxa"/>
          </w:tcPr>
          <w:p w:rsidR="00306250" w:rsidRDefault="00C55C52">
            <w:pPr>
              <w:spacing w:before="10" w:after="10"/>
            </w:pPr>
            <w:r>
              <w:rPr>
                <w:b/>
                <w:sz w:val="14"/>
              </w:rPr>
              <w:t>ENG.3.3.R3</w:t>
            </w:r>
          </w:p>
        </w:tc>
        <w:tc>
          <w:tcPr>
            <w:tcW w:w="14400" w:type="dxa"/>
          </w:tcPr>
          <w:p w:rsidR="00306250" w:rsidRDefault="00C55C52">
            <w:pPr>
              <w:spacing w:before="10" w:after="10"/>
            </w:pPr>
            <w:r>
              <w:rPr>
                <w:sz w:val="14"/>
              </w:rPr>
              <w:t>Pupils can make meaning of/derive meaning from the current content about “personal life with parts of the body and physical features; personal characters; weather conditions; clothing according to season</w:t>
            </w:r>
            <w:r>
              <w:rPr>
                <w:sz w:val="14"/>
              </w:rPr>
              <w:t>s and weather conditions; preferences for clothing” by reading it carefully.</w:t>
            </w:r>
          </w:p>
        </w:tc>
      </w:tr>
      <w:tr w:rsidR="00306250">
        <w:trPr>
          <w:cantSplit/>
        </w:trPr>
        <w:tc>
          <w:tcPr>
            <w:tcW w:w="1304" w:type="dxa"/>
          </w:tcPr>
          <w:p w:rsidR="00306250" w:rsidRDefault="00C55C52">
            <w:pPr>
              <w:spacing w:before="10" w:after="10"/>
            </w:pPr>
            <w:r>
              <w:rPr>
                <w:b/>
                <w:sz w:val="14"/>
              </w:rPr>
              <w:t>ENG.3.3.R4</w:t>
            </w:r>
          </w:p>
        </w:tc>
        <w:tc>
          <w:tcPr>
            <w:tcW w:w="14400" w:type="dxa"/>
          </w:tcPr>
          <w:p w:rsidR="00306250" w:rsidRDefault="00C55C52">
            <w:pPr>
              <w:spacing w:before="10" w:after="10"/>
            </w:pPr>
            <w:r>
              <w:rPr>
                <w:sz w:val="14"/>
              </w:rPr>
              <w:t>Pupils can convey their knowledge, experiences, thoughts, and feelings related to the reading-comprehension process about the current content, “personal life with part</w:t>
            </w:r>
            <w:r>
              <w:rPr>
                <w:sz w:val="14"/>
              </w:rPr>
              <w:t>s of the body and physical features; personal characters; weather conditions; clothing according to seasons and weather conditions; preferences for clothing” for reflection in relation to themselves or others, both individually and/or with others.</w:t>
            </w:r>
          </w:p>
        </w:tc>
      </w:tr>
      <w:tr w:rsidR="00306250">
        <w:trPr>
          <w:cantSplit/>
        </w:trPr>
        <w:tc>
          <w:tcPr>
            <w:tcW w:w="1304" w:type="dxa"/>
          </w:tcPr>
          <w:p w:rsidR="00306250" w:rsidRDefault="00C55C52">
            <w:pPr>
              <w:spacing w:before="10" w:after="10"/>
            </w:pPr>
            <w:r>
              <w:rPr>
                <w:b/>
                <w:sz w:val="14"/>
              </w:rPr>
              <w:t>ENG.3.3</w:t>
            </w:r>
            <w:r>
              <w:rPr>
                <w:b/>
                <w:sz w:val="14"/>
              </w:rPr>
              <w:t>.S1</w:t>
            </w:r>
          </w:p>
        </w:tc>
        <w:tc>
          <w:tcPr>
            <w:tcW w:w="14400" w:type="dxa"/>
          </w:tcPr>
          <w:p w:rsidR="00306250" w:rsidRDefault="00C55C52">
            <w:pPr>
              <w:spacing w:before="10" w:after="10"/>
            </w:pPr>
            <w:r>
              <w:rPr>
                <w:sz w:val="14"/>
              </w:rPr>
              <w:t>Pupils can get ready for speaking-expression process about the current content on “personal life with parts of the body and physical features; personal characters; weather conditions; clothing according to seasons and weather conditions; preferences fo</w:t>
            </w:r>
            <w:r>
              <w:rPr>
                <w:sz w:val="14"/>
              </w:rPr>
              <w:t>r clothing” with the help of supplementary audio-visual materials.</w:t>
            </w:r>
          </w:p>
        </w:tc>
      </w:tr>
      <w:tr w:rsidR="00306250">
        <w:trPr>
          <w:cantSplit/>
        </w:trPr>
        <w:tc>
          <w:tcPr>
            <w:tcW w:w="1304" w:type="dxa"/>
          </w:tcPr>
          <w:p w:rsidR="00306250" w:rsidRDefault="00C55C52">
            <w:pPr>
              <w:spacing w:before="10" w:after="10"/>
            </w:pPr>
            <w:r>
              <w:rPr>
                <w:b/>
                <w:sz w:val="14"/>
              </w:rPr>
              <w:t>ENG.3.3.S2</w:t>
            </w:r>
          </w:p>
        </w:tc>
        <w:tc>
          <w:tcPr>
            <w:tcW w:w="14400" w:type="dxa"/>
          </w:tcPr>
          <w:p w:rsidR="00306250" w:rsidRDefault="00C55C52">
            <w:pPr>
              <w:spacing w:before="10" w:after="10"/>
            </w:pPr>
            <w:r>
              <w:rPr>
                <w:sz w:val="14"/>
              </w:rPr>
              <w:t xml:space="preserve">Pupils can imitate the model/example for producing verbal content about the current theme on “personal life with parts of the body and physical features; personal characters; </w:t>
            </w:r>
            <w:r>
              <w:rPr>
                <w:sz w:val="14"/>
              </w:rPr>
              <w:t>weather conditions; clothing according to seasons and weather conditions; preferences for clothing”.</w:t>
            </w:r>
          </w:p>
        </w:tc>
      </w:tr>
      <w:tr w:rsidR="00306250">
        <w:trPr>
          <w:cantSplit/>
        </w:trPr>
        <w:tc>
          <w:tcPr>
            <w:tcW w:w="1304" w:type="dxa"/>
          </w:tcPr>
          <w:p w:rsidR="00306250" w:rsidRDefault="00C55C52">
            <w:pPr>
              <w:spacing w:before="10" w:after="10"/>
            </w:pPr>
            <w:r>
              <w:rPr>
                <w:b/>
                <w:sz w:val="14"/>
              </w:rPr>
              <w:t>ENG.3.3.S3</w:t>
            </w:r>
          </w:p>
        </w:tc>
        <w:tc>
          <w:tcPr>
            <w:tcW w:w="14400" w:type="dxa"/>
          </w:tcPr>
          <w:p w:rsidR="00306250" w:rsidRDefault="00C55C52">
            <w:pPr>
              <w:spacing w:before="10" w:after="10"/>
            </w:pPr>
            <w:r>
              <w:rPr>
                <w:sz w:val="14"/>
              </w:rPr>
              <w:t>Pupils can organise simple new verbal content on “personal life with parts of the body and physical features; personal characters; weather cond</w:t>
            </w:r>
            <w:r>
              <w:rPr>
                <w:sz w:val="14"/>
              </w:rPr>
              <w:t>itions; clothing according to seasons and weather conditions; preferences for clothing” by speaking accurately, efficiently, and authentically.</w:t>
            </w:r>
          </w:p>
        </w:tc>
      </w:tr>
      <w:tr w:rsidR="00306250">
        <w:trPr>
          <w:cantSplit/>
        </w:trPr>
        <w:tc>
          <w:tcPr>
            <w:tcW w:w="1304" w:type="dxa"/>
          </w:tcPr>
          <w:p w:rsidR="00306250" w:rsidRDefault="00C55C52">
            <w:pPr>
              <w:spacing w:before="10" w:after="10"/>
            </w:pPr>
            <w:r>
              <w:rPr>
                <w:b/>
                <w:sz w:val="14"/>
              </w:rPr>
              <w:t>ENG.3.3.S4</w:t>
            </w:r>
          </w:p>
        </w:tc>
        <w:tc>
          <w:tcPr>
            <w:tcW w:w="14400" w:type="dxa"/>
          </w:tcPr>
          <w:p w:rsidR="00306250" w:rsidRDefault="00C55C52">
            <w:pPr>
              <w:spacing w:before="10" w:after="10"/>
            </w:pPr>
            <w:r>
              <w:rPr>
                <w:sz w:val="14"/>
              </w:rPr>
              <w:t>Pupils can form a simple new verbal content on “personal life with parts of the body and physical fe</w:t>
            </w:r>
            <w:r>
              <w:rPr>
                <w:sz w:val="14"/>
              </w:rPr>
              <w:t>atures; personal characters; weather conditions; clothing according to seasons and weather conditions; preferences for clothing” through reconstruction by speaking accurately, efficiently, and authentically.</w:t>
            </w:r>
          </w:p>
        </w:tc>
      </w:tr>
      <w:tr w:rsidR="00306250">
        <w:trPr>
          <w:cantSplit/>
        </w:trPr>
        <w:tc>
          <w:tcPr>
            <w:tcW w:w="1304" w:type="dxa"/>
          </w:tcPr>
          <w:p w:rsidR="00306250" w:rsidRDefault="00C55C52">
            <w:pPr>
              <w:spacing w:before="10" w:after="10"/>
            </w:pPr>
            <w:r>
              <w:rPr>
                <w:b/>
                <w:sz w:val="14"/>
              </w:rPr>
              <w:t>ENG.3.3.S5</w:t>
            </w:r>
          </w:p>
        </w:tc>
        <w:tc>
          <w:tcPr>
            <w:tcW w:w="14400" w:type="dxa"/>
          </w:tcPr>
          <w:p w:rsidR="00306250" w:rsidRDefault="00C55C52">
            <w:pPr>
              <w:spacing w:before="10" w:after="10"/>
            </w:pPr>
            <w:r>
              <w:rPr>
                <w:sz w:val="14"/>
              </w:rPr>
              <w:t>Pupils can reorganise and use inform</w:t>
            </w:r>
            <w:r>
              <w:rPr>
                <w:sz w:val="14"/>
              </w:rPr>
              <w:t xml:space="preserve">ation about the current theme on “personal life with parts of the body and physical features; personal characters; weather conditions; clothing according to seasons and weather conditions; preferences for clothing” by reconstructing it to communicate with </w:t>
            </w:r>
            <w:r>
              <w:rPr>
                <w:sz w:val="14"/>
              </w:rPr>
              <w:t>other people.</w:t>
            </w:r>
          </w:p>
        </w:tc>
      </w:tr>
      <w:tr w:rsidR="00306250">
        <w:trPr>
          <w:cantSplit/>
        </w:trPr>
        <w:tc>
          <w:tcPr>
            <w:tcW w:w="1304" w:type="dxa"/>
          </w:tcPr>
          <w:p w:rsidR="00306250" w:rsidRDefault="00C55C52">
            <w:pPr>
              <w:spacing w:before="10" w:after="10"/>
            </w:pPr>
            <w:r>
              <w:rPr>
                <w:b/>
                <w:sz w:val="14"/>
              </w:rPr>
              <w:t>ENG.3.3.S6</w:t>
            </w:r>
          </w:p>
        </w:tc>
        <w:tc>
          <w:tcPr>
            <w:tcW w:w="14400" w:type="dxa"/>
          </w:tcPr>
          <w:p w:rsidR="00306250" w:rsidRDefault="00C55C52">
            <w:pPr>
              <w:spacing w:before="10" w:after="10"/>
            </w:pPr>
            <w:r>
              <w:rPr>
                <w:sz w:val="14"/>
              </w:rPr>
              <w:t>Pupils can convey their knowledge, experiences, thoughts, and feelings related to the speaking-expression process about the current content, “personal life with parts of the body and physical features; personal characters; weather</w:t>
            </w:r>
            <w:r>
              <w:rPr>
                <w:sz w:val="14"/>
              </w:rPr>
              <w:t xml:space="preserve"> conditions; clothing according to seasons and weather conditions; preferences for clothing” very simply for reflection in relation to themselves or others, both individually and/or with others.</w:t>
            </w:r>
          </w:p>
        </w:tc>
      </w:tr>
      <w:tr w:rsidR="00306250">
        <w:trPr>
          <w:cantSplit/>
        </w:trPr>
        <w:tc>
          <w:tcPr>
            <w:tcW w:w="1304" w:type="dxa"/>
          </w:tcPr>
          <w:p w:rsidR="00306250" w:rsidRDefault="00C55C52">
            <w:pPr>
              <w:spacing w:before="10" w:after="10"/>
            </w:pPr>
            <w:r>
              <w:rPr>
                <w:b/>
                <w:sz w:val="14"/>
              </w:rPr>
              <w:t>ENG.3.3.V1</w:t>
            </w:r>
          </w:p>
        </w:tc>
        <w:tc>
          <w:tcPr>
            <w:tcW w:w="14400" w:type="dxa"/>
          </w:tcPr>
          <w:p w:rsidR="00306250" w:rsidRDefault="00C55C52">
            <w:pPr>
              <w:spacing w:before="10" w:after="10"/>
            </w:pPr>
            <w:r>
              <w:rPr>
                <w:sz w:val="14"/>
              </w:rPr>
              <w:t>Pupils can select and use the target vocabulary o</w:t>
            </w:r>
            <w:r>
              <w:rPr>
                <w:sz w:val="14"/>
              </w:rPr>
              <w:t xml:space="preserve">f the current content about “personal life with parts of the body and physical features; personal characters; weather conditions; clothing according to seasons and weather conditions; preferences for clothing” accurately, authentically, spontaneously, and </w:t>
            </w:r>
            <w:r>
              <w:rPr>
                <w:sz w:val="14"/>
              </w:rPr>
              <w:t>naturally and use it appropriately and effectively when communicating with others.</w:t>
            </w:r>
          </w:p>
        </w:tc>
      </w:tr>
      <w:tr w:rsidR="00306250">
        <w:trPr>
          <w:cantSplit/>
        </w:trPr>
        <w:tc>
          <w:tcPr>
            <w:tcW w:w="1304" w:type="dxa"/>
          </w:tcPr>
          <w:p w:rsidR="00306250" w:rsidRDefault="00C55C52">
            <w:pPr>
              <w:spacing w:before="10" w:after="10"/>
            </w:pPr>
            <w:r>
              <w:rPr>
                <w:b/>
                <w:sz w:val="14"/>
              </w:rPr>
              <w:t>ENG.3.3.W1</w:t>
            </w:r>
          </w:p>
        </w:tc>
        <w:tc>
          <w:tcPr>
            <w:tcW w:w="14400" w:type="dxa"/>
          </w:tcPr>
          <w:p w:rsidR="00306250" w:rsidRDefault="00C55C52">
            <w:pPr>
              <w:spacing w:before="10" w:after="10"/>
            </w:pPr>
            <w:r>
              <w:rPr>
                <w:sz w:val="14"/>
              </w:rPr>
              <w:t xml:space="preserve">Pupils can get ready for the writing-expression process about the current content on “personal life with parts of the body and physical features; personal </w:t>
            </w:r>
            <w:r>
              <w:rPr>
                <w:sz w:val="14"/>
              </w:rPr>
              <w:t>characters; weather conditions; clothing according to seasons and weather conditions; preferences for clothing” in an age- and level-appropriate way.</w:t>
            </w:r>
          </w:p>
        </w:tc>
      </w:tr>
      <w:tr w:rsidR="00306250">
        <w:trPr>
          <w:cantSplit/>
        </w:trPr>
        <w:tc>
          <w:tcPr>
            <w:tcW w:w="1304" w:type="dxa"/>
          </w:tcPr>
          <w:p w:rsidR="00306250" w:rsidRDefault="00C55C52">
            <w:pPr>
              <w:spacing w:before="10" w:after="10"/>
            </w:pPr>
            <w:r>
              <w:rPr>
                <w:b/>
                <w:sz w:val="14"/>
              </w:rPr>
              <w:t>ENG.3.3.W2</w:t>
            </w:r>
          </w:p>
        </w:tc>
        <w:tc>
          <w:tcPr>
            <w:tcW w:w="14400" w:type="dxa"/>
          </w:tcPr>
          <w:p w:rsidR="00306250" w:rsidRDefault="00C55C52">
            <w:pPr>
              <w:spacing w:before="10" w:after="10"/>
            </w:pPr>
            <w:r>
              <w:rPr>
                <w:sz w:val="14"/>
              </w:rPr>
              <w:t>Pupils can copy the model/example on the writing task about the current content on “personal l</w:t>
            </w:r>
            <w:r>
              <w:rPr>
                <w:sz w:val="14"/>
              </w:rPr>
              <w:t>ife with parts of the body and physical features; personal characters; weather conditions; clothing according to seasons and weather conditions; preferences for clothing” based on the model/example provided to practise for further writing activities.</w:t>
            </w:r>
          </w:p>
        </w:tc>
      </w:tr>
      <w:tr w:rsidR="00306250">
        <w:trPr>
          <w:cantSplit/>
        </w:trPr>
        <w:tc>
          <w:tcPr>
            <w:tcW w:w="1304" w:type="dxa"/>
          </w:tcPr>
          <w:p w:rsidR="00306250" w:rsidRDefault="00C55C52">
            <w:pPr>
              <w:spacing w:before="10" w:after="10"/>
            </w:pPr>
            <w:r>
              <w:rPr>
                <w:b/>
                <w:sz w:val="14"/>
              </w:rPr>
              <w:t>ENG.</w:t>
            </w:r>
            <w:r>
              <w:rPr>
                <w:b/>
                <w:sz w:val="14"/>
              </w:rPr>
              <w:t>3.3.W3</w:t>
            </w:r>
          </w:p>
        </w:tc>
        <w:tc>
          <w:tcPr>
            <w:tcW w:w="14400" w:type="dxa"/>
          </w:tcPr>
          <w:p w:rsidR="00306250" w:rsidRDefault="00C55C52">
            <w:pPr>
              <w:spacing w:before="10" w:after="10"/>
            </w:pPr>
            <w:r>
              <w:rPr>
                <w:sz w:val="14"/>
              </w:rPr>
              <w:t xml:space="preserve">Pupils can organise and form a content for the assigned writing task on the current content “personal life with parts of the body and physical features; personal characters; weather conditions; clothing according to seasons and weather conditions; </w:t>
            </w:r>
            <w:r>
              <w:rPr>
                <w:sz w:val="14"/>
              </w:rPr>
              <w:t>preferences for clothing” based on the model/example provided.</w:t>
            </w:r>
          </w:p>
        </w:tc>
      </w:tr>
      <w:tr w:rsidR="00306250">
        <w:trPr>
          <w:cantSplit/>
        </w:trPr>
        <w:tc>
          <w:tcPr>
            <w:tcW w:w="1304" w:type="dxa"/>
          </w:tcPr>
          <w:p w:rsidR="00306250" w:rsidRDefault="00C55C52">
            <w:pPr>
              <w:spacing w:before="10" w:after="10"/>
            </w:pPr>
            <w:r>
              <w:rPr>
                <w:b/>
                <w:sz w:val="14"/>
              </w:rPr>
              <w:t>ENG.3.3.W4</w:t>
            </w:r>
          </w:p>
        </w:tc>
        <w:tc>
          <w:tcPr>
            <w:tcW w:w="14400" w:type="dxa"/>
          </w:tcPr>
          <w:p w:rsidR="00306250" w:rsidRDefault="00C55C52">
            <w:pPr>
              <w:spacing w:before="10" w:after="10"/>
            </w:pPr>
            <w:r>
              <w:rPr>
                <w:sz w:val="14"/>
              </w:rPr>
              <w:t>Pupils can practise writing by constructing content for the assigned writing task on the current content “personal life with parts of the body and physical features; personal charac</w:t>
            </w:r>
            <w:r>
              <w:rPr>
                <w:sz w:val="14"/>
              </w:rPr>
              <w:t>ters; weather conditions; clothing according to seasons and weather conditions; preferences for clothing”.</w:t>
            </w:r>
          </w:p>
        </w:tc>
      </w:tr>
      <w:tr w:rsidR="00306250">
        <w:trPr>
          <w:cantSplit/>
        </w:trPr>
        <w:tc>
          <w:tcPr>
            <w:tcW w:w="1304" w:type="dxa"/>
          </w:tcPr>
          <w:p w:rsidR="00306250" w:rsidRDefault="00C55C52">
            <w:pPr>
              <w:spacing w:before="10" w:after="10"/>
            </w:pPr>
            <w:r>
              <w:rPr>
                <w:b/>
                <w:sz w:val="14"/>
              </w:rPr>
              <w:t>ENG.3.3.W5</w:t>
            </w:r>
          </w:p>
        </w:tc>
        <w:tc>
          <w:tcPr>
            <w:tcW w:w="14400" w:type="dxa"/>
          </w:tcPr>
          <w:p w:rsidR="00306250" w:rsidRDefault="00C55C52">
            <w:pPr>
              <w:spacing w:before="10" w:after="10"/>
            </w:pPr>
            <w:r>
              <w:rPr>
                <w:sz w:val="14"/>
              </w:rPr>
              <w:t>Pupils can reorganise and use information by reconstructing it in the new written tasks about the “personal life with parts of the body a</w:t>
            </w:r>
            <w:r>
              <w:rPr>
                <w:sz w:val="14"/>
              </w:rPr>
              <w:t>nd physical features; personal characters; weather conditions; clothing according to seasons and weather conditions; preferences for clothing” to communicate with other people.</w:t>
            </w:r>
          </w:p>
        </w:tc>
      </w:tr>
      <w:tr w:rsidR="00306250">
        <w:trPr>
          <w:cantSplit/>
        </w:trPr>
        <w:tc>
          <w:tcPr>
            <w:tcW w:w="1304" w:type="dxa"/>
          </w:tcPr>
          <w:p w:rsidR="00306250" w:rsidRDefault="00C55C52">
            <w:pPr>
              <w:spacing w:before="10" w:after="10"/>
            </w:pPr>
            <w:r>
              <w:rPr>
                <w:b/>
                <w:sz w:val="14"/>
              </w:rPr>
              <w:t>ENG.3.3.W6</w:t>
            </w:r>
          </w:p>
        </w:tc>
        <w:tc>
          <w:tcPr>
            <w:tcW w:w="14400" w:type="dxa"/>
          </w:tcPr>
          <w:p w:rsidR="00306250" w:rsidRDefault="00C55C52">
            <w:pPr>
              <w:spacing w:before="10" w:after="10"/>
            </w:pPr>
            <w:r>
              <w:rPr>
                <w:sz w:val="14"/>
              </w:rPr>
              <w:t>Pupils can convey their knowledge, experiences, thoughts, and feeli</w:t>
            </w:r>
            <w:r>
              <w:rPr>
                <w:sz w:val="14"/>
              </w:rPr>
              <w:t>ngs related to the writing-expression process about the current content, “personal life with parts of the body and physical features; personal characters; weather conditions; clothing according to seasons and weather conditions; preferences for clothing” v</w:t>
            </w:r>
            <w:r>
              <w:rPr>
                <w:sz w:val="14"/>
              </w:rPr>
              <w:t>ery simply for reflection in relation to themselves or others, both individually and/or with others.</w:t>
            </w:r>
          </w:p>
        </w:tc>
      </w:tr>
      <w:tr w:rsidR="00306250">
        <w:tc>
          <w:tcPr>
            <w:tcW w:w="15705" w:type="dxa"/>
            <w:gridSpan w:val="2"/>
            <w:shd w:val="clear" w:color="auto" w:fill="D9E2F3"/>
          </w:tcPr>
          <w:p w:rsidR="00306250" w:rsidRDefault="00C55C52">
            <w:pPr>
              <w:spacing w:before="10" w:after="10"/>
            </w:pPr>
            <w:r>
              <w:rPr>
                <w:b/>
              </w:rPr>
              <w:t>ENG.3.4</w:t>
            </w:r>
          </w:p>
        </w:tc>
      </w:tr>
      <w:tr w:rsidR="00306250">
        <w:trPr>
          <w:cantSplit/>
        </w:trPr>
        <w:tc>
          <w:tcPr>
            <w:tcW w:w="1304" w:type="dxa"/>
          </w:tcPr>
          <w:p w:rsidR="00306250" w:rsidRDefault="00C55C52">
            <w:pPr>
              <w:spacing w:before="10" w:after="10"/>
            </w:pPr>
            <w:r>
              <w:rPr>
                <w:b/>
                <w:sz w:val="14"/>
              </w:rPr>
              <w:lastRenderedPageBreak/>
              <w:t>ENG.3.4.G1</w:t>
            </w:r>
          </w:p>
        </w:tc>
        <w:tc>
          <w:tcPr>
            <w:tcW w:w="14400" w:type="dxa"/>
          </w:tcPr>
          <w:p w:rsidR="00306250" w:rsidRDefault="00C55C52">
            <w:pPr>
              <w:spacing w:before="10" w:after="10"/>
            </w:pPr>
            <w:r>
              <w:rPr>
                <w:sz w:val="14"/>
              </w:rPr>
              <w:t xml:space="preserve">Pupils can select and use the language including target grammatical elements of the current content about “family life with family </w:t>
            </w:r>
            <w:r>
              <w:rPr>
                <w:sz w:val="14"/>
              </w:rPr>
              <w:t>members; ages of family members; daily routines and chores of family members; hobbies and abilities of family members” accurately, authentically, spontaneously, and naturally and use it appropriately and effectively when communicating with others.</w:t>
            </w:r>
          </w:p>
        </w:tc>
      </w:tr>
      <w:tr w:rsidR="00306250">
        <w:trPr>
          <w:cantSplit/>
        </w:trPr>
        <w:tc>
          <w:tcPr>
            <w:tcW w:w="1304" w:type="dxa"/>
          </w:tcPr>
          <w:p w:rsidR="00306250" w:rsidRDefault="00C55C52">
            <w:pPr>
              <w:spacing w:before="10" w:after="10"/>
            </w:pPr>
            <w:r>
              <w:rPr>
                <w:b/>
                <w:sz w:val="14"/>
              </w:rPr>
              <w:t>ENG.3.4</w:t>
            </w:r>
            <w:r>
              <w:rPr>
                <w:b/>
                <w:sz w:val="14"/>
              </w:rPr>
              <w:t>.L1</w:t>
            </w:r>
          </w:p>
        </w:tc>
        <w:tc>
          <w:tcPr>
            <w:tcW w:w="14400" w:type="dxa"/>
          </w:tcPr>
          <w:p w:rsidR="00306250" w:rsidRDefault="00C55C52">
            <w:pPr>
              <w:spacing w:before="10" w:after="10"/>
            </w:pPr>
            <w:r>
              <w:rPr>
                <w:sz w:val="14"/>
              </w:rPr>
              <w:t>Pupils can get ready for the listening/watching-comprehension process for the current content on “family life with family members; ages of family members; daily routines and chores of family members; hobbies and abilities of family members”.</w:t>
            </w:r>
          </w:p>
        </w:tc>
      </w:tr>
      <w:tr w:rsidR="00306250">
        <w:trPr>
          <w:cantSplit/>
        </w:trPr>
        <w:tc>
          <w:tcPr>
            <w:tcW w:w="1304" w:type="dxa"/>
          </w:tcPr>
          <w:p w:rsidR="00306250" w:rsidRDefault="00C55C52">
            <w:pPr>
              <w:spacing w:before="10" w:after="10"/>
            </w:pPr>
            <w:r>
              <w:rPr>
                <w:b/>
                <w:sz w:val="14"/>
              </w:rPr>
              <w:t>ENG.3.4.L</w:t>
            </w:r>
            <w:r>
              <w:rPr>
                <w:b/>
                <w:sz w:val="14"/>
              </w:rPr>
              <w:t>2</w:t>
            </w:r>
          </w:p>
        </w:tc>
        <w:tc>
          <w:tcPr>
            <w:tcW w:w="14400" w:type="dxa"/>
          </w:tcPr>
          <w:p w:rsidR="00306250" w:rsidRDefault="00C55C52">
            <w:pPr>
              <w:spacing w:before="10" w:after="10"/>
            </w:pPr>
            <w:r>
              <w:rPr>
                <w:sz w:val="14"/>
              </w:rPr>
              <w:t xml:space="preserve">Pupils can bring information about the current content on “family life with family members; ages of family members; daily routines and chores of family members; hobbies and abilities of family members” together with key details and main components while </w:t>
            </w:r>
            <w:r>
              <w:rPr>
                <w:sz w:val="14"/>
              </w:rPr>
              <w:t>listening/watching it.</w:t>
            </w:r>
          </w:p>
        </w:tc>
      </w:tr>
      <w:tr w:rsidR="00306250">
        <w:trPr>
          <w:cantSplit/>
        </w:trPr>
        <w:tc>
          <w:tcPr>
            <w:tcW w:w="1304" w:type="dxa"/>
          </w:tcPr>
          <w:p w:rsidR="00306250" w:rsidRDefault="00C55C52">
            <w:pPr>
              <w:spacing w:before="10" w:after="10"/>
            </w:pPr>
            <w:r>
              <w:rPr>
                <w:b/>
                <w:sz w:val="14"/>
              </w:rPr>
              <w:t>ENG.3.4.L3</w:t>
            </w:r>
          </w:p>
        </w:tc>
        <w:tc>
          <w:tcPr>
            <w:tcW w:w="14400" w:type="dxa"/>
          </w:tcPr>
          <w:p w:rsidR="00306250" w:rsidRDefault="00C55C52">
            <w:pPr>
              <w:spacing w:before="10" w:after="10"/>
            </w:pPr>
            <w:r>
              <w:rPr>
                <w:sz w:val="14"/>
              </w:rPr>
              <w:t>Pupils can make meaning of/derive meaning from the current content on “family life with family members; ages of family members; daily routines and chores of family members; hobbies and abilities of family members” through</w:t>
            </w:r>
            <w:r>
              <w:rPr>
                <w:sz w:val="14"/>
              </w:rPr>
              <w:t xml:space="preserve"> details by listening/watching it carefully.</w:t>
            </w:r>
          </w:p>
        </w:tc>
      </w:tr>
      <w:tr w:rsidR="00306250">
        <w:trPr>
          <w:cantSplit/>
        </w:trPr>
        <w:tc>
          <w:tcPr>
            <w:tcW w:w="1304" w:type="dxa"/>
          </w:tcPr>
          <w:p w:rsidR="00306250" w:rsidRDefault="00C55C52">
            <w:pPr>
              <w:spacing w:before="10" w:after="10"/>
            </w:pPr>
            <w:r>
              <w:rPr>
                <w:b/>
                <w:sz w:val="14"/>
              </w:rPr>
              <w:t>ENG.3.4.L4</w:t>
            </w:r>
          </w:p>
        </w:tc>
        <w:tc>
          <w:tcPr>
            <w:tcW w:w="14400" w:type="dxa"/>
          </w:tcPr>
          <w:p w:rsidR="00306250" w:rsidRDefault="00C55C52">
            <w:pPr>
              <w:spacing w:before="10" w:after="10"/>
            </w:pPr>
            <w:r>
              <w:rPr>
                <w:sz w:val="14"/>
              </w:rPr>
              <w:t xml:space="preserve">Pupils can convey their knowledge, experience, thoughts, and feelings about the whole listening/watching-comprehension process in relation to the current content on “family life with family members; </w:t>
            </w:r>
            <w:r>
              <w:rPr>
                <w:sz w:val="14"/>
              </w:rPr>
              <w:t>ages of family members; daily routines and chores of family members; hobbies and abilities of family members” in a very simple way.</w:t>
            </w:r>
          </w:p>
        </w:tc>
      </w:tr>
      <w:tr w:rsidR="00306250">
        <w:trPr>
          <w:cantSplit/>
        </w:trPr>
        <w:tc>
          <w:tcPr>
            <w:tcW w:w="1304" w:type="dxa"/>
          </w:tcPr>
          <w:p w:rsidR="00306250" w:rsidRDefault="00C55C52">
            <w:pPr>
              <w:spacing w:before="10" w:after="10"/>
            </w:pPr>
            <w:r>
              <w:rPr>
                <w:b/>
                <w:sz w:val="14"/>
              </w:rPr>
              <w:t>ENG.3.4.P1</w:t>
            </w:r>
          </w:p>
        </w:tc>
        <w:tc>
          <w:tcPr>
            <w:tcW w:w="14400" w:type="dxa"/>
          </w:tcPr>
          <w:p w:rsidR="00306250" w:rsidRDefault="00C55C52">
            <w:pPr>
              <w:spacing w:before="10" w:after="10"/>
            </w:pPr>
            <w:r>
              <w:rPr>
                <w:sz w:val="14"/>
              </w:rPr>
              <w:t>Pupils can select and use the target phonological elements of the current content about “family life with family</w:t>
            </w:r>
            <w:r>
              <w:rPr>
                <w:sz w:val="14"/>
              </w:rPr>
              <w:t xml:space="preserve"> members; ages of family members; daily routines and chores of family members; hobbies and abilities of family members” accurately, authentically, and naturally through spontaneous selection and using it in an appropriate and effective way when communicati</w:t>
            </w:r>
            <w:r>
              <w:rPr>
                <w:sz w:val="14"/>
              </w:rPr>
              <w:t>ng with others.</w:t>
            </w:r>
          </w:p>
        </w:tc>
      </w:tr>
      <w:tr w:rsidR="00306250">
        <w:trPr>
          <w:cantSplit/>
        </w:trPr>
        <w:tc>
          <w:tcPr>
            <w:tcW w:w="1304" w:type="dxa"/>
          </w:tcPr>
          <w:p w:rsidR="00306250" w:rsidRDefault="00C55C52">
            <w:pPr>
              <w:spacing w:before="10" w:after="10"/>
            </w:pPr>
            <w:r>
              <w:rPr>
                <w:b/>
                <w:sz w:val="14"/>
              </w:rPr>
              <w:t>ENG.3.4.R1</w:t>
            </w:r>
          </w:p>
        </w:tc>
        <w:tc>
          <w:tcPr>
            <w:tcW w:w="14400" w:type="dxa"/>
          </w:tcPr>
          <w:p w:rsidR="00306250" w:rsidRDefault="00C55C52">
            <w:pPr>
              <w:spacing w:before="10" w:after="10"/>
            </w:pPr>
            <w:r>
              <w:rPr>
                <w:sz w:val="14"/>
              </w:rPr>
              <w:t>Pupils can get ready for the reading-comprehension process about the current content on “family life with family members; ages of family members; daily routines and chores of family members; hobbies and abilities of family membe</w:t>
            </w:r>
            <w:r>
              <w:rPr>
                <w:sz w:val="14"/>
              </w:rPr>
              <w:t>rs”.</w:t>
            </w:r>
          </w:p>
        </w:tc>
      </w:tr>
      <w:tr w:rsidR="00306250">
        <w:trPr>
          <w:cantSplit/>
        </w:trPr>
        <w:tc>
          <w:tcPr>
            <w:tcW w:w="1304" w:type="dxa"/>
          </w:tcPr>
          <w:p w:rsidR="00306250" w:rsidRDefault="00C55C52">
            <w:pPr>
              <w:spacing w:before="10" w:after="10"/>
            </w:pPr>
            <w:r>
              <w:rPr>
                <w:b/>
                <w:sz w:val="14"/>
              </w:rPr>
              <w:t>ENG.3.4.R2</w:t>
            </w:r>
          </w:p>
        </w:tc>
        <w:tc>
          <w:tcPr>
            <w:tcW w:w="14400" w:type="dxa"/>
          </w:tcPr>
          <w:p w:rsidR="00306250" w:rsidRDefault="00C55C52">
            <w:pPr>
              <w:spacing w:before="10" w:after="10"/>
            </w:pPr>
            <w:r>
              <w:rPr>
                <w:sz w:val="14"/>
              </w:rPr>
              <w:t>Pupils can bring information about the current content on “family life with family members; ages of family members; daily routines and chores of family members; hobbies and abilities of family members” through skimming (looking quickly at)</w:t>
            </w:r>
            <w:r>
              <w:rPr>
                <w:sz w:val="14"/>
              </w:rPr>
              <w:t xml:space="preserve"> the audio-visual elements and reading the content very quickly.</w:t>
            </w:r>
          </w:p>
        </w:tc>
      </w:tr>
      <w:tr w:rsidR="00306250">
        <w:trPr>
          <w:cantSplit/>
        </w:trPr>
        <w:tc>
          <w:tcPr>
            <w:tcW w:w="1304" w:type="dxa"/>
          </w:tcPr>
          <w:p w:rsidR="00306250" w:rsidRDefault="00C55C52">
            <w:pPr>
              <w:spacing w:before="10" w:after="10"/>
            </w:pPr>
            <w:r>
              <w:rPr>
                <w:b/>
                <w:sz w:val="14"/>
              </w:rPr>
              <w:t>ENG.3.4.R3</w:t>
            </w:r>
          </w:p>
        </w:tc>
        <w:tc>
          <w:tcPr>
            <w:tcW w:w="14400" w:type="dxa"/>
          </w:tcPr>
          <w:p w:rsidR="00306250" w:rsidRDefault="00C55C52">
            <w:pPr>
              <w:spacing w:before="10" w:after="10"/>
            </w:pPr>
            <w:r>
              <w:rPr>
                <w:sz w:val="14"/>
              </w:rPr>
              <w:t>Pupils can make meaning of/derive meaning from the current content about “family life with family members; ages of family members; daily routines and chores of family members; hob</w:t>
            </w:r>
            <w:r>
              <w:rPr>
                <w:sz w:val="14"/>
              </w:rPr>
              <w:t>bies and abilities of family members” by reading it carefully.</w:t>
            </w:r>
          </w:p>
        </w:tc>
      </w:tr>
      <w:tr w:rsidR="00306250">
        <w:trPr>
          <w:cantSplit/>
        </w:trPr>
        <w:tc>
          <w:tcPr>
            <w:tcW w:w="1304" w:type="dxa"/>
          </w:tcPr>
          <w:p w:rsidR="00306250" w:rsidRDefault="00C55C52">
            <w:pPr>
              <w:spacing w:before="10" w:after="10"/>
            </w:pPr>
            <w:r>
              <w:rPr>
                <w:b/>
                <w:sz w:val="14"/>
              </w:rPr>
              <w:t>ENG.3.4.R4</w:t>
            </w:r>
          </w:p>
        </w:tc>
        <w:tc>
          <w:tcPr>
            <w:tcW w:w="14400" w:type="dxa"/>
          </w:tcPr>
          <w:p w:rsidR="00306250" w:rsidRDefault="00C55C52">
            <w:pPr>
              <w:spacing w:before="10" w:after="10"/>
            </w:pPr>
            <w:r>
              <w:rPr>
                <w:sz w:val="14"/>
              </w:rPr>
              <w:t>Pupils can convey their knowledge, experiences, thoughts, and feelings related to the reading-comprehension process about the current content, “family life with family members; ages</w:t>
            </w:r>
            <w:r>
              <w:rPr>
                <w:sz w:val="14"/>
              </w:rPr>
              <w:t xml:space="preserve"> of family members; daily routines and chores of family members; hobbies and abilities of family members” for reflection in relation to themselves or others, both individually and/or with others.</w:t>
            </w:r>
          </w:p>
        </w:tc>
      </w:tr>
      <w:tr w:rsidR="00306250">
        <w:trPr>
          <w:cantSplit/>
        </w:trPr>
        <w:tc>
          <w:tcPr>
            <w:tcW w:w="1304" w:type="dxa"/>
          </w:tcPr>
          <w:p w:rsidR="00306250" w:rsidRDefault="00C55C52">
            <w:pPr>
              <w:spacing w:before="10" w:after="10"/>
            </w:pPr>
            <w:r>
              <w:rPr>
                <w:b/>
                <w:sz w:val="14"/>
              </w:rPr>
              <w:t>ENG.3.4.S1</w:t>
            </w:r>
          </w:p>
        </w:tc>
        <w:tc>
          <w:tcPr>
            <w:tcW w:w="14400" w:type="dxa"/>
          </w:tcPr>
          <w:p w:rsidR="00306250" w:rsidRDefault="00C55C52">
            <w:pPr>
              <w:spacing w:before="10" w:after="10"/>
            </w:pPr>
            <w:r>
              <w:rPr>
                <w:sz w:val="14"/>
              </w:rPr>
              <w:t>Pupils can get ready for speaking-expression pro</w:t>
            </w:r>
            <w:r>
              <w:rPr>
                <w:sz w:val="14"/>
              </w:rPr>
              <w:t>cess about the current content on “family life with family members; ages of family members; daily routines and chores of family members; hobbies and abilities of family members” with the help of supplementary audio-visual materials.</w:t>
            </w:r>
          </w:p>
        </w:tc>
      </w:tr>
      <w:tr w:rsidR="00306250">
        <w:trPr>
          <w:cantSplit/>
        </w:trPr>
        <w:tc>
          <w:tcPr>
            <w:tcW w:w="1304" w:type="dxa"/>
          </w:tcPr>
          <w:p w:rsidR="00306250" w:rsidRDefault="00C55C52">
            <w:pPr>
              <w:spacing w:before="10" w:after="10"/>
            </w:pPr>
            <w:r>
              <w:rPr>
                <w:b/>
                <w:sz w:val="14"/>
              </w:rPr>
              <w:t>ENG.3.4.S2</w:t>
            </w:r>
          </w:p>
        </w:tc>
        <w:tc>
          <w:tcPr>
            <w:tcW w:w="14400" w:type="dxa"/>
          </w:tcPr>
          <w:p w:rsidR="00306250" w:rsidRDefault="00C55C52">
            <w:pPr>
              <w:spacing w:before="10" w:after="10"/>
            </w:pPr>
            <w:r>
              <w:rPr>
                <w:sz w:val="14"/>
              </w:rPr>
              <w:t xml:space="preserve">Pupils can </w:t>
            </w:r>
            <w:r>
              <w:rPr>
                <w:sz w:val="14"/>
              </w:rPr>
              <w:t>imitate the model/example for producing verbal content about the current theme on “family life with family members; ages of family members; daily routines and chores of family members; hobbies and abilities of family members”.</w:t>
            </w:r>
          </w:p>
        </w:tc>
      </w:tr>
      <w:tr w:rsidR="00306250">
        <w:trPr>
          <w:cantSplit/>
        </w:trPr>
        <w:tc>
          <w:tcPr>
            <w:tcW w:w="1304" w:type="dxa"/>
          </w:tcPr>
          <w:p w:rsidR="00306250" w:rsidRDefault="00C55C52">
            <w:pPr>
              <w:spacing w:before="10" w:after="10"/>
            </w:pPr>
            <w:r>
              <w:rPr>
                <w:b/>
                <w:sz w:val="14"/>
              </w:rPr>
              <w:t>ENG.3.4.S3</w:t>
            </w:r>
          </w:p>
        </w:tc>
        <w:tc>
          <w:tcPr>
            <w:tcW w:w="14400" w:type="dxa"/>
          </w:tcPr>
          <w:p w:rsidR="00306250" w:rsidRDefault="00C55C52">
            <w:pPr>
              <w:spacing w:before="10" w:after="10"/>
            </w:pPr>
            <w:r>
              <w:rPr>
                <w:sz w:val="14"/>
              </w:rPr>
              <w:t>Pupils can organi</w:t>
            </w:r>
            <w:r>
              <w:rPr>
                <w:sz w:val="14"/>
              </w:rPr>
              <w:t>se simple new verbal content on “family life with family members; ages of family members; daily routines and chores of family members; hobbies and abilities of family members” by speaking accurately, efficiently, and authentically.</w:t>
            </w:r>
          </w:p>
        </w:tc>
      </w:tr>
      <w:tr w:rsidR="00306250">
        <w:trPr>
          <w:cantSplit/>
        </w:trPr>
        <w:tc>
          <w:tcPr>
            <w:tcW w:w="1304" w:type="dxa"/>
          </w:tcPr>
          <w:p w:rsidR="00306250" w:rsidRDefault="00C55C52">
            <w:pPr>
              <w:spacing w:before="10" w:after="10"/>
            </w:pPr>
            <w:r>
              <w:rPr>
                <w:b/>
                <w:sz w:val="14"/>
              </w:rPr>
              <w:t>ENG.3.4.S4</w:t>
            </w:r>
          </w:p>
        </w:tc>
        <w:tc>
          <w:tcPr>
            <w:tcW w:w="14400" w:type="dxa"/>
          </w:tcPr>
          <w:p w:rsidR="00306250" w:rsidRDefault="00C55C52">
            <w:pPr>
              <w:spacing w:before="10" w:after="10"/>
            </w:pPr>
            <w:r>
              <w:rPr>
                <w:sz w:val="14"/>
              </w:rPr>
              <w:t>Pupils can f</w:t>
            </w:r>
            <w:r>
              <w:rPr>
                <w:sz w:val="14"/>
              </w:rPr>
              <w:t>orm a simple new verbal content on “family life with family members; ages of family members; daily routines and chores of family members; hobbies and abilities of family members” through reconstruction by speaking accurately, efficiently, and authentically</w:t>
            </w:r>
            <w:r>
              <w:rPr>
                <w:sz w:val="14"/>
              </w:rPr>
              <w:t>.</w:t>
            </w:r>
          </w:p>
        </w:tc>
      </w:tr>
      <w:tr w:rsidR="00306250">
        <w:trPr>
          <w:cantSplit/>
        </w:trPr>
        <w:tc>
          <w:tcPr>
            <w:tcW w:w="1304" w:type="dxa"/>
          </w:tcPr>
          <w:p w:rsidR="00306250" w:rsidRDefault="00C55C52">
            <w:pPr>
              <w:spacing w:before="10" w:after="10"/>
            </w:pPr>
            <w:r>
              <w:rPr>
                <w:b/>
                <w:sz w:val="14"/>
              </w:rPr>
              <w:t>ENG.3.4.S5</w:t>
            </w:r>
          </w:p>
        </w:tc>
        <w:tc>
          <w:tcPr>
            <w:tcW w:w="14400" w:type="dxa"/>
          </w:tcPr>
          <w:p w:rsidR="00306250" w:rsidRDefault="00C55C52">
            <w:pPr>
              <w:spacing w:before="10" w:after="10"/>
            </w:pPr>
            <w:r>
              <w:rPr>
                <w:sz w:val="14"/>
              </w:rPr>
              <w:t>Pupils can reorganise and use information about the current theme on “family life with family members; ages of family members; daily routines and chores of family members; hobbies and abilities of family members” by reconstructing it to commu</w:t>
            </w:r>
            <w:r>
              <w:rPr>
                <w:sz w:val="14"/>
              </w:rPr>
              <w:t>nicate with other people.</w:t>
            </w:r>
          </w:p>
        </w:tc>
      </w:tr>
      <w:tr w:rsidR="00306250">
        <w:trPr>
          <w:cantSplit/>
        </w:trPr>
        <w:tc>
          <w:tcPr>
            <w:tcW w:w="1304" w:type="dxa"/>
          </w:tcPr>
          <w:p w:rsidR="00306250" w:rsidRDefault="00C55C52">
            <w:pPr>
              <w:spacing w:before="10" w:after="10"/>
            </w:pPr>
            <w:r>
              <w:rPr>
                <w:b/>
                <w:sz w:val="14"/>
              </w:rPr>
              <w:t>ENG.3.4.S6</w:t>
            </w:r>
          </w:p>
        </w:tc>
        <w:tc>
          <w:tcPr>
            <w:tcW w:w="14400" w:type="dxa"/>
          </w:tcPr>
          <w:p w:rsidR="00306250" w:rsidRDefault="00C55C52">
            <w:pPr>
              <w:spacing w:before="10" w:after="10"/>
            </w:pPr>
            <w:r>
              <w:rPr>
                <w:sz w:val="14"/>
              </w:rPr>
              <w:t xml:space="preserve">Pupils can convey their knowledge, experiences, thoughts, and feelings related to the speaking-expression process about the current content, “family life with family members; ages of family members; daily routines and </w:t>
            </w:r>
            <w:r>
              <w:rPr>
                <w:sz w:val="14"/>
              </w:rPr>
              <w:t>chores of family members; hobbies and abilities of family members” very simply for reflection in relation to themselves or others, both individually and/ or with others.</w:t>
            </w:r>
          </w:p>
        </w:tc>
      </w:tr>
      <w:tr w:rsidR="00306250">
        <w:trPr>
          <w:cantSplit/>
        </w:trPr>
        <w:tc>
          <w:tcPr>
            <w:tcW w:w="1304" w:type="dxa"/>
          </w:tcPr>
          <w:p w:rsidR="00306250" w:rsidRDefault="00C55C52">
            <w:pPr>
              <w:spacing w:before="10" w:after="10"/>
            </w:pPr>
            <w:r>
              <w:rPr>
                <w:b/>
                <w:sz w:val="14"/>
              </w:rPr>
              <w:t>ENG.3.4.V1</w:t>
            </w:r>
          </w:p>
        </w:tc>
        <w:tc>
          <w:tcPr>
            <w:tcW w:w="14400" w:type="dxa"/>
          </w:tcPr>
          <w:p w:rsidR="00306250" w:rsidRDefault="00C55C52">
            <w:pPr>
              <w:spacing w:before="10" w:after="10"/>
            </w:pPr>
            <w:r>
              <w:rPr>
                <w:sz w:val="14"/>
              </w:rPr>
              <w:t>Pupils can select and use the target vocabulary of the current content abo</w:t>
            </w:r>
            <w:r>
              <w:rPr>
                <w:sz w:val="14"/>
              </w:rPr>
              <w:t>ut “family life with family members; ages of family members; daily routines and chores of family members; hobbies and abilities of family members” accurately, authentically, spontaneously, and naturally and use it appropriately and effectively when communi</w:t>
            </w:r>
            <w:r>
              <w:rPr>
                <w:sz w:val="14"/>
              </w:rPr>
              <w:t>cating with others.</w:t>
            </w:r>
          </w:p>
        </w:tc>
      </w:tr>
      <w:tr w:rsidR="00306250">
        <w:trPr>
          <w:cantSplit/>
        </w:trPr>
        <w:tc>
          <w:tcPr>
            <w:tcW w:w="1304" w:type="dxa"/>
          </w:tcPr>
          <w:p w:rsidR="00306250" w:rsidRDefault="00C55C52">
            <w:pPr>
              <w:spacing w:before="10" w:after="10"/>
            </w:pPr>
            <w:r>
              <w:rPr>
                <w:b/>
                <w:sz w:val="14"/>
              </w:rPr>
              <w:t>ENG.3.4.W1</w:t>
            </w:r>
          </w:p>
        </w:tc>
        <w:tc>
          <w:tcPr>
            <w:tcW w:w="14400" w:type="dxa"/>
          </w:tcPr>
          <w:p w:rsidR="00306250" w:rsidRDefault="00C55C52">
            <w:pPr>
              <w:spacing w:before="10" w:after="10"/>
            </w:pPr>
            <w:r>
              <w:rPr>
                <w:sz w:val="14"/>
              </w:rPr>
              <w:t xml:space="preserve">Pupils can get ready for the writing-expression process about the current content on “family life with family members; ages of family members; daily routines and chores of family members; hobbies and abilities of family </w:t>
            </w:r>
            <w:r>
              <w:rPr>
                <w:sz w:val="14"/>
              </w:rPr>
              <w:t>members” in an age- and level-appropriate way.</w:t>
            </w:r>
          </w:p>
        </w:tc>
      </w:tr>
      <w:tr w:rsidR="00306250">
        <w:trPr>
          <w:cantSplit/>
        </w:trPr>
        <w:tc>
          <w:tcPr>
            <w:tcW w:w="1304" w:type="dxa"/>
          </w:tcPr>
          <w:p w:rsidR="00306250" w:rsidRDefault="00C55C52">
            <w:pPr>
              <w:spacing w:before="10" w:after="10"/>
            </w:pPr>
            <w:r>
              <w:rPr>
                <w:b/>
                <w:sz w:val="14"/>
              </w:rPr>
              <w:t>ENG.3.4.W2</w:t>
            </w:r>
          </w:p>
        </w:tc>
        <w:tc>
          <w:tcPr>
            <w:tcW w:w="14400" w:type="dxa"/>
          </w:tcPr>
          <w:p w:rsidR="00306250" w:rsidRDefault="00C55C52">
            <w:pPr>
              <w:spacing w:before="10" w:after="10"/>
            </w:pPr>
            <w:r>
              <w:rPr>
                <w:sz w:val="14"/>
              </w:rPr>
              <w:t>Pupils can copy the model/example on the writing task about the current content on “family life with family members; ages of family members; daily routines and chores of family members; hobbies and</w:t>
            </w:r>
            <w:r>
              <w:rPr>
                <w:sz w:val="14"/>
              </w:rPr>
              <w:t xml:space="preserve"> abilities of family members” based on the model/example provided to practise for further writing activities.</w:t>
            </w:r>
          </w:p>
        </w:tc>
      </w:tr>
      <w:tr w:rsidR="00306250">
        <w:trPr>
          <w:cantSplit/>
        </w:trPr>
        <w:tc>
          <w:tcPr>
            <w:tcW w:w="1304" w:type="dxa"/>
          </w:tcPr>
          <w:p w:rsidR="00306250" w:rsidRDefault="00C55C52">
            <w:pPr>
              <w:spacing w:before="10" w:after="10"/>
            </w:pPr>
            <w:r>
              <w:rPr>
                <w:b/>
                <w:sz w:val="14"/>
              </w:rPr>
              <w:t>ENG.3.4.W3</w:t>
            </w:r>
          </w:p>
        </w:tc>
        <w:tc>
          <w:tcPr>
            <w:tcW w:w="14400" w:type="dxa"/>
          </w:tcPr>
          <w:p w:rsidR="00306250" w:rsidRDefault="00C55C52">
            <w:pPr>
              <w:spacing w:before="10" w:after="10"/>
            </w:pPr>
            <w:r>
              <w:rPr>
                <w:sz w:val="14"/>
              </w:rPr>
              <w:t xml:space="preserve">Pupils can organise and form a content for the assigned writing task on the current content “family life with family members; ages of </w:t>
            </w:r>
            <w:r>
              <w:rPr>
                <w:sz w:val="14"/>
              </w:rPr>
              <w:t>family members; daily routines and chores of family members; hobbies and abilities of family members” based on the model/example provided.</w:t>
            </w:r>
          </w:p>
        </w:tc>
      </w:tr>
      <w:tr w:rsidR="00306250">
        <w:trPr>
          <w:cantSplit/>
        </w:trPr>
        <w:tc>
          <w:tcPr>
            <w:tcW w:w="1304" w:type="dxa"/>
          </w:tcPr>
          <w:p w:rsidR="00306250" w:rsidRDefault="00C55C52">
            <w:pPr>
              <w:spacing w:before="10" w:after="10"/>
            </w:pPr>
            <w:r>
              <w:rPr>
                <w:b/>
                <w:sz w:val="14"/>
              </w:rPr>
              <w:t>ENG.3.4.W4</w:t>
            </w:r>
          </w:p>
        </w:tc>
        <w:tc>
          <w:tcPr>
            <w:tcW w:w="14400" w:type="dxa"/>
          </w:tcPr>
          <w:p w:rsidR="00306250" w:rsidRDefault="00C55C52">
            <w:pPr>
              <w:spacing w:before="10" w:after="10"/>
            </w:pPr>
            <w:r>
              <w:rPr>
                <w:sz w:val="14"/>
              </w:rPr>
              <w:t xml:space="preserve">Pupils can practise writing by constructing content for the assigned writing task on the current content </w:t>
            </w:r>
            <w:r>
              <w:rPr>
                <w:sz w:val="14"/>
              </w:rPr>
              <w:t>“family life with family members; ages of family members; daily routines and chores of family members; hobbies and abilities of family members”.</w:t>
            </w:r>
          </w:p>
        </w:tc>
      </w:tr>
      <w:tr w:rsidR="00306250">
        <w:trPr>
          <w:cantSplit/>
        </w:trPr>
        <w:tc>
          <w:tcPr>
            <w:tcW w:w="1304" w:type="dxa"/>
          </w:tcPr>
          <w:p w:rsidR="00306250" w:rsidRDefault="00C55C52">
            <w:pPr>
              <w:spacing w:before="10" w:after="10"/>
            </w:pPr>
            <w:r>
              <w:rPr>
                <w:b/>
                <w:sz w:val="14"/>
              </w:rPr>
              <w:t>ENG.3.4.W5</w:t>
            </w:r>
          </w:p>
        </w:tc>
        <w:tc>
          <w:tcPr>
            <w:tcW w:w="14400" w:type="dxa"/>
          </w:tcPr>
          <w:p w:rsidR="00306250" w:rsidRDefault="00C55C52">
            <w:pPr>
              <w:spacing w:before="10" w:after="10"/>
            </w:pPr>
            <w:r>
              <w:rPr>
                <w:sz w:val="14"/>
              </w:rPr>
              <w:t>Pupils can reorganise and use information by reconstructing it in the new written tasks about the “</w:t>
            </w:r>
            <w:r>
              <w:rPr>
                <w:sz w:val="14"/>
              </w:rPr>
              <w:t>family life with family members; ages of family members; daily routines and chores of family members; hobbies and abilities of family members” to communicate with other people.</w:t>
            </w:r>
          </w:p>
        </w:tc>
      </w:tr>
      <w:tr w:rsidR="00306250">
        <w:trPr>
          <w:cantSplit/>
        </w:trPr>
        <w:tc>
          <w:tcPr>
            <w:tcW w:w="1304" w:type="dxa"/>
          </w:tcPr>
          <w:p w:rsidR="00306250" w:rsidRDefault="00C55C52">
            <w:pPr>
              <w:spacing w:before="10" w:after="10"/>
            </w:pPr>
            <w:r>
              <w:rPr>
                <w:b/>
                <w:sz w:val="14"/>
              </w:rPr>
              <w:t>ENG.3.4.W6</w:t>
            </w:r>
          </w:p>
        </w:tc>
        <w:tc>
          <w:tcPr>
            <w:tcW w:w="14400" w:type="dxa"/>
          </w:tcPr>
          <w:p w:rsidR="00306250" w:rsidRDefault="00C55C52">
            <w:pPr>
              <w:spacing w:before="10" w:after="10"/>
            </w:pPr>
            <w:r>
              <w:rPr>
                <w:sz w:val="14"/>
              </w:rPr>
              <w:t>Pupils can convey their knowledge, experiences, thoughts, and feeli</w:t>
            </w:r>
            <w:r>
              <w:rPr>
                <w:sz w:val="14"/>
              </w:rPr>
              <w:t xml:space="preserve">ngs related to the writing-expression process about the current content, “family life with family members; ages of family members; daily routines and chores of family members; hobbies and abilities of family members” very simply for reflection in relation </w:t>
            </w:r>
            <w:r>
              <w:rPr>
                <w:sz w:val="14"/>
              </w:rPr>
              <w:t>to themselves or others, both individually and/ or with others.</w:t>
            </w:r>
          </w:p>
        </w:tc>
      </w:tr>
      <w:tr w:rsidR="00306250">
        <w:tc>
          <w:tcPr>
            <w:tcW w:w="15705" w:type="dxa"/>
            <w:gridSpan w:val="2"/>
            <w:shd w:val="clear" w:color="auto" w:fill="D9E2F3"/>
          </w:tcPr>
          <w:p w:rsidR="00306250" w:rsidRDefault="00C55C52">
            <w:pPr>
              <w:spacing w:before="10" w:after="10"/>
            </w:pPr>
            <w:r>
              <w:rPr>
                <w:b/>
              </w:rPr>
              <w:t>ENG.3.5</w:t>
            </w:r>
          </w:p>
        </w:tc>
      </w:tr>
      <w:tr w:rsidR="00306250">
        <w:trPr>
          <w:cantSplit/>
        </w:trPr>
        <w:tc>
          <w:tcPr>
            <w:tcW w:w="1304" w:type="dxa"/>
          </w:tcPr>
          <w:p w:rsidR="00306250" w:rsidRDefault="00C55C52">
            <w:pPr>
              <w:spacing w:before="10" w:after="10"/>
            </w:pPr>
            <w:r>
              <w:rPr>
                <w:b/>
                <w:sz w:val="14"/>
              </w:rPr>
              <w:t>ENG.3.5.G1</w:t>
            </w:r>
          </w:p>
        </w:tc>
        <w:tc>
          <w:tcPr>
            <w:tcW w:w="14400" w:type="dxa"/>
          </w:tcPr>
          <w:p w:rsidR="00306250" w:rsidRDefault="00C55C52">
            <w:pPr>
              <w:spacing w:before="10" w:after="10"/>
            </w:pPr>
            <w:r>
              <w:rPr>
                <w:sz w:val="14"/>
              </w:rPr>
              <w:t xml:space="preserve">Pupils can select and use the language including target grammatical elements of the current content about “homes, houses and the neighbourhood with life in the </w:t>
            </w:r>
            <w:r>
              <w:rPr>
                <w:sz w:val="14"/>
              </w:rPr>
              <w:t>countryside; farmhouses and farm animals; activities and chores on a farm” accurately, authentically, spontaneously, and naturally and use it appropriately and effectively when communicating with others.</w:t>
            </w:r>
          </w:p>
        </w:tc>
      </w:tr>
      <w:tr w:rsidR="00306250">
        <w:trPr>
          <w:cantSplit/>
        </w:trPr>
        <w:tc>
          <w:tcPr>
            <w:tcW w:w="1304" w:type="dxa"/>
          </w:tcPr>
          <w:p w:rsidR="00306250" w:rsidRDefault="00C55C52">
            <w:pPr>
              <w:spacing w:before="10" w:after="10"/>
            </w:pPr>
            <w:r>
              <w:rPr>
                <w:b/>
                <w:sz w:val="14"/>
              </w:rPr>
              <w:t>ENG.3.5.L1</w:t>
            </w:r>
          </w:p>
        </w:tc>
        <w:tc>
          <w:tcPr>
            <w:tcW w:w="14400" w:type="dxa"/>
          </w:tcPr>
          <w:p w:rsidR="00306250" w:rsidRDefault="00C55C52">
            <w:pPr>
              <w:spacing w:before="10" w:after="10"/>
            </w:pPr>
            <w:r>
              <w:rPr>
                <w:sz w:val="14"/>
              </w:rPr>
              <w:t>Pupils can get ready for the listening/w</w:t>
            </w:r>
            <w:r>
              <w:rPr>
                <w:sz w:val="14"/>
              </w:rPr>
              <w:t>atching-comprehension process for the current content on “homes, houses and the neighbourhood with life in the countryside; farmhouses and farm animals; activities and chores on a farm”.</w:t>
            </w:r>
          </w:p>
        </w:tc>
      </w:tr>
      <w:tr w:rsidR="00306250">
        <w:trPr>
          <w:cantSplit/>
        </w:trPr>
        <w:tc>
          <w:tcPr>
            <w:tcW w:w="1304" w:type="dxa"/>
          </w:tcPr>
          <w:p w:rsidR="00306250" w:rsidRDefault="00C55C52">
            <w:pPr>
              <w:spacing w:before="10" w:after="10"/>
            </w:pPr>
            <w:r>
              <w:rPr>
                <w:b/>
                <w:sz w:val="14"/>
              </w:rPr>
              <w:t>ENG.3.5.L2</w:t>
            </w:r>
          </w:p>
        </w:tc>
        <w:tc>
          <w:tcPr>
            <w:tcW w:w="14400" w:type="dxa"/>
          </w:tcPr>
          <w:p w:rsidR="00306250" w:rsidRDefault="00C55C52">
            <w:pPr>
              <w:spacing w:before="10" w:after="10"/>
            </w:pPr>
            <w:r>
              <w:rPr>
                <w:sz w:val="14"/>
              </w:rPr>
              <w:t>Pupils can bring information about the current content on</w:t>
            </w:r>
            <w:r>
              <w:rPr>
                <w:sz w:val="14"/>
              </w:rPr>
              <w:t xml:space="preserve"> “homes, houses and the neighbourhood with life in the countryside; farmhouses and farm animals; activities and chores on a farm” together with key details and main components while listening/watching it.</w:t>
            </w:r>
          </w:p>
        </w:tc>
      </w:tr>
      <w:tr w:rsidR="00306250">
        <w:trPr>
          <w:cantSplit/>
        </w:trPr>
        <w:tc>
          <w:tcPr>
            <w:tcW w:w="1304" w:type="dxa"/>
          </w:tcPr>
          <w:p w:rsidR="00306250" w:rsidRDefault="00C55C52">
            <w:pPr>
              <w:spacing w:before="10" w:after="10"/>
            </w:pPr>
            <w:r>
              <w:rPr>
                <w:b/>
                <w:sz w:val="14"/>
              </w:rPr>
              <w:lastRenderedPageBreak/>
              <w:t>ENG.3.5.L3</w:t>
            </w:r>
          </w:p>
        </w:tc>
        <w:tc>
          <w:tcPr>
            <w:tcW w:w="14400" w:type="dxa"/>
          </w:tcPr>
          <w:p w:rsidR="00306250" w:rsidRDefault="00C55C52">
            <w:pPr>
              <w:spacing w:before="10" w:after="10"/>
            </w:pPr>
            <w:r>
              <w:rPr>
                <w:sz w:val="14"/>
              </w:rPr>
              <w:t>Pupils can make meaning of/derive meani</w:t>
            </w:r>
            <w:r>
              <w:rPr>
                <w:sz w:val="14"/>
              </w:rPr>
              <w:t>ng from the current content on “homes, houses and the neighbourhood with life in the countryside; farmhouses and farm animals; activities and chores on a farm” through details by listening/watching it carefully.</w:t>
            </w:r>
          </w:p>
        </w:tc>
      </w:tr>
      <w:tr w:rsidR="00306250">
        <w:trPr>
          <w:cantSplit/>
        </w:trPr>
        <w:tc>
          <w:tcPr>
            <w:tcW w:w="1304" w:type="dxa"/>
          </w:tcPr>
          <w:p w:rsidR="00306250" w:rsidRDefault="00C55C52">
            <w:pPr>
              <w:spacing w:before="10" w:after="10"/>
            </w:pPr>
            <w:r>
              <w:rPr>
                <w:b/>
                <w:sz w:val="14"/>
              </w:rPr>
              <w:t>ENG.3.5.L4</w:t>
            </w:r>
          </w:p>
        </w:tc>
        <w:tc>
          <w:tcPr>
            <w:tcW w:w="14400" w:type="dxa"/>
          </w:tcPr>
          <w:p w:rsidR="00306250" w:rsidRDefault="00C55C52">
            <w:pPr>
              <w:spacing w:before="10" w:after="10"/>
            </w:pPr>
            <w:r>
              <w:rPr>
                <w:sz w:val="14"/>
              </w:rPr>
              <w:t xml:space="preserve">Pupils can convey their </w:t>
            </w:r>
            <w:r>
              <w:rPr>
                <w:sz w:val="14"/>
              </w:rPr>
              <w:t>knowledge, experience, thoughts, and feelings about the whole listening/watching-comprehension process in relation to the current content on “homes, houses and the neighbourhood with life in the countryside; farmhouses and farm animals; activities and chor</w:t>
            </w:r>
            <w:r>
              <w:rPr>
                <w:sz w:val="14"/>
              </w:rPr>
              <w:t>es on a farm” in a very simple way.</w:t>
            </w:r>
          </w:p>
        </w:tc>
      </w:tr>
      <w:tr w:rsidR="00306250">
        <w:trPr>
          <w:cantSplit/>
        </w:trPr>
        <w:tc>
          <w:tcPr>
            <w:tcW w:w="1304" w:type="dxa"/>
          </w:tcPr>
          <w:p w:rsidR="00306250" w:rsidRDefault="00C55C52">
            <w:pPr>
              <w:spacing w:before="10" w:after="10"/>
            </w:pPr>
            <w:r>
              <w:rPr>
                <w:b/>
                <w:sz w:val="14"/>
              </w:rPr>
              <w:t>ENG.3.5.P1</w:t>
            </w:r>
          </w:p>
        </w:tc>
        <w:tc>
          <w:tcPr>
            <w:tcW w:w="14400" w:type="dxa"/>
          </w:tcPr>
          <w:p w:rsidR="00306250" w:rsidRDefault="00C55C52">
            <w:pPr>
              <w:spacing w:before="10" w:after="10"/>
            </w:pPr>
            <w:r>
              <w:rPr>
                <w:sz w:val="14"/>
              </w:rPr>
              <w:t>Pupils can select and use the target phonological elements of the current content about “homes, houses and the neighbourhood with life in the countryside; farmhouses and farm animals; activities and chores on</w:t>
            </w:r>
            <w:r>
              <w:rPr>
                <w:sz w:val="14"/>
              </w:rPr>
              <w:t xml:space="preserve"> a farm” accurately, authentically, and naturally through spontaneous selection and using it in an appropriate and effective way when communicating with others.</w:t>
            </w:r>
          </w:p>
        </w:tc>
      </w:tr>
      <w:tr w:rsidR="00306250">
        <w:trPr>
          <w:cantSplit/>
        </w:trPr>
        <w:tc>
          <w:tcPr>
            <w:tcW w:w="1304" w:type="dxa"/>
          </w:tcPr>
          <w:p w:rsidR="00306250" w:rsidRDefault="00C55C52">
            <w:pPr>
              <w:spacing w:before="10" w:after="10"/>
            </w:pPr>
            <w:r>
              <w:rPr>
                <w:b/>
                <w:sz w:val="14"/>
              </w:rPr>
              <w:t>ENG.3.5.R1</w:t>
            </w:r>
          </w:p>
        </w:tc>
        <w:tc>
          <w:tcPr>
            <w:tcW w:w="14400" w:type="dxa"/>
          </w:tcPr>
          <w:p w:rsidR="00306250" w:rsidRDefault="00C55C52">
            <w:pPr>
              <w:spacing w:before="10" w:after="10"/>
            </w:pPr>
            <w:r>
              <w:rPr>
                <w:sz w:val="14"/>
              </w:rPr>
              <w:t>Pupils can get ready for the reading-comprehension process about the current conten</w:t>
            </w:r>
            <w:r>
              <w:rPr>
                <w:sz w:val="14"/>
              </w:rPr>
              <w:t>t on “homes, houses and the neighbourhood with life in the countryside; farmhouses and farm animals; activities and chores on a farm”.</w:t>
            </w:r>
          </w:p>
        </w:tc>
      </w:tr>
      <w:tr w:rsidR="00306250">
        <w:trPr>
          <w:cantSplit/>
        </w:trPr>
        <w:tc>
          <w:tcPr>
            <w:tcW w:w="1304" w:type="dxa"/>
          </w:tcPr>
          <w:p w:rsidR="00306250" w:rsidRDefault="00C55C52">
            <w:pPr>
              <w:spacing w:before="10" w:after="10"/>
            </w:pPr>
            <w:r>
              <w:rPr>
                <w:b/>
                <w:sz w:val="14"/>
              </w:rPr>
              <w:t>ENG.3.5.R2</w:t>
            </w:r>
          </w:p>
        </w:tc>
        <w:tc>
          <w:tcPr>
            <w:tcW w:w="14400" w:type="dxa"/>
          </w:tcPr>
          <w:p w:rsidR="00306250" w:rsidRDefault="00C55C52">
            <w:pPr>
              <w:spacing w:before="10" w:after="10"/>
            </w:pPr>
            <w:r>
              <w:rPr>
                <w:sz w:val="14"/>
              </w:rPr>
              <w:t>Pupils can bring information about the current content on “homes, houses and the neighbourhood with life in t</w:t>
            </w:r>
            <w:r>
              <w:rPr>
                <w:sz w:val="14"/>
              </w:rPr>
              <w:t>he countryside; farmhouses and farm animals; activities and chores on a farm” through skimming (looking quickly at) the audio-visual elements and reading the content very quickly.</w:t>
            </w:r>
          </w:p>
        </w:tc>
      </w:tr>
      <w:tr w:rsidR="00306250">
        <w:trPr>
          <w:cantSplit/>
        </w:trPr>
        <w:tc>
          <w:tcPr>
            <w:tcW w:w="1304" w:type="dxa"/>
          </w:tcPr>
          <w:p w:rsidR="00306250" w:rsidRDefault="00C55C52">
            <w:pPr>
              <w:spacing w:before="10" w:after="10"/>
            </w:pPr>
            <w:r>
              <w:rPr>
                <w:b/>
                <w:sz w:val="14"/>
              </w:rPr>
              <w:t>ENG.3.5.R3</w:t>
            </w:r>
          </w:p>
        </w:tc>
        <w:tc>
          <w:tcPr>
            <w:tcW w:w="14400" w:type="dxa"/>
          </w:tcPr>
          <w:p w:rsidR="00306250" w:rsidRDefault="00C55C52">
            <w:pPr>
              <w:spacing w:before="10" w:after="10"/>
            </w:pPr>
            <w:r>
              <w:rPr>
                <w:sz w:val="14"/>
              </w:rPr>
              <w:t>Pupils can make meaning of/derive meaning from the current conte</w:t>
            </w:r>
            <w:r>
              <w:rPr>
                <w:sz w:val="14"/>
              </w:rPr>
              <w:t>nt about “homes, houses and the neighbourhood with life in the countryside; farmhouses and farm animals; activities and chores on a farm” by reading it carefully.</w:t>
            </w:r>
          </w:p>
        </w:tc>
      </w:tr>
      <w:tr w:rsidR="00306250">
        <w:trPr>
          <w:cantSplit/>
        </w:trPr>
        <w:tc>
          <w:tcPr>
            <w:tcW w:w="1304" w:type="dxa"/>
          </w:tcPr>
          <w:p w:rsidR="00306250" w:rsidRDefault="00C55C52">
            <w:pPr>
              <w:spacing w:before="10" w:after="10"/>
            </w:pPr>
            <w:r>
              <w:rPr>
                <w:b/>
                <w:sz w:val="14"/>
              </w:rPr>
              <w:t>ENG.3.5.R4</w:t>
            </w:r>
          </w:p>
        </w:tc>
        <w:tc>
          <w:tcPr>
            <w:tcW w:w="14400" w:type="dxa"/>
          </w:tcPr>
          <w:p w:rsidR="00306250" w:rsidRDefault="00C55C52">
            <w:pPr>
              <w:spacing w:before="10" w:after="10"/>
            </w:pPr>
            <w:r>
              <w:rPr>
                <w:sz w:val="14"/>
              </w:rPr>
              <w:t>Pupils can convey their knowledge, experiences, thoughts, and feelings related to</w:t>
            </w:r>
            <w:r>
              <w:rPr>
                <w:sz w:val="14"/>
              </w:rPr>
              <w:t xml:space="preserve"> the reading-comprehension process about the current content, “homes, houses and the neighbourhood with life in the countryside; farmhouses and farm animals; activities and chores on a farm” for reflection in relation to themselves or others, both individu</w:t>
            </w:r>
            <w:r>
              <w:rPr>
                <w:sz w:val="14"/>
              </w:rPr>
              <w:t>ally and/or with others.</w:t>
            </w:r>
          </w:p>
        </w:tc>
      </w:tr>
      <w:tr w:rsidR="00306250">
        <w:trPr>
          <w:cantSplit/>
        </w:trPr>
        <w:tc>
          <w:tcPr>
            <w:tcW w:w="1304" w:type="dxa"/>
          </w:tcPr>
          <w:p w:rsidR="00306250" w:rsidRDefault="00C55C52">
            <w:pPr>
              <w:spacing w:before="10" w:after="10"/>
            </w:pPr>
            <w:r>
              <w:rPr>
                <w:b/>
                <w:sz w:val="14"/>
              </w:rPr>
              <w:t>ENG.3.5.S1</w:t>
            </w:r>
          </w:p>
        </w:tc>
        <w:tc>
          <w:tcPr>
            <w:tcW w:w="14400" w:type="dxa"/>
          </w:tcPr>
          <w:p w:rsidR="00306250" w:rsidRDefault="00C55C52">
            <w:pPr>
              <w:spacing w:before="10" w:after="10"/>
            </w:pPr>
            <w:r>
              <w:rPr>
                <w:sz w:val="14"/>
              </w:rPr>
              <w:t>Pupils can get ready for speaking-expression process about the current content on “homes, houses and the neighbourhood with life in the countryside; farmhouses and farm animals; activities and chores on a farm” with the</w:t>
            </w:r>
            <w:r>
              <w:rPr>
                <w:sz w:val="14"/>
              </w:rPr>
              <w:t xml:space="preserve"> help of supplementary audio-visual materials.</w:t>
            </w:r>
          </w:p>
        </w:tc>
      </w:tr>
      <w:tr w:rsidR="00306250">
        <w:trPr>
          <w:cantSplit/>
        </w:trPr>
        <w:tc>
          <w:tcPr>
            <w:tcW w:w="1304" w:type="dxa"/>
          </w:tcPr>
          <w:p w:rsidR="00306250" w:rsidRDefault="00C55C52">
            <w:pPr>
              <w:spacing w:before="10" w:after="10"/>
            </w:pPr>
            <w:r>
              <w:rPr>
                <w:b/>
                <w:sz w:val="14"/>
              </w:rPr>
              <w:t>ENG.3.5.S2</w:t>
            </w:r>
          </w:p>
        </w:tc>
        <w:tc>
          <w:tcPr>
            <w:tcW w:w="14400" w:type="dxa"/>
          </w:tcPr>
          <w:p w:rsidR="00306250" w:rsidRDefault="00C55C52">
            <w:pPr>
              <w:spacing w:before="10" w:after="10"/>
            </w:pPr>
            <w:r>
              <w:rPr>
                <w:sz w:val="14"/>
              </w:rPr>
              <w:t xml:space="preserve">Pupils can imitate the model/example for producing verbal content about the current theme on “homes, houses and the neighbourhood with life in the countryside; farmhouses and farm animals; </w:t>
            </w:r>
            <w:r>
              <w:rPr>
                <w:sz w:val="14"/>
              </w:rPr>
              <w:t>activities and chores on a farm”.</w:t>
            </w:r>
          </w:p>
        </w:tc>
      </w:tr>
      <w:tr w:rsidR="00306250">
        <w:trPr>
          <w:cantSplit/>
        </w:trPr>
        <w:tc>
          <w:tcPr>
            <w:tcW w:w="1304" w:type="dxa"/>
          </w:tcPr>
          <w:p w:rsidR="00306250" w:rsidRDefault="00C55C52">
            <w:pPr>
              <w:spacing w:before="10" w:after="10"/>
            </w:pPr>
            <w:r>
              <w:rPr>
                <w:b/>
                <w:sz w:val="14"/>
              </w:rPr>
              <w:t>ENG.3.5.S3</w:t>
            </w:r>
          </w:p>
        </w:tc>
        <w:tc>
          <w:tcPr>
            <w:tcW w:w="14400" w:type="dxa"/>
          </w:tcPr>
          <w:p w:rsidR="00306250" w:rsidRDefault="00C55C52">
            <w:pPr>
              <w:spacing w:before="10" w:after="10"/>
            </w:pPr>
            <w:r>
              <w:rPr>
                <w:sz w:val="14"/>
              </w:rPr>
              <w:t>Pupils can organise simple new verbal content on “homes, houses and the neighbourhood with life in the countryside; farmhouses and farm animals; activities and chores on a farm” by speaking accurately, efficien</w:t>
            </w:r>
            <w:r>
              <w:rPr>
                <w:sz w:val="14"/>
              </w:rPr>
              <w:t>tly, and authentically.</w:t>
            </w:r>
          </w:p>
        </w:tc>
      </w:tr>
      <w:tr w:rsidR="00306250">
        <w:trPr>
          <w:cantSplit/>
        </w:trPr>
        <w:tc>
          <w:tcPr>
            <w:tcW w:w="1304" w:type="dxa"/>
          </w:tcPr>
          <w:p w:rsidR="00306250" w:rsidRDefault="00C55C52">
            <w:pPr>
              <w:spacing w:before="10" w:after="10"/>
            </w:pPr>
            <w:r>
              <w:rPr>
                <w:b/>
                <w:sz w:val="14"/>
              </w:rPr>
              <w:t>ENG.3.5.S4</w:t>
            </w:r>
          </w:p>
        </w:tc>
        <w:tc>
          <w:tcPr>
            <w:tcW w:w="14400" w:type="dxa"/>
          </w:tcPr>
          <w:p w:rsidR="00306250" w:rsidRDefault="00C55C52">
            <w:pPr>
              <w:spacing w:before="10" w:after="10"/>
            </w:pPr>
            <w:r>
              <w:rPr>
                <w:sz w:val="14"/>
              </w:rPr>
              <w:t>Pupils can form a simple new verbal content on “homes, houses and the neighbourhood with life in the countryside; farmhouses and farm animals; activities and chores on a farm” through reconstruction by speaking accuratel</w:t>
            </w:r>
            <w:r>
              <w:rPr>
                <w:sz w:val="14"/>
              </w:rPr>
              <w:t>y, efficiently, and authentically.</w:t>
            </w:r>
          </w:p>
        </w:tc>
      </w:tr>
      <w:tr w:rsidR="00306250">
        <w:trPr>
          <w:cantSplit/>
        </w:trPr>
        <w:tc>
          <w:tcPr>
            <w:tcW w:w="1304" w:type="dxa"/>
          </w:tcPr>
          <w:p w:rsidR="00306250" w:rsidRDefault="00C55C52">
            <w:pPr>
              <w:spacing w:before="10" w:after="10"/>
            </w:pPr>
            <w:r>
              <w:rPr>
                <w:b/>
                <w:sz w:val="14"/>
              </w:rPr>
              <w:t>ENG.3.5.S5</w:t>
            </w:r>
          </w:p>
        </w:tc>
        <w:tc>
          <w:tcPr>
            <w:tcW w:w="14400" w:type="dxa"/>
          </w:tcPr>
          <w:p w:rsidR="00306250" w:rsidRDefault="00C55C52">
            <w:pPr>
              <w:spacing w:before="10" w:after="10"/>
            </w:pPr>
            <w:r>
              <w:rPr>
                <w:sz w:val="14"/>
              </w:rPr>
              <w:t>Pupils can reorganise and use information about the current theme on “homes, houses and the neighbourhood with life in the countryside; farmhouses and farm animals; activities and chores on a farm” by reconstr</w:t>
            </w:r>
            <w:r>
              <w:rPr>
                <w:sz w:val="14"/>
              </w:rPr>
              <w:t>ucting it to communicate with other people.</w:t>
            </w:r>
          </w:p>
        </w:tc>
      </w:tr>
      <w:tr w:rsidR="00306250">
        <w:trPr>
          <w:cantSplit/>
        </w:trPr>
        <w:tc>
          <w:tcPr>
            <w:tcW w:w="1304" w:type="dxa"/>
          </w:tcPr>
          <w:p w:rsidR="00306250" w:rsidRDefault="00C55C52">
            <w:pPr>
              <w:spacing w:before="10" w:after="10"/>
            </w:pPr>
            <w:r>
              <w:rPr>
                <w:b/>
                <w:sz w:val="14"/>
              </w:rPr>
              <w:t>ENG.3.5.S6</w:t>
            </w:r>
          </w:p>
        </w:tc>
        <w:tc>
          <w:tcPr>
            <w:tcW w:w="14400" w:type="dxa"/>
          </w:tcPr>
          <w:p w:rsidR="00306250" w:rsidRDefault="00C55C52">
            <w:pPr>
              <w:spacing w:before="10" w:after="10"/>
            </w:pPr>
            <w:r>
              <w:rPr>
                <w:sz w:val="14"/>
              </w:rPr>
              <w:t>Pupils can convey their knowledge, experiences, thoughts, and feelings related to the speaking-expression process about the current content, “homes, houses and the neighbourhood with life in the count</w:t>
            </w:r>
            <w:r>
              <w:rPr>
                <w:sz w:val="14"/>
              </w:rPr>
              <w:t>ryside; farmhouses and farm animals; activities and chores on a farm” very simply for reflection in relation to themselves or others, both individually and/or with others.</w:t>
            </w:r>
          </w:p>
        </w:tc>
      </w:tr>
      <w:tr w:rsidR="00306250">
        <w:trPr>
          <w:cantSplit/>
        </w:trPr>
        <w:tc>
          <w:tcPr>
            <w:tcW w:w="1304" w:type="dxa"/>
          </w:tcPr>
          <w:p w:rsidR="00306250" w:rsidRDefault="00C55C52">
            <w:pPr>
              <w:spacing w:before="10" w:after="10"/>
            </w:pPr>
            <w:r>
              <w:rPr>
                <w:b/>
                <w:sz w:val="14"/>
              </w:rPr>
              <w:t>ENG.3.5.V1</w:t>
            </w:r>
          </w:p>
        </w:tc>
        <w:tc>
          <w:tcPr>
            <w:tcW w:w="14400" w:type="dxa"/>
          </w:tcPr>
          <w:p w:rsidR="00306250" w:rsidRDefault="00C55C52">
            <w:pPr>
              <w:spacing w:before="10" w:after="10"/>
            </w:pPr>
            <w:r>
              <w:rPr>
                <w:sz w:val="14"/>
              </w:rPr>
              <w:t>Pupils can select and use the target vocabulary of the current content a</w:t>
            </w:r>
            <w:r>
              <w:rPr>
                <w:sz w:val="14"/>
              </w:rPr>
              <w:t>bout “homes, houses and the neighbourhood with life in the countryside; farmhouses and farm animals; activities and chores on a farm” accurately, authentically, spontaneously, and naturally and use it appropriately and effectively when communicating with o</w:t>
            </w:r>
            <w:r>
              <w:rPr>
                <w:sz w:val="14"/>
              </w:rPr>
              <w:t>thers.</w:t>
            </w:r>
          </w:p>
        </w:tc>
      </w:tr>
      <w:tr w:rsidR="00306250">
        <w:trPr>
          <w:cantSplit/>
        </w:trPr>
        <w:tc>
          <w:tcPr>
            <w:tcW w:w="1304" w:type="dxa"/>
          </w:tcPr>
          <w:p w:rsidR="00306250" w:rsidRDefault="00C55C52">
            <w:pPr>
              <w:spacing w:before="10" w:after="10"/>
            </w:pPr>
            <w:r>
              <w:rPr>
                <w:b/>
                <w:sz w:val="14"/>
              </w:rPr>
              <w:t>ENG.3.5.W1</w:t>
            </w:r>
          </w:p>
        </w:tc>
        <w:tc>
          <w:tcPr>
            <w:tcW w:w="14400" w:type="dxa"/>
          </w:tcPr>
          <w:p w:rsidR="00306250" w:rsidRDefault="00C55C52">
            <w:pPr>
              <w:spacing w:before="10" w:after="10"/>
            </w:pPr>
            <w:r>
              <w:rPr>
                <w:sz w:val="14"/>
              </w:rPr>
              <w:t xml:space="preserve">Pupils can get ready for the writing-expression process about the current content on “homes, houses and the neighbourhood with life in the countryside; farmhouses and farm animals; activities and chores on a farm” in an age- and </w:t>
            </w:r>
            <w:r>
              <w:rPr>
                <w:sz w:val="14"/>
              </w:rPr>
              <w:t>level-appropriate way.</w:t>
            </w:r>
          </w:p>
        </w:tc>
      </w:tr>
      <w:tr w:rsidR="00306250">
        <w:trPr>
          <w:cantSplit/>
        </w:trPr>
        <w:tc>
          <w:tcPr>
            <w:tcW w:w="1304" w:type="dxa"/>
          </w:tcPr>
          <w:p w:rsidR="00306250" w:rsidRDefault="00C55C52">
            <w:pPr>
              <w:spacing w:before="10" w:after="10"/>
            </w:pPr>
            <w:r>
              <w:rPr>
                <w:b/>
                <w:sz w:val="14"/>
              </w:rPr>
              <w:t>ENG.3.5.W2</w:t>
            </w:r>
          </w:p>
        </w:tc>
        <w:tc>
          <w:tcPr>
            <w:tcW w:w="14400" w:type="dxa"/>
          </w:tcPr>
          <w:p w:rsidR="00306250" w:rsidRDefault="00C55C52">
            <w:pPr>
              <w:spacing w:before="10" w:after="10"/>
            </w:pPr>
            <w:r>
              <w:rPr>
                <w:sz w:val="14"/>
              </w:rPr>
              <w:t xml:space="preserve">Pupils can copy the model/example on the writing task about the current content on “homes, houses and the neighbourhood with life in the countryside; farmhouses and farm animals; activities and chores on a farm” based on </w:t>
            </w:r>
            <w:r>
              <w:rPr>
                <w:sz w:val="14"/>
              </w:rPr>
              <w:t>the model/example provided to practise for further writing activities.</w:t>
            </w:r>
          </w:p>
        </w:tc>
      </w:tr>
      <w:tr w:rsidR="00306250">
        <w:trPr>
          <w:cantSplit/>
        </w:trPr>
        <w:tc>
          <w:tcPr>
            <w:tcW w:w="1304" w:type="dxa"/>
          </w:tcPr>
          <w:p w:rsidR="00306250" w:rsidRDefault="00C55C52">
            <w:pPr>
              <w:spacing w:before="10" w:after="10"/>
            </w:pPr>
            <w:r>
              <w:rPr>
                <w:b/>
                <w:sz w:val="14"/>
              </w:rPr>
              <w:t>ENG.3.5.W3</w:t>
            </w:r>
          </w:p>
        </w:tc>
        <w:tc>
          <w:tcPr>
            <w:tcW w:w="14400" w:type="dxa"/>
          </w:tcPr>
          <w:p w:rsidR="00306250" w:rsidRDefault="00C55C52">
            <w:pPr>
              <w:spacing w:before="10" w:after="10"/>
            </w:pPr>
            <w:r>
              <w:rPr>
                <w:sz w:val="14"/>
              </w:rPr>
              <w:t>Pupils can organise and form a content for the assigned writing task on the current content “homes, houses and the neighbourhood with life in the countryside; farmhouses and</w:t>
            </w:r>
            <w:r>
              <w:rPr>
                <w:sz w:val="14"/>
              </w:rPr>
              <w:t xml:space="preserve"> farm animals; activities and chores on a farm” based on the model/example provided.</w:t>
            </w:r>
          </w:p>
        </w:tc>
      </w:tr>
      <w:tr w:rsidR="00306250">
        <w:trPr>
          <w:cantSplit/>
        </w:trPr>
        <w:tc>
          <w:tcPr>
            <w:tcW w:w="1304" w:type="dxa"/>
          </w:tcPr>
          <w:p w:rsidR="00306250" w:rsidRDefault="00C55C52">
            <w:pPr>
              <w:spacing w:before="10" w:after="10"/>
            </w:pPr>
            <w:r>
              <w:rPr>
                <w:b/>
                <w:sz w:val="14"/>
              </w:rPr>
              <w:t>ENG.3.5.W4</w:t>
            </w:r>
          </w:p>
        </w:tc>
        <w:tc>
          <w:tcPr>
            <w:tcW w:w="14400" w:type="dxa"/>
          </w:tcPr>
          <w:p w:rsidR="00306250" w:rsidRDefault="00C55C52">
            <w:pPr>
              <w:spacing w:before="10" w:after="10"/>
            </w:pPr>
            <w:r>
              <w:rPr>
                <w:sz w:val="14"/>
              </w:rPr>
              <w:t xml:space="preserve">Pupils can practise writing by constructing content for the assigned writing task on the current content “homes, houses and the neighbourhood with life in the </w:t>
            </w:r>
            <w:r>
              <w:rPr>
                <w:sz w:val="14"/>
              </w:rPr>
              <w:t>countryside; farmhouses and farm animals; activities and chores on a farm”.</w:t>
            </w:r>
          </w:p>
        </w:tc>
      </w:tr>
      <w:tr w:rsidR="00306250">
        <w:trPr>
          <w:cantSplit/>
        </w:trPr>
        <w:tc>
          <w:tcPr>
            <w:tcW w:w="1304" w:type="dxa"/>
          </w:tcPr>
          <w:p w:rsidR="00306250" w:rsidRDefault="00C55C52">
            <w:pPr>
              <w:spacing w:before="10" w:after="10"/>
            </w:pPr>
            <w:r>
              <w:rPr>
                <w:b/>
                <w:sz w:val="14"/>
              </w:rPr>
              <w:t>ENG.3.5.W5</w:t>
            </w:r>
          </w:p>
        </w:tc>
        <w:tc>
          <w:tcPr>
            <w:tcW w:w="14400" w:type="dxa"/>
          </w:tcPr>
          <w:p w:rsidR="00306250" w:rsidRDefault="00C55C52">
            <w:pPr>
              <w:spacing w:before="10" w:after="10"/>
            </w:pPr>
            <w:r>
              <w:rPr>
                <w:sz w:val="14"/>
              </w:rPr>
              <w:t>Pupils can reorganise and use information by reconstructing it in the new written tasks about the “homes, houses and the neighbourhood with life in the countryside; far</w:t>
            </w:r>
            <w:r>
              <w:rPr>
                <w:sz w:val="14"/>
              </w:rPr>
              <w:t>mhouses and farm animals; activities and chores on a farm” to communicate with other people.</w:t>
            </w:r>
          </w:p>
        </w:tc>
      </w:tr>
      <w:tr w:rsidR="00306250">
        <w:trPr>
          <w:cantSplit/>
        </w:trPr>
        <w:tc>
          <w:tcPr>
            <w:tcW w:w="1304" w:type="dxa"/>
          </w:tcPr>
          <w:p w:rsidR="00306250" w:rsidRDefault="00C55C52">
            <w:pPr>
              <w:spacing w:before="10" w:after="10"/>
            </w:pPr>
            <w:r>
              <w:rPr>
                <w:b/>
                <w:sz w:val="14"/>
              </w:rPr>
              <w:t>ENG.3.5.W6</w:t>
            </w:r>
          </w:p>
        </w:tc>
        <w:tc>
          <w:tcPr>
            <w:tcW w:w="14400" w:type="dxa"/>
          </w:tcPr>
          <w:p w:rsidR="00306250" w:rsidRDefault="00C55C52">
            <w:pPr>
              <w:spacing w:before="10" w:after="10"/>
            </w:pPr>
            <w:r>
              <w:rPr>
                <w:sz w:val="14"/>
              </w:rPr>
              <w:t>Pupils can convey their knowledge, experiences, thoughts, and feelings related to the writing-expression process about the current content, “homes, hou</w:t>
            </w:r>
            <w:r>
              <w:rPr>
                <w:sz w:val="14"/>
              </w:rPr>
              <w:t>ses and the neighbourhood with life in the countryside; farmhouses and farm animals; activities and chores on a farm” very simply for reflection in relation to themselves or others, both individually and/or with others.</w:t>
            </w:r>
          </w:p>
        </w:tc>
      </w:tr>
      <w:tr w:rsidR="00306250">
        <w:tc>
          <w:tcPr>
            <w:tcW w:w="15705" w:type="dxa"/>
            <w:gridSpan w:val="2"/>
            <w:shd w:val="clear" w:color="auto" w:fill="D9E2F3"/>
          </w:tcPr>
          <w:p w:rsidR="00306250" w:rsidRDefault="00C55C52">
            <w:pPr>
              <w:spacing w:before="10" w:after="10"/>
            </w:pPr>
            <w:r>
              <w:rPr>
                <w:b/>
              </w:rPr>
              <w:t>ENG.3.6</w:t>
            </w:r>
          </w:p>
        </w:tc>
      </w:tr>
      <w:tr w:rsidR="00306250">
        <w:trPr>
          <w:cantSplit/>
        </w:trPr>
        <w:tc>
          <w:tcPr>
            <w:tcW w:w="1304" w:type="dxa"/>
          </w:tcPr>
          <w:p w:rsidR="00306250" w:rsidRDefault="00C55C52">
            <w:pPr>
              <w:spacing w:before="10" w:after="10"/>
            </w:pPr>
            <w:r>
              <w:rPr>
                <w:b/>
                <w:sz w:val="14"/>
              </w:rPr>
              <w:t>ENG.3.6.G1</w:t>
            </w:r>
          </w:p>
        </w:tc>
        <w:tc>
          <w:tcPr>
            <w:tcW w:w="14400" w:type="dxa"/>
          </w:tcPr>
          <w:p w:rsidR="00306250" w:rsidRDefault="00C55C52">
            <w:pPr>
              <w:spacing w:before="10" w:after="10"/>
            </w:pPr>
            <w:r>
              <w:rPr>
                <w:sz w:val="14"/>
              </w:rPr>
              <w:t xml:space="preserve">Pupils can </w:t>
            </w:r>
            <w:r>
              <w:rPr>
                <w:sz w:val="14"/>
              </w:rPr>
              <w:t>select and use the language including target grammatical elements of the current content about “life in the city and the world with food items and meals, eating outside and ordering food” accurately, authentically, spontaneously, and naturally and use it a</w:t>
            </w:r>
            <w:r>
              <w:rPr>
                <w:sz w:val="14"/>
              </w:rPr>
              <w:t>ppropriately and effectively when communicating with others.</w:t>
            </w:r>
          </w:p>
        </w:tc>
      </w:tr>
      <w:tr w:rsidR="00306250">
        <w:trPr>
          <w:cantSplit/>
        </w:trPr>
        <w:tc>
          <w:tcPr>
            <w:tcW w:w="1304" w:type="dxa"/>
          </w:tcPr>
          <w:p w:rsidR="00306250" w:rsidRDefault="00C55C52">
            <w:pPr>
              <w:spacing w:before="10" w:after="10"/>
            </w:pPr>
            <w:r>
              <w:rPr>
                <w:b/>
                <w:sz w:val="14"/>
              </w:rPr>
              <w:t>ENG.3.6.L1</w:t>
            </w:r>
          </w:p>
        </w:tc>
        <w:tc>
          <w:tcPr>
            <w:tcW w:w="14400" w:type="dxa"/>
          </w:tcPr>
          <w:p w:rsidR="00306250" w:rsidRDefault="00C55C52">
            <w:pPr>
              <w:spacing w:before="10" w:after="10"/>
            </w:pPr>
            <w:r>
              <w:rPr>
                <w:sz w:val="14"/>
              </w:rPr>
              <w:t>Pupils can get ready for the listening/watching-comprehension process for the current content on “life in the city and the world with food items and meals, eating outside and ordering</w:t>
            </w:r>
            <w:r>
              <w:rPr>
                <w:sz w:val="14"/>
              </w:rPr>
              <w:t xml:space="preserve"> food”.</w:t>
            </w:r>
          </w:p>
        </w:tc>
      </w:tr>
      <w:tr w:rsidR="00306250">
        <w:trPr>
          <w:cantSplit/>
        </w:trPr>
        <w:tc>
          <w:tcPr>
            <w:tcW w:w="1304" w:type="dxa"/>
          </w:tcPr>
          <w:p w:rsidR="00306250" w:rsidRDefault="00C55C52">
            <w:pPr>
              <w:spacing w:before="10" w:after="10"/>
            </w:pPr>
            <w:r>
              <w:rPr>
                <w:b/>
                <w:sz w:val="14"/>
              </w:rPr>
              <w:t>ENG.3.6.L2</w:t>
            </w:r>
          </w:p>
        </w:tc>
        <w:tc>
          <w:tcPr>
            <w:tcW w:w="14400" w:type="dxa"/>
          </w:tcPr>
          <w:p w:rsidR="00306250" w:rsidRDefault="00C55C52">
            <w:pPr>
              <w:spacing w:before="10" w:after="10"/>
            </w:pPr>
            <w:r>
              <w:rPr>
                <w:sz w:val="14"/>
              </w:rPr>
              <w:t>Pupils can bring information about the current content on “life in the city and the world with food items and meals, eating outside and ordering food” together with key details and main components while listening/watching it.</w:t>
            </w:r>
          </w:p>
        </w:tc>
      </w:tr>
      <w:tr w:rsidR="00306250">
        <w:trPr>
          <w:cantSplit/>
        </w:trPr>
        <w:tc>
          <w:tcPr>
            <w:tcW w:w="1304" w:type="dxa"/>
          </w:tcPr>
          <w:p w:rsidR="00306250" w:rsidRDefault="00C55C52">
            <w:pPr>
              <w:spacing w:before="10" w:after="10"/>
            </w:pPr>
            <w:r>
              <w:rPr>
                <w:b/>
                <w:sz w:val="14"/>
              </w:rPr>
              <w:t>ENG.3.6.L</w:t>
            </w:r>
            <w:r>
              <w:rPr>
                <w:b/>
                <w:sz w:val="14"/>
              </w:rPr>
              <w:t>3</w:t>
            </w:r>
          </w:p>
        </w:tc>
        <w:tc>
          <w:tcPr>
            <w:tcW w:w="14400" w:type="dxa"/>
          </w:tcPr>
          <w:p w:rsidR="00306250" w:rsidRDefault="00C55C52">
            <w:pPr>
              <w:spacing w:before="10" w:after="10"/>
            </w:pPr>
            <w:r>
              <w:rPr>
                <w:sz w:val="14"/>
              </w:rPr>
              <w:t>Pupils can make meaning of/derive meaning from the current content on “life in the city and the world with food items and meals, eating outside and ordering food” through details by listening/watching it carefully.</w:t>
            </w:r>
          </w:p>
        </w:tc>
      </w:tr>
      <w:tr w:rsidR="00306250">
        <w:trPr>
          <w:cantSplit/>
        </w:trPr>
        <w:tc>
          <w:tcPr>
            <w:tcW w:w="1304" w:type="dxa"/>
          </w:tcPr>
          <w:p w:rsidR="00306250" w:rsidRDefault="00C55C52">
            <w:pPr>
              <w:spacing w:before="10" w:after="10"/>
            </w:pPr>
            <w:r>
              <w:rPr>
                <w:b/>
                <w:sz w:val="14"/>
              </w:rPr>
              <w:t>ENG.3.6.L4</w:t>
            </w:r>
          </w:p>
        </w:tc>
        <w:tc>
          <w:tcPr>
            <w:tcW w:w="14400" w:type="dxa"/>
          </w:tcPr>
          <w:p w:rsidR="00306250" w:rsidRDefault="00C55C52">
            <w:pPr>
              <w:spacing w:before="10" w:after="10"/>
            </w:pPr>
            <w:r>
              <w:rPr>
                <w:sz w:val="14"/>
              </w:rPr>
              <w:t xml:space="preserve">Pupils can convey their </w:t>
            </w:r>
            <w:r>
              <w:rPr>
                <w:sz w:val="14"/>
              </w:rPr>
              <w:t>knowledge, experience, thoughts, and feelings about the whole listening/watching-comprehension process in relation to the current content on “life in the city and the world with food items and meals, eating outside and ordering food” in a very simple way.</w:t>
            </w:r>
          </w:p>
        </w:tc>
      </w:tr>
      <w:tr w:rsidR="00306250">
        <w:trPr>
          <w:cantSplit/>
        </w:trPr>
        <w:tc>
          <w:tcPr>
            <w:tcW w:w="1304" w:type="dxa"/>
          </w:tcPr>
          <w:p w:rsidR="00306250" w:rsidRDefault="00C55C52">
            <w:pPr>
              <w:spacing w:before="10" w:after="10"/>
            </w:pPr>
            <w:r>
              <w:rPr>
                <w:b/>
                <w:sz w:val="14"/>
              </w:rPr>
              <w:t>ENG.3.6.P1</w:t>
            </w:r>
          </w:p>
        </w:tc>
        <w:tc>
          <w:tcPr>
            <w:tcW w:w="14400" w:type="dxa"/>
          </w:tcPr>
          <w:p w:rsidR="00306250" w:rsidRDefault="00C55C52">
            <w:pPr>
              <w:spacing w:before="10" w:after="10"/>
            </w:pPr>
            <w:r>
              <w:rPr>
                <w:sz w:val="14"/>
              </w:rPr>
              <w:t>Pupils can select and use the target phonological elements of the current content about “life in the city and the world with food items and meals, eating outside and ordering food” accurately, authentically, and naturally through spontaneous se</w:t>
            </w:r>
            <w:r>
              <w:rPr>
                <w:sz w:val="14"/>
              </w:rPr>
              <w:t>lection and using it in an appropriate and effective way when communicating with others.</w:t>
            </w:r>
          </w:p>
        </w:tc>
      </w:tr>
      <w:tr w:rsidR="00306250">
        <w:trPr>
          <w:cantSplit/>
        </w:trPr>
        <w:tc>
          <w:tcPr>
            <w:tcW w:w="1304" w:type="dxa"/>
          </w:tcPr>
          <w:p w:rsidR="00306250" w:rsidRDefault="00C55C52">
            <w:pPr>
              <w:spacing w:before="10" w:after="10"/>
            </w:pPr>
            <w:r>
              <w:rPr>
                <w:b/>
                <w:sz w:val="14"/>
              </w:rPr>
              <w:t>ENG.3.6.R1</w:t>
            </w:r>
          </w:p>
        </w:tc>
        <w:tc>
          <w:tcPr>
            <w:tcW w:w="14400" w:type="dxa"/>
          </w:tcPr>
          <w:p w:rsidR="00306250" w:rsidRDefault="00C55C52">
            <w:pPr>
              <w:spacing w:before="10" w:after="10"/>
            </w:pPr>
            <w:r>
              <w:rPr>
                <w:sz w:val="14"/>
              </w:rPr>
              <w:t>Pupils can get ready for the reading-comprehension process about the current content on “life in the city and the world with food items and meals, eating o</w:t>
            </w:r>
            <w:r>
              <w:rPr>
                <w:sz w:val="14"/>
              </w:rPr>
              <w:t>utside and ordering food”.</w:t>
            </w:r>
          </w:p>
        </w:tc>
      </w:tr>
      <w:tr w:rsidR="00306250">
        <w:trPr>
          <w:cantSplit/>
        </w:trPr>
        <w:tc>
          <w:tcPr>
            <w:tcW w:w="1304" w:type="dxa"/>
          </w:tcPr>
          <w:p w:rsidR="00306250" w:rsidRDefault="00C55C52">
            <w:pPr>
              <w:spacing w:before="10" w:after="10"/>
            </w:pPr>
            <w:r>
              <w:rPr>
                <w:b/>
                <w:sz w:val="14"/>
              </w:rPr>
              <w:lastRenderedPageBreak/>
              <w:t>ENG.3.6.R2</w:t>
            </w:r>
          </w:p>
        </w:tc>
        <w:tc>
          <w:tcPr>
            <w:tcW w:w="14400" w:type="dxa"/>
          </w:tcPr>
          <w:p w:rsidR="00306250" w:rsidRDefault="00C55C52">
            <w:pPr>
              <w:spacing w:before="10" w:after="10"/>
            </w:pPr>
            <w:r>
              <w:rPr>
                <w:sz w:val="14"/>
              </w:rPr>
              <w:t>Pupils can bring information about the current content on “life in the city and the world with food items and meals, eating outside and ordering food” through skimming (looking quickly at) the audio-visual elements an</w:t>
            </w:r>
            <w:r>
              <w:rPr>
                <w:sz w:val="14"/>
              </w:rPr>
              <w:t>d reading the content very quickly.</w:t>
            </w:r>
          </w:p>
        </w:tc>
      </w:tr>
      <w:tr w:rsidR="00306250">
        <w:trPr>
          <w:cantSplit/>
        </w:trPr>
        <w:tc>
          <w:tcPr>
            <w:tcW w:w="1304" w:type="dxa"/>
          </w:tcPr>
          <w:p w:rsidR="00306250" w:rsidRDefault="00C55C52">
            <w:pPr>
              <w:spacing w:before="10" w:after="10"/>
            </w:pPr>
            <w:r>
              <w:rPr>
                <w:b/>
                <w:sz w:val="14"/>
              </w:rPr>
              <w:t>ENG.3.6.R3</w:t>
            </w:r>
          </w:p>
        </w:tc>
        <w:tc>
          <w:tcPr>
            <w:tcW w:w="14400" w:type="dxa"/>
          </w:tcPr>
          <w:p w:rsidR="00306250" w:rsidRDefault="00C55C52">
            <w:pPr>
              <w:spacing w:before="10" w:after="10"/>
            </w:pPr>
            <w:r>
              <w:rPr>
                <w:sz w:val="14"/>
              </w:rPr>
              <w:t>Pupils can make meaning of/derive meaning from the current content about “life in the city and the world with food items and meals, eating outside and ordering food” by reading it carefully.</w:t>
            </w:r>
          </w:p>
        </w:tc>
      </w:tr>
      <w:tr w:rsidR="00306250">
        <w:trPr>
          <w:cantSplit/>
        </w:trPr>
        <w:tc>
          <w:tcPr>
            <w:tcW w:w="1304" w:type="dxa"/>
          </w:tcPr>
          <w:p w:rsidR="00306250" w:rsidRDefault="00C55C52">
            <w:pPr>
              <w:spacing w:before="10" w:after="10"/>
            </w:pPr>
            <w:r>
              <w:rPr>
                <w:b/>
                <w:sz w:val="14"/>
              </w:rPr>
              <w:t>ENG.3.6.R4</w:t>
            </w:r>
          </w:p>
        </w:tc>
        <w:tc>
          <w:tcPr>
            <w:tcW w:w="14400" w:type="dxa"/>
          </w:tcPr>
          <w:p w:rsidR="00306250" w:rsidRDefault="00C55C52">
            <w:pPr>
              <w:spacing w:before="10" w:after="10"/>
            </w:pPr>
            <w:r>
              <w:rPr>
                <w:sz w:val="14"/>
              </w:rPr>
              <w:t>Pupil</w:t>
            </w:r>
            <w:r>
              <w:rPr>
                <w:sz w:val="14"/>
              </w:rPr>
              <w:t>s can convey their knowledge, experiences, thoughts, and feelings related to the reading-comprehension process about the current content, “life in the city and the world with food items and meals, eating outside and ordering food” for reflection in relatio</w:t>
            </w:r>
            <w:r>
              <w:rPr>
                <w:sz w:val="14"/>
              </w:rPr>
              <w:t>n to themselves or others, both individually and/or with others.</w:t>
            </w:r>
          </w:p>
        </w:tc>
      </w:tr>
      <w:tr w:rsidR="00306250">
        <w:trPr>
          <w:cantSplit/>
        </w:trPr>
        <w:tc>
          <w:tcPr>
            <w:tcW w:w="1304" w:type="dxa"/>
          </w:tcPr>
          <w:p w:rsidR="00306250" w:rsidRDefault="00C55C52">
            <w:pPr>
              <w:spacing w:before="10" w:after="10"/>
            </w:pPr>
            <w:r>
              <w:rPr>
                <w:b/>
                <w:sz w:val="14"/>
              </w:rPr>
              <w:t>ENG.3.6.S1</w:t>
            </w:r>
          </w:p>
        </w:tc>
        <w:tc>
          <w:tcPr>
            <w:tcW w:w="14400" w:type="dxa"/>
          </w:tcPr>
          <w:p w:rsidR="00306250" w:rsidRDefault="00C55C52">
            <w:pPr>
              <w:spacing w:before="10" w:after="10"/>
            </w:pPr>
            <w:r>
              <w:rPr>
                <w:sz w:val="14"/>
              </w:rPr>
              <w:t>Pupils can get ready for speaking-expression process about the current content on “life in the city and the world with food items and meals, eating outside and ordering food” with</w:t>
            </w:r>
            <w:r>
              <w:rPr>
                <w:sz w:val="14"/>
              </w:rPr>
              <w:t xml:space="preserve"> the help of supplementary audio-visual materials.</w:t>
            </w:r>
          </w:p>
        </w:tc>
      </w:tr>
      <w:tr w:rsidR="00306250">
        <w:trPr>
          <w:cantSplit/>
        </w:trPr>
        <w:tc>
          <w:tcPr>
            <w:tcW w:w="1304" w:type="dxa"/>
          </w:tcPr>
          <w:p w:rsidR="00306250" w:rsidRDefault="00C55C52">
            <w:pPr>
              <w:spacing w:before="10" w:after="10"/>
            </w:pPr>
            <w:r>
              <w:rPr>
                <w:b/>
                <w:sz w:val="14"/>
              </w:rPr>
              <w:t>ENG.3.6.S2</w:t>
            </w:r>
          </w:p>
        </w:tc>
        <w:tc>
          <w:tcPr>
            <w:tcW w:w="14400" w:type="dxa"/>
          </w:tcPr>
          <w:p w:rsidR="00306250" w:rsidRDefault="00C55C52">
            <w:pPr>
              <w:spacing w:before="10" w:after="10"/>
            </w:pPr>
            <w:r>
              <w:rPr>
                <w:sz w:val="14"/>
              </w:rPr>
              <w:t>Pupils can imitate the model/example for producing verbal content about the current theme on “life in the city and the world with food items and meals, eating outside and ordering food”.</w:t>
            </w:r>
          </w:p>
        </w:tc>
      </w:tr>
      <w:tr w:rsidR="00306250">
        <w:trPr>
          <w:cantSplit/>
        </w:trPr>
        <w:tc>
          <w:tcPr>
            <w:tcW w:w="1304" w:type="dxa"/>
          </w:tcPr>
          <w:p w:rsidR="00306250" w:rsidRDefault="00C55C52">
            <w:pPr>
              <w:spacing w:before="10" w:after="10"/>
            </w:pPr>
            <w:r>
              <w:rPr>
                <w:b/>
                <w:sz w:val="14"/>
              </w:rPr>
              <w:t>ENG.3.6.S3</w:t>
            </w:r>
          </w:p>
        </w:tc>
        <w:tc>
          <w:tcPr>
            <w:tcW w:w="14400" w:type="dxa"/>
          </w:tcPr>
          <w:p w:rsidR="00306250" w:rsidRDefault="00C55C52">
            <w:pPr>
              <w:spacing w:before="10" w:after="10"/>
            </w:pPr>
            <w:r>
              <w:rPr>
                <w:sz w:val="14"/>
              </w:rPr>
              <w:t>Pupils can organise simple new verbal content on “life in the city and the world with food items and meals, eating outside and ordering food” by speaking accurately, efficiently, and authentically.</w:t>
            </w:r>
          </w:p>
        </w:tc>
      </w:tr>
      <w:tr w:rsidR="00306250">
        <w:trPr>
          <w:cantSplit/>
        </w:trPr>
        <w:tc>
          <w:tcPr>
            <w:tcW w:w="1304" w:type="dxa"/>
          </w:tcPr>
          <w:p w:rsidR="00306250" w:rsidRDefault="00C55C52">
            <w:pPr>
              <w:spacing w:before="10" w:after="10"/>
            </w:pPr>
            <w:r>
              <w:rPr>
                <w:b/>
                <w:sz w:val="14"/>
              </w:rPr>
              <w:t>ENG.3.6.S4</w:t>
            </w:r>
          </w:p>
        </w:tc>
        <w:tc>
          <w:tcPr>
            <w:tcW w:w="14400" w:type="dxa"/>
          </w:tcPr>
          <w:p w:rsidR="00306250" w:rsidRDefault="00C55C52">
            <w:pPr>
              <w:spacing w:before="10" w:after="10"/>
            </w:pPr>
            <w:r>
              <w:rPr>
                <w:sz w:val="14"/>
              </w:rPr>
              <w:t>Pupils can form a simple new verbal</w:t>
            </w:r>
            <w:r>
              <w:rPr>
                <w:sz w:val="14"/>
              </w:rPr>
              <w:t xml:space="preserve"> content on “life in the city and the world with food items and meals, eating outside and ordering food” through reconstruction by speaking accurately, efficiently, and authentically.</w:t>
            </w:r>
          </w:p>
        </w:tc>
      </w:tr>
      <w:tr w:rsidR="00306250">
        <w:trPr>
          <w:cantSplit/>
        </w:trPr>
        <w:tc>
          <w:tcPr>
            <w:tcW w:w="1304" w:type="dxa"/>
          </w:tcPr>
          <w:p w:rsidR="00306250" w:rsidRDefault="00C55C52">
            <w:pPr>
              <w:spacing w:before="10" w:after="10"/>
            </w:pPr>
            <w:r>
              <w:rPr>
                <w:b/>
                <w:sz w:val="14"/>
              </w:rPr>
              <w:t>ENG.3.6.S5</w:t>
            </w:r>
          </w:p>
        </w:tc>
        <w:tc>
          <w:tcPr>
            <w:tcW w:w="14400" w:type="dxa"/>
          </w:tcPr>
          <w:p w:rsidR="00306250" w:rsidRDefault="00C55C52">
            <w:pPr>
              <w:spacing w:before="10" w:after="10"/>
            </w:pPr>
            <w:r>
              <w:rPr>
                <w:sz w:val="14"/>
              </w:rPr>
              <w:t xml:space="preserve">Pupils can reorganise and use information about the current </w:t>
            </w:r>
            <w:r>
              <w:rPr>
                <w:sz w:val="14"/>
              </w:rPr>
              <w:t>theme on “life in the city and the world with food items and meals, eating outside and ordering food” by reconstructing it to communicate with other people.</w:t>
            </w:r>
          </w:p>
        </w:tc>
      </w:tr>
      <w:tr w:rsidR="00306250">
        <w:trPr>
          <w:cantSplit/>
        </w:trPr>
        <w:tc>
          <w:tcPr>
            <w:tcW w:w="1304" w:type="dxa"/>
          </w:tcPr>
          <w:p w:rsidR="00306250" w:rsidRDefault="00C55C52">
            <w:pPr>
              <w:spacing w:before="10" w:after="10"/>
            </w:pPr>
            <w:r>
              <w:rPr>
                <w:b/>
                <w:sz w:val="14"/>
              </w:rPr>
              <w:t>ENG.3.6.S6</w:t>
            </w:r>
          </w:p>
        </w:tc>
        <w:tc>
          <w:tcPr>
            <w:tcW w:w="14400" w:type="dxa"/>
          </w:tcPr>
          <w:p w:rsidR="00306250" w:rsidRDefault="00C55C52">
            <w:pPr>
              <w:spacing w:before="10" w:after="10"/>
            </w:pPr>
            <w:r>
              <w:rPr>
                <w:sz w:val="14"/>
              </w:rPr>
              <w:t>Pupils can convey their knowledge, experiences, thoughts, and feelings related to the s</w:t>
            </w:r>
            <w:r>
              <w:rPr>
                <w:sz w:val="14"/>
              </w:rPr>
              <w:t>peaking-expression process about the current content, “life in the city and the world with food items and meals, eating outside and ordering food” very simply for reflection in relation to themselves or others, both individually and/or with others.</w:t>
            </w:r>
          </w:p>
        </w:tc>
      </w:tr>
      <w:tr w:rsidR="00306250">
        <w:trPr>
          <w:cantSplit/>
        </w:trPr>
        <w:tc>
          <w:tcPr>
            <w:tcW w:w="1304" w:type="dxa"/>
          </w:tcPr>
          <w:p w:rsidR="00306250" w:rsidRDefault="00C55C52">
            <w:pPr>
              <w:spacing w:before="10" w:after="10"/>
            </w:pPr>
            <w:r>
              <w:rPr>
                <w:b/>
                <w:sz w:val="14"/>
              </w:rPr>
              <w:t>ENG.3.</w:t>
            </w:r>
            <w:r>
              <w:rPr>
                <w:b/>
                <w:sz w:val="14"/>
              </w:rPr>
              <w:t>6.V1</w:t>
            </w:r>
          </w:p>
        </w:tc>
        <w:tc>
          <w:tcPr>
            <w:tcW w:w="14400" w:type="dxa"/>
          </w:tcPr>
          <w:p w:rsidR="00306250" w:rsidRDefault="00C55C52">
            <w:pPr>
              <w:spacing w:before="10" w:after="10"/>
            </w:pPr>
            <w:r>
              <w:rPr>
                <w:sz w:val="14"/>
              </w:rPr>
              <w:t xml:space="preserve">Pupils can select and use the target vocabulary of the current content about “life in the city and the world with food items and meals, eating outside and ordering food” accurately, authentically, spontaneously, and naturally and use it appropriately </w:t>
            </w:r>
            <w:r>
              <w:rPr>
                <w:sz w:val="14"/>
              </w:rPr>
              <w:t>and effectively when communicating with others.</w:t>
            </w:r>
          </w:p>
        </w:tc>
      </w:tr>
      <w:tr w:rsidR="00306250">
        <w:trPr>
          <w:cantSplit/>
        </w:trPr>
        <w:tc>
          <w:tcPr>
            <w:tcW w:w="1304" w:type="dxa"/>
          </w:tcPr>
          <w:p w:rsidR="00306250" w:rsidRDefault="00C55C52">
            <w:pPr>
              <w:spacing w:before="10" w:after="10"/>
            </w:pPr>
            <w:r>
              <w:rPr>
                <w:b/>
                <w:sz w:val="14"/>
              </w:rPr>
              <w:t>ENG.3.6.W1</w:t>
            </w:r>
          </w:p>
        </w:tc>
        <w:tc>
          <w:tcPr>
            <w:tcW w:w="14400" w:type="dxa"/>
          </w:tcPr>
          <w:p w:rsidR="00306250" w:rsidRDefault="00C55C52">
            <w:pPr>
              <w:spacing w:before="10" w:after="10"/>
            </w:pPr>
            <w:r>
              <w:rPr>
                <w:sz w:val="14"/>
              </w:rPr>
              <w:t xml:space="preserve">Pupils can get ready for the writing-expression process about the current content on “life in the city and the world with food items and meals, eating outside and ordering food” in an age- and </w:t>
            </w:r>
            <w:r>
              <w:rPr>
                <w:sz w:val="14"/>
              </w:rPr>
              <w:t>level-appropriate way.</w:t>
            </w:r>
          </w:p>
        </w:tc>
      </w:tr>
      <w:tr w:rsidR="00306250">
        <w:trPr>
          <w:cantSplit/>
        </w:trPr>
        <w:tc>
          <w:tcPr>
            <w:tcW w:w="1304" w:type="dxa"/>
          </w:tcPr>
          <w:p w:rsidR="00306250" w:rsidRDefault="00C55C52">
            <w:pPr>
              <w:spacing w:before="10" w:after="10"/>
            </w:pPr>
            <w:r>
              <w:rPr>
                <w:b/>
                <w:sz w:val="14"/>
              </w:rPr>
              <w:t>ENG.3.6.W2</w:t>
            </w:r>
          </w:p>
        </w:tc>
        <w:tc>
          <w:tcPr>
            <w:tcW w:w="14400" w:type="dxa"/>
          </w:tcPr>
          <w:p w:rsidR="00306250" w:rsidRDefault="00C55C52">
            <w:pPr>
              <w:spacing w:before="10" w:after="10"/>
            </w:pPr>
            <w:r>
              <w:rPr>
                <w:sz w:val="14"/>
              </w:rPr>
              <w:t>Pupils can copy the model/example on the writing task about the current content on “life in the city and the world with food items and meals, eating outside and ordering food” based on the model/example provided to practi</w:t>
            </w:r>
            <w:r>
              <w:rPr>
                <w:sz w:val="14"/>
              </w:rPr>
              <w:t>se for further writing activities.</w:t>
            </w:r>
          </w:p>
        </w:tc>
      </w:tr>
      <w:tr w:rsidR="00306250">
        <w:trPr>
          <w:cantSplit/>
        </w:trPr>
        <w:tc>
          <w:tcPr>
            <w:tcW w:w="1304" w:type="dxa"/>
          </w:tcPr>
          <w:p w:rsidR="00306250" w:rsidRDefault="00C55C52">
            <w:pPr>
              <w:spacing w:before="10" w:after="10"/>
            </w:pPr>
            <w:r>
              <w:rPr>
                <w:b/>
                <w:sz w:val="14"/>
              </w:rPr>
              <w:t>ENG.3.6.W3</w:t>
            </w:r>
          </w:p>
        </w:tc>
        <w:tc>
          <w:tcPr>
            <w:tcW w:w="14400" w:type="dxa"/>
          </w:tcPr>
          <w:p w:rsidR="00306250" w:rsidRDefault="00C55C52">
            <w:pPr>
              <w:spacing w:before="10" w:after="10"/>
            </w:pPr>
            <w:r>
              <w:rPr>
                <w:sz w:val="14"/>
              </w:rPr>
              <w:t>Pupils can organise and form a content for the assigned writing task on the current content “life in the city and the world with food items and meals, eating outside and ordering food” based on the model/examp</w:t>
            </w:r>
            <w:r>
              <w:rPr>
                <w:sz w:val="14"/>
              </w:rPr>
              <w:t>le provided.</w:t>
            </w:r>
          </w:p>
        </w:tc>
      </w:tr>
      <w:tr w:rsidR="00306250">
        <w:trPr>
          <w:cantSplit/>
        </w:trPr>
        <w:tc>
          <w:tcPr>
            <w:tcW w:w="1304" w:type="dxa"/>
          </w:tcPr>
          <w:p w:rsidR="00306250" w:rsidRDefault="00C55C52">
            <w:pPr>
              <w:spacing w:before="10" w:after="10"/>
            </w:pPr>
            <w:r>
              <w:rPr>
                <w:b/>
                <w:sz w:val="14"/>
              </w:rPr>
              <w:t>ENG.3.6.W4</w:t>
            </w:r>
          </w:p>
        </w:tc>
        <w:tc>
          <w:tcPr>
            <w:tcW w:w="14400" w:type="dxa"/>
          </w:tcPr>
          <w:p w:rsidR="00306250" w:rsidRDefault="00C55C52">
            <w:pPr>
              <w:spacing w:before="10" w:after="10"/>
            </w:pPr>
            <w:r>
              <w:rPr>
                <w:sz w:val="14"/>
              </w:rPr>
              <w:t>Pupils can practise writing by constructing content for the assigned writing task on the current content “life in the city and the world with food items and meals, eating outside and ordering food”.</w:t>
            </w:r>
          </w:p>
        </w:tc>
      </w:tr>
      <w:tr w:rsidR="00306250">
        <w:trPr>
          <w:cantSplit/>
        </w:trPr>
        <w:tc>
          <w:tcPr>
            <w:tcW w:w="1304" w:type="dxa"/>
          </w:tcPr>
          <w:p w:rsidR="00306250" w:rsidRDefault="00C55C52">
            <w:pPr>
              <w:spacing w:before="10" w:after="10"/>
            </w:pPr>
            <w:r>
              <w:rPr>
                <w:b/>
                <w:sz w:val="14"/>
              </w:rPr>
              <w:t>ENG.3.6.W5</w:t>
            </w:r>
          </w:p>
        </w:tc>
        <w:tc>
          <w:tcPr>
            <w:tcW w:w="14400" w:type="dxa"/>
          </w:tcPr>
          <w:p w:rsidR="00306250" w:rsidRDefault="00C55C52">
            <w:pPr>
              <w:spacing w:before="10" w:after="10"/>
            </w:pPr>
            <w:r>
              <w:rPr>
                <w:sz w:val="14"/>
              </w:rPr>
              <w:t>Pupils can reorganis</w:t>
            </w:r>
            <w:r>
              <w:rPr>
                <w:sz w:val="14"/>
              </w:rPr>
              <w:t>e and use information by reconstructing it in the new written tasks about the “life in the city and the world with food items and meals, eating outside and ordering food” to communicate with other people.</w:t>
            </w:r>
          </w:p>
        </w:tc>
      </w:tr>
      <w:tr w:rsidR="00306250">
        <w:trPr>
          <w:cantSplit/>
        </w:trPr>
        <w:tc>
          <w:tcPr>
            <w:tcW w:w="1304" w:type="dxa"/>
          </w:tcPr>
          <w:p w:rsidR="00306250" w:rsidRDefault="00C55C52">
            <w:pPr>
              <w:spacing w:before="10" w:after="10"/>
            </w:pPr>
            <w:r>
              <w:rPr>
                <w:b/>
                <w:sz w:val="14"/>
              </w:rPr>
              <w:t>ENG.3.6.W6</w:t>
            </w:r>
          </w:p>
        </w:tc>
        <w:tc>
          <w:tcPr>
            <w:tcW w:w="14400" w:type="dxa"/>
          </w:tcPr>
          <w:p w:rsidR="00306250" w:rsidRDefault="00C55C52">
            <w:pPr>
              <w:spacing w:before="10" w:after="10"/>
            </w:pPr>
            <w:r>
              <w:rPr>
                <w:sz w:val="14"/>
              </w:rPr>
              <w:t>Pupils can convey their knowledge, expe</w:t>
            </w:r>
            <w:r>
              <w:rPr>
                <w:sz w:val="14"/>
              </w:rPr>
              <w:t>riences, thoughts, and feelings related to the writing-expression process about the current content, “life in the city and the world with food items and meals, eating outside and ordering food” very simply for reflection in relation to themselves or others</w:t>
            </w:r>
            <w:r>
              <w:rPr>
                <w:sz w:val="14"/>
              </w:rPr>
              <w:t>, both individually and/or with others.</w:t>
            </w:r>
          </w:p>
        </w:tc>
      </w:tr>
    </w:tbl>
    <w:p w:rsidR="00306250" w:rsidRDefault="00306250"/>
    <w:tbl>
      <w:tblPr>
        <w:tblW w:w="15705" w:type="dxa"/>
        <w:tblLayout w:type="fixed"/>
        <w:tblLook w:val="04A0" w:firstRow="1" w:lastRow="0" w:firstColumn="1" w:lastColumn="0" w:noHBand="0" w:noVBand="1"/>
      </w:tblPr>
      <w:tblGrid>
        <w:gridCol w:w="5235"/>
        <w:gridCol w:w="5235"/>
        <w:gridCol w:w="5235"/>
      </w:tblGrid>
      <w:tr w:rsidR="00306250">
        <w:tc>
          <w:tcPr>
            <w:tcW w:w="5235" w:type="dxa"/>
          </w:tcPr>
          <w:p w:rsidR="00306250" w:rsidRDefault="00C55C52">
            <w:pPr>
              <w:spacing w:before="10" w:after="10"/>
              <w:jc w:val="center"/>
            </w:pPr>
            <w:r>
              <w:rPr>
                <w:b/>
                <w:sz w:val="18"/>
              </w:rPr>
              <w:t>Mahir BARUT</w:t>
            </w:r>
          </w:p>
        </w:tc>
        <w:tc>
          <w:tcPr>
            <w:tcW w:w="5235" w:type="dxa"/>
          </w:tcPr>
          <w:p w:rsidR="00306250" w:rsidRDefault="00C55C52">
            <w:pPr>
              <w:spacing w:before="10" w:after="10"/>
              <w:jc w:val="center"/>
            </w:pPr>
            <w:r>
              <w:rPr>
                <w:sz w:val="18"/>
              </w:rPr>
              <w:t>…………………………………</w:t>
            </w:r>
          </w:p>
        </w:tc>
        <w:tc>
          <w:tcPr>
            <w:tcW w:w="5235" w:type="dxa"/>
          </w:tcPr>
          <w:p w:rsidR="00306250" w:rsidRDefault="00C55C52">
            <w:pPr>
              <w:spacing w:before="10" w:after="10"/>
              <w:jc w:val="center"/>
            </w:pPr>
            <w:r>
              <w:rPr>
                <w:sz w:val="18"/>
              </w:rPr>
              <w:t>…………………………………</w:t>
            </w:r>
          </w:p>
        </w:tc>
      </w:tr>
      <w:tr w:rsidR="00306250">
        <w:tc>
          <w:tcPr>
            <w:tcW w:w="5235" w:type="dxa"/>
          </w:tcPr>
          <w:p w:rsidR="00306250" w:rsidRDefault="00C55C52">
            <w:pPr>
              <w:spacing w:before="10" w:after="10"/>
              <w:jc w:val="center"/>
            </w:pPr>
            <w:r>
              <w:rPr>
                <w:b/>
                <w:sz w:val="18"/>
              </w:rPr>
              <w:t>İNGİLİZCE ÖĞRETMENİ</w:t>
            </w:r>
          </w:p>
        </w:tc>
        <w:tc>
          <w:tcPr>
            <w:tcW w:w="5235" w:type="dxa"/>
          </w:tcPr>
          <w:p w:rsidR="00306250" w:rsidRDefault="00C55C52">
            <w:pPr>
              <w:spacing w:before="10" w:after="10"/>
              <w:jc w:val="center"/>
            </w:pPr>
            <w:r>
              <w:rPr>
                <w:b/>
                <w:sz w:val="18"/>
              </w:rPr>
              <w:t>İNGİLİZCE ÖĞRETMENİ</w:t>
            </w:r>
          </w:p>
        </w:tc>
        <w:tc>
          <w:tcPr>
            <w:tcW w:w="5235" w:type="dxa"/>
          </w:tcPr>
          <w:p w:rsidR="00306250" w:rsidRDefault="00C55C52">
            <w:pPr>
              <w:spacing w:before="10" w:after="10"/>
              <w:jc w:val="center"/>
            </w:pPr>
            <w:r>
              <w:rPr>
                <w:b/>
                <w:sz w:val="18"/>
              </w:rPr>
              <w:t>İNGİLİZCE ÖĞRETMENİ</w:t>
            </w:r>
          </w:p>
        </w:tc>
      </w:tr>
    </w:tbl>
    <w:p w:rsidR="00306250" w:rsidRDefault="00306250">
      <w:pPr>
        <w:spacing w:after="120"/>
        <w:jc w:val="center"/>
      </w:pPr>
    </w:p>
    <w:p w:rsidR="00306250" w:rsidRDefault="00C55C52">
      <w:pPr>
        <w:spacing w:after="20"/>
        <w:jc w:val="center"/>
      </w:pPr>
      <w:r>
        <w:rPr>
          <w:b/>
          <w:sz w:val="18"/>
        </w:rPr>
        <w:t>UYGUNDUR</w:t>
      </w:r>
    </w:p>
    <w:p w:rsidR="00306250" w:rsidRDefault="00C55C52">
      <w:pPr>
        <w:spacing w:after="20"/>
        <w:jc w:val="center"/>
      </w:pPr>
      <w:r>
        <w:rPr>
          <w:sz w:val="18"/>
        </w:rPr>
        <w:t>…… / 09 / 2026</w:t>
      </w:r>
    </w:p>
    <w:p w:rsidR="00306250" w:rsidRDefault="00C55C52">
      <w:pPr>
        <w:spacing w:after="20"/>
        <w:jc w:val="center"/>
      </w:pPr>
      <w:r>
        <w:rPr>
          <w:sz w:val="18"/>
        </w:rPr>
        <w:t>…………………………………</w:t>
      </w:r>
    </w:p>
    <w:p w:rsidR="00306250" w:rsidRDefault="00C55C52">
      <w:pPr>
        <w:spacing w:after="0"/>
        <w:jc w:val="center"/>
      </w:pPr>
      <w:r>
        <w:rPr>
          <w:b/>
          <w:sz w:val="18"/>
        </w:rPr>
        <w:t>OKUL MÜDÜRÜ</w:t>
      </w:r>
    </w:p>
    <w:sectPr w:rsidR="00306250" w:rsidSect="00034616">
      <w:headerReference w:type="default" r:id="rId8"/>
      <w:pgSz w:w="16838" w:h="11906" w:orient="landscape"/>
      <w:pgMar w:top="567" w:right="567" w:bottom="567"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5C52" w:rsidRDefault="00C55C52">
      <w:pPr>
        <w:spacing w:after="0" w:line="240" w:lineRule="auto"/>
      </w:pPr>
      <w:r>
        <w:separator/>
      </w:r>
    </w:p>
  </w:endnote>
  <w:endnote w:type="continuationSeparator" w:id="0">
    <w:p w:rsidR="00C55C52" w:rsidRDefault="00C55C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5C52" w:rsidRDefault="00C55C52">
      <w:pPr>
        <w:spacing w:after="0" w:line="240" w:lineRule="auto"/>
      </w:pPr>
      <w:r>
        <w:separator/>
      </w:r>
    </w:p>
  </w:footnote>
  <w:footnote w:type="continuationSeparator" w:id="0">
    <w:p w:rsidR="00C55C52" w:rsidRDefault="00C55C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250" w:rsidRDefault="00C55C52">
    <w:pPr>
      <w:pStyle w:val="stBilgi"/>
      <w:jc w:val="right"/>
    </w:pPr>
    <w:r>
      <w:rPr>
        <w:b/>
        <w:color w:val="C00000"/>
        <w:sz w:val="18"/>
      </w:rPr>
      <w:t>ingilizcepedia.com</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06250"/>
    <w:rsid w:val="00326F90"/>
    <w:rsid w:val="00AA1D8D"/>
    <w:rsid w:val="00B47730"/>
    <w:rsid w:val="00C55C52"/>
    <w:rsid w:val="00CB0664"/>
    <w:rsid w:val="00E83C50"/>
    <w:rsid w:val="00ED372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1C425E91-CC7C-4EFF-9FA2-346242179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Calibri" w:hAnsi="Calibri"/>
      <w:sz w:val="16"/>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4504F2-54C6-4D49-B68A-545E12C22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10682</Words>
  <Characters>60890</Characters>
  <Application>Microsoft Office Word</Application>
  <DocSecurity>0</DocSecurity>
  <Lines>507</Lines>
  <Paragraphs>142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71430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w11</cp:lastModifiedBy>
  <cp:revision>3</cp:revision>
  <dcterms:created xsi:type="dcterms:W3CDTF">2013-12-23T23:15:00Z</dcterms:created>
  <dcterms:modified xsi:type="dcterms:W3CDTF">2026-08-31T08:55:00Z</dcterms:modified>
  <cp:category/>
</cp:coreProperties>
</file>